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9Er/425/2013 z 7. 11. 2024</w:t>
      </w:r>
    </w:p>
    <w:p>
      <w:r>
        <w:t>Uznesenie Okresného súdu Vranov nad Topľou z 7. novembra 2024, sp. zn. 9Er/425/2013, ECLI:SK:OSVT:2024:8813201770.3</w:t>
      </w:r>
    </w:p>
    <w:p>
      <w:r>
        <w:t>Súd: Okresný súd Vranov nad Topľou</w:t>
      </w:r>
    </w:p>
    <w:p>
      <w:r>
        <w:t>Spisová značka: 9Er/425/2013</w:t>
      </w:r>
    </w:p>
    <w:p>
      <w:r>
        <w:t>ECLI: ECLI:SK:OSVT:2024:8813201770.3</w:t>
      </w:r>
    </w:p>
    <w:p>
      <w:r>
        <w:t>Dátum vydania: 7.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9Er/425/2013 8813201770 07. 11. 2024 JUDr. Martina Sendeková ECLI:SK:OSVT:2024:8813201770.3</w:t>
      </w:r>
    </w:p>
    <w:p>
      <w:r>
        <w:t>Uznesenie Okresný súd Vranov nad Topľou v exekučnej veci oprávneného: Všeobecná zdravotná poisťovňa, a.s., so sídlom, Bratislava, Panónska cesta č. 2, IČO: 35 937 874, pobočka Vranov nad Topľou proti povinnému: A. B., nar. XX. XX. XXXX, bytom C. XXX o vymoženie 143,69 eur s príslušenstvom, súdnym exekútorom JUDr. Petrom Cirbesom, Exekútorský úrad Košice, takto rozhodol: I. Súd námietkam spoločnosti Všeobecná zdravotná poisťovňa a.s. zo dňa 11. 08. 2022 proti Upovedomeniu o zastavení starej exekúcie č.k. EX 201/2013 zo dňa 15. 07. 2022 v y h o v u j e. II. Súd z r u š u j e Upovedomenie o zastavení starej exekúcie č.k. EX 201/2013 zo dňa 15. 07. 2022 súdneho exekútora JUDr. Petra Cirbesa. odôvodnenie: 1. Na základe návrhu oprávneného a poverenia Okresného súdu Vranov nad Topľou zo dňa 27. 02. 2013 začal súdny exekútor exekúciu o vymoženie 143,69 eur s príslušenstvom. 2. Podľa § 1 ods. 2 zákona č. 233/2019 Z. z. o ukončení niektorých exekučných konaní a o zmene a doplnení niektorých zákonov (ďalej len ''ZoUNEK''), na účely tohto zákona sa starou exekúciou rozumie exekúcia začatá pred 1. aprílom 2017 a vedená podľa predpisov účinných do 31. marca 2017. 3. Dňa 16. 08. 2022 doručil súdny exekútor súdu námietky oprávneného zo dňa 11. 08. 2022 proti upovedomeniu o zastavení starej exekúcie EX 201/2013 zo dňa 15. 07. 2022. Oprávnený v námietkach uviedol, že upovedomenie je vydané v rozpore so zákonom. Súdny exekútor zastavil exekúciu z dôvodu uplynutia rozhodnej doby. Poverenie na vykonanie exekúcie bolo súdnemu exekútorovi doručené dňa 06. 03. 2013. Dňa 01. 01. 2020 zabránila zastaveniu exekúcie výnimka § 2 ods. 2 písm. f) zákona č. 233/2019 Z.z., keďže v lehote 18 mesiacov predo dňom , kedy sa stará exekúcia mala zastaviť, existoval výťažok exekúcie vo výške 15 eur zo dňa 10. 12. 2018. Táto stará exekúcia sa mala uplynutím rozhodnej doby zastaviť ku dňu 1. 1. 2020. Posledných 18 mesiacov predo dňom, keď sa exekúcia mala zastaviť, preto predstavuje obdobie od 01. 06. 2018 do 31. 12. 2019. Oprávnený nemá k podaniu námietok vedomosť ďalších vymožených prostriedkoch. Z uvedených dôvodov žiadal vyhovieť námietkam a zrušiť upovedomenie o zastavení starej exekúcie 4. Súdny exekútor priložil k podaným námietkam výpis z účtu. Z uvedeného účtu vyplýva že dňa 22. 01. 2019 bola zaslaná na účet súdneho exekútora suma 15 eur. Pričom bola zaslaná obcou Soľ s VS:201/2013.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w:t>
      </w:r>
    </w:p>
    <w:p>
      <w:r>
        <w:t>alebo d) dôvod na zastavenie starej exekúcie vyplýva z osobitného predpisu upravujúceho konkurzné konanie;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5 ods. 2 písm. a) ZoUNEK upovedomenie o zastavení starej exekúcie obsahuje a) označenie oprávneného a povinného. 8.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9. Podľa § 6 ods. 4 písm. a) ZoUNEK, exekútor nemá nárok na náhradu paušálnych trov, ak oprávnenému zaslal upovedomenie o zastavení exekúcie po uplynutí lehoty podľa § 5 ods. 3. 10. Podľa § 7 ods. 1 ZoUNEK proti upovedomeniu o zastavení starej exekúcie, ktoré bolo vydané v rozpore s týmto zákonom, môže oprávnený podať do 30 dní od jeho doručenia u exekútora námietky. Námietky proti paušálnym trovám nie sú prípustné. 11.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Súd preskúmal námietky Všeobecnej zdravotnej poisťovne, a.s. a zistil, že sú dôvodné. V uvedenom prípade ide síce o starú exekúciu, avšak táto exekúcia nebola zastavená účinnosťou zákona 1. 1. 2020, nakoľko 18 mesiacov pred účinnosťou zákona bol dňa 10. 12. 2018 uhradený výťažok v sume 15 eur. Zároveň bolo preukázané, že dňa 22. 01. 2019 bol opäť uhradený výťažok vo výške 15 eur. Vzhľadom na uvedené, stará exekúcia sa zastavila dňa 22. 7. 2020 ( t.j. uplynutím 18 mesiacoch po poslednom výťažku - v zmysle § 2 ods. f) ZoUNEK). Povinnosťou súdneho exekútora bolo vydať poverenie v lehote 120 dní od dátumu 23. 07. 2020, čiže do 20. 11. 2020. Súdny exekútor vydal upovedomenie až dňa 15. 07. 2022, teda po lehote. Z dôvodu, že súdny exekútor Upovedomenie o zastavení starej exekúcie č.k. EX 201/1013 zo dňa 15. 07. 2022 vydal po lehote, súd námietkam vyhovel a upovedomenie v rozpore so ZoUNEK zrušil.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https://www.kauzis.sk/judikatura/r/ECLI:SK:OSVT:2024:8813201770.3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