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2T/6/2024 z 24. 9. 2024</w:t>
      </w:r>
    </w:p>
    <w:p>
      <w:r>
        <w:t>Rozsudok Okresného súdu Vranov nad Topľou z 24. septembra 2024, sp. zn. 2T/6/2024, ECLI:SK:OSVT:2024:8824010047.2</w:t>
      </w:r>
    </w:p>
    <w:p>
      <w:r>
        <w:t>Súd: Okresný súd Vranov nad Topľou</w:t>
      </w:r>
    </w:p>
    <w:p>
      <w:r>
        <w:t>Spisová značka: 2T/6/2024</w:t>
      </w:r>
    </w:p>
    <w:p>
      <w:r>
        <w:t>ECLI: ECLI:SK:OSVT:2024:8824010047.2</w:t>
      </w:r>
    </w:p>
    <w:p>
      <w:r>
        <w:t>Dátum vydania: 24. 9.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2T/6/2024 8824010047 24. 09. 2024 Mgr. Marcela Holubová ECLI:SK:OSVT:2024:8824010047.2</w:t>
      </w:r>
    </w:p>
    <w:p>
      <w:r>
        <w:t>ROZSUDOK V MENE SLOVENSKEJ REPUBLIKY Okresný súd Vranov nad Topľou samosudkyňou Mgr. Marcelou Holubovou na hlavnom pojednávaní konanom dňa 24.09.2024 vo Vranove nad Topľou, takto rozhodol: Obžalovaný: F. S.Š., nar. XX.XX.XXXX vo Q. A. S.Ľ.E., trvale bytom Č.Y. XXX, okr. Vranov nad Topľou, je vinný, že ako zodpovedný zástupca - konateľ obchodnej spoločnosti C.-X. X..H..E.., G.Č.E.: XX XXX XXX so sídlom Č.Y. XXX, okr. Vranov nad Topľou, v súčasnosti T. X. X..H..E.. so sídlom X.Á.X. X, W. - mestská časť H.Ž.G., A) zrazil z miezd zamestnancov tejto spoločnosti poistné: A1 - za obdobie od 10/2019 - 12/2020 a to poistné na nemocenské poistenie, poistné na dôchodkové poistenie a poistné na poistenie v nezamestnanosti, konkrétne poistné - za mesiac október 2019 vo výške 283,70 € splatné dňa 2.12.2019 - za mesiac november 2019 vo výške 281,06 € splatné dňa 31.12.2019 - za mesiac december 2019 vo výške 281,06 € splatné dňa 31.1.2020 - za mesiac január 2020 vo výške 218,08 € splatné dňa 2.3.2020 - za mesiac február 2020 vo výške 177,19 € splatné dňa 31.3.2020 - za mesiac marec 2020 vo výške 149,93 € splatné dňa 30.4.2020 - za mesiac apríl 2020 vo výške 149,93 € splatné dňa 1.6.2020 - za mesiac máj 2020 vo výške 140,18 € splatné dňa 30.6.2020 - za mesiac jún 2020 vo výške 136,30 € splatné dňa 31.7.2020 - za mesiac júl 2020 vo výške 122,67 € splatné dňa 31.8.2020 - za mesiac august 2020 vo výške 115,52 € splatné dňa 30.9.2020 - za mesiac september 2020 vo výške 109,04 € splatné dňa 2.11.2020 - za mesiac október 2020 vo výške 109,04 € splatné dňa 30.11.2020 - za mesiac november 2020 vo výške 101,23 € splatné dňa 31.12.2020 - za mesiac december 2020 vo výške 81,78 € splatné dňa 31.1.2021, ktoré úmyselne zadržal a neodviedol spolu vo výške 2.456,71,-€ Sociálnej poisťovni, pobočka Vranov nad Topľou, Rázusova 128, Vranov nad Topľou, čím takto konal v rozpore s ustanoveniami § 141 ods. 2 a § 143 ods. 2 zákona č. 461/2003 Z.z. o sociálnom poistení v znení neskorších predpisov, A2 - za obdobie od 10/2019 - 1/2020 poistné na verejné zdravotné poistenie a to konkrétne</w:t>
      </w:r>
    </w:p>
    <w:p>
      <w:r>
        <w:t>- za mesiac október 2019 vo výške 5,20 € splatné dňa 30.11.2019 - za mesiac november 2019 vo výške 5,20 € splatné dňa 31.12.2019 - za mesiac december 2019 vo výške 5,20 € splatné dňa 31.1.2020 - za mesiac január 2020 vo výške 5,80 € splatné dňa 28.2.2020 ktoré úmyselne zadržal a neodviedol Všeobecnej zdravotnej poisťovni, 080 15 Prešov, ul. Kúpeľná č. 5 vo výške 21,40,-€, čím takto konal v rozpore s ustanoveniami § 24 ods. 1 písm. a) s poukázaním na § 17 ods. 1, § 16 ods. 1, ods. 2 písm. c), ods. 4 Zákona č. 580/2004 Z.z. o zdravotnom poistení a o zmene a doplnení zákona č. 95/2002 Z.z. o poisťovníctve a o zmene a doplnení niektorých zákonov v znení neskorších predpisov, A3 - za obdobie 10/2019 - 10/2020 a 12/2020 poistné na verejné zdravotné poistenie, a to konkrétne - za mesiac október 2019 vo výške 114,40 € splatné dňa 30.11.2019 - za mesiac november 2019 vo výške 114,40 € splatné dňa 31.12.2019 - za mesiac december 2019 vo výške 114,40 € splatné dňa 31.1.2020 - za mesiac január 2020 vo výške 81,40 € splatné dňa 29.2.2020 - za mesiac február 2020 vo výške 56,20 € splatné dňa 31.3.2020 - za mesiac marec 2020 vo výške 56,20 € splatné dňa 30.4.2020 - za mesiac apríl 2020 vo výške 56,20 € splatné dňa 31.5.2020 - za mesiac máj 2020 vo výške 6,92 € splatné dňa 30.6.2020 - za mesiac jún 2020 vo výške 5,80 € splatné dňa 31.7.2020 - za mesiac júl 2020 vo výške 5,80 € splatné dňa 31.8.2020 - za mesiac august 2020 vo výške 5,80 € splatné dňa 30.9.2020 - za mesiac september 2020 vo výške 5,80 € splatné dňa 31.10.2020 - za mesiac október 2020 vo výške 5,80 € splatné dňa 30.11.2020 - za mesiac december 2020 vo výške 5,80 € splatné dňa 31.1.2021, ktoré úmyselne zadržal a neodviedol Dôvera zdravotnej poisťovni, Einsteinova 25, Bratislava vo výške 634,92-€, čím takto konal v rozpore s ustanoveniami § 24 ods. 1 písm. a) s poukázaním na § 17 ods. 1, § 16 ods. 1, ods. 2 písm. c), ods. 4 Zákona č. 580/2004 Z.z. o zdravotnom poistení a o zmene a doplnení zákona č. 95/2002 Z.z. o poisťovníctve a o zmene a doplnení niektorých zákonov v znení neskorších predpisov, A4 - za obdobie 10/2019 - 2/2020 poistné na verejné zdravotné poistenie, a to konkrétne - za mesiac október 2019 vo výške 26,07 € splatné dňa 30.11.2019 - za mesiac november 2019 vo výške 25,20 € splatné dňa 31.12.2019 - za mesiac december 2019 vo výške 25,20 € splatné dňa 31.1.2020 - za mesiac január 2020 vo výške 25,20 € splatné dňa 29.2.2020 - za mesiac február 2020 vo výške 25,20 € splatné dňa 31.3.2020, ktoré úmyselne zadržal a neodviedol Union zdravotnej poisťovni a.s., Karadžičová 10, Bratislava vo výške 126,87-€, čím takto konal v rozpore s ustanoveniami § 24 ods. 1 písm. a) s poukázaním na § 17 ods. 1, § 16 ods. 1, ods. 2 písm. c), ods. 4 Zákona č. 580/2004 Z.z. o zdravotnom poistení a o zmene a doplnení zákona č. 95/2002 Z.z. o poisťovníctve a o zmene a doplnení niektorých zákonov v znení neskorších predpisov, hoci v dňoch splatnosti poistného za uvedené obdobia mal dostatok finančných prostriedkov na úhradu splatného poistného, čím si zabezpečil neoprávnený prospech na úkor Sociálnej poisťovne a.s., Všeobecnej zdravotnej poisťovne a.s., Dôvery zdravotnej poisťovne a Union zdravotnej poisťovne spolu vo výške 3.239,90,-€, teda v malom rozsahu zadržal a neodviedol určenému príjemcovi poistné na sociálne poistenie, verejné zdravotné poistenie a príspevok na starobné dôchodkové sporenie, ktoré zrazil podľa zákona, v úmysle zadovážiť sebe neoprávnený prospech, a čin spáchal závažnejším spôsobom konania - po dlhší čas, čím spáchal pokračovací prečin neodvedenia dane a poistného podľa § 277 ods. 1, ods. 2 písm. a) Trestného zákona s poukazom na ust. § 138 písm. b) Trestného zákona.</w:t>
      </w:r>
    </w:p>
    <w:p>
      <w:r>
        <w:t>Za</w:t>
      </w:r>
    </w:p>
    <w:p>
      <w:r>
        <w:t>to</w:t>
      </w:r>
    </w:p>
    <w:p>
      <w:r>
        <w:t>mu</w:t>
      </w:r>
    </w:p>
    <w:p>
      <w:r>
        <w:t>ukladá:</w:t>
      </w:r>
    </w:p>
    <w:p>
      <w:r>
        <w:t>podľa § 277 ods. 2 Trestného zákona s použitím § 38 ods. 2 Trestného zákona, pri prevahe poľahčujúcich okolností uvedených v § 36 písm. j), písm. k), písm. l) Trestného zákona a bez zistenia priťažujúcej okolnosti podľa § 37 Trestného zákona trest odňatia slobody vo výmere 12 (dvanásť) mesiacov. Podľa § 49 ods. 1 písm. a) Trestného zákona výkon uloženého trestu odňatia slobody podmienečne odkladá. Podľa § 50 ods. 1 Trestného zákona určuje skúšobnú dobu 12 (dvanásť) mesiacov. Podľa § 61 ods. 1, ods. 2, ods. 6 Trestného zákona trest zákazu činnosti zastávať funkciu štatutárneho orgánu v obchodných spoločnostiach na dobu 5 (päť) rokov a 7 (sedem) mesiacov. Súd podľa § 285 písm. f) Trestného poriadku obžalovaného F. S.Š.Y., nar. XX.XX.XXXX vo Vranove nad Topľou, trvale bytom Č.Y. XXX, okr. Vranov nad Topľou, pre skutok právne kvalifikovaný ako pokračovací prečin nezaplatenia dane a poistného podľa § 278 ods. 1 Trestného zákona, ktorého sa mal obžalovaný dopustiť tak, že B) nezaplatil Bl - za obdobie od 10/2019 - 12/2020 povinné zákonné poistné a to poistné na nemocenské poistenie, poistné na starobné poistenie a príspevky na starobné dôchodkové sporenie, poistné na invalidné poistenie, poistné na úrazové poistenie, poistné na garančné poistenie, poistné na poistenie v nezamestnanosti a poistné do rezervného fondu solidarity a to konkrétne - za mesiac október 2019 vo výške 798,84 € splatné dňa 2.12.2019 - za mesiac november 2019 vo výške 791,75 € splatné dňa 31.12.2019 - za mesiac december 2019 vo výške 791,75 € splatné dňa 31.1.2020 - za mesiac január 2020 vo výške 623,81 € splatné dňa 2.3.2020 - za mesiac február 2020 vo výške 514,21 € splatné dňa 31.3.2020 - za mesiac marec 2020 vo výške 427,92 € splatné dňa 30.4.2020 - za mesiac apríl 2020 vo výške 427,92 € splatné dňa 1.6.2020 - za mesiac máj 2020 vo výške 375,37 € splatné dňa 30.6.2020 - za mesiac jún 2020 vo výške 364,95 € splatné dňa 31.7.2020 - za mesiac júl 2020 vo výške 328,42 € splatné dňa 31.8.2020 - za mesiac august 2020 vo výške 309,26 € splatné dňa 30.9.2020 - za mesiac september 2020 vo výške 291,89 € splatné dňa 2.11.2020 - za mesiac október 2020 vo výške 291,89 € splatné dňa 30.11.2020 - za mesiac november 2020 vo výške 270,97 € splatné dňa 31.12.2020 - za mesiac december 2020 vo výške 218,82 € splatné dňa 31.1.2021, ktoré úmyselne nezaplatil spolu vo výške 6.827,77-€ Sociálnej poisťovni, pobočka Vranov nad Topľou, Rázusova 128, Vranov nad Topľou, čím takto konal v rozpore s ustanoveniami § 143 ods. 1, 2 zákona č. 461/2003 Z. z. o sociálnom poistení v znení neskorších predpisov B2 - za obdobie od 10/2019 - 1/2020 splatné poistné na verejné zdravotné poistenie za zamestnávateľa a to konkrétne - za mesiac október 2019 vo výške 52 € splatné dňa 30.11.2019 - za mesiac november 2019 vo výške 52 € splatné dňa 31.12.2019 - za mesiac december 2019 vo výške 52 € splatné dňa 31.1.2020 - za mesiac január 2020 vo výške 58 € splatné dňa 28.2.2020, ktoré úmyselne nezaplatil spolu vo výške 214 € Všeobecnej zdravotnej poisťovni, Kúpeľná 5, Prešov, čím takto konal v rozpore s ustanoveniami § 24 ods. 1 písm. a) s poukázaním na § 17 ods. 1, § 16 ods.</w:t>
      </w:r>
    </w:p>
    <w:p>
      <w:r>
        <w:t>1, ods. 2 písm. c), ods. 4 Zákona č. 580/2004 Z.z. o zdravotnom poistení a o zmene a doplnení zákona č. 95/2002 Z.z. o poisťovníctve a o zmene a doplnení niektorých zákonov v znení neskorších predpisov, B3 - za obdobie 10/2019 - 10/2020 a 12/2020 splatné poistné na verejné zdravotné poistenie, a to konkrétne - za mesiac október 2019 vo výške 384 € splatné dňa 30.11.2019 - za mesiac november 2019 vo výške 384 € splatné dňa 31.12.2019 - za mesiac december 2019 vo výške 384 € splatné dňa 31.1.2020 - za mesiac január 2020 vo výške 334 € splatné dňa 29.2.2020 - za mesiac február 2020 vo výške 227,50 € splatné dňa 31.3.2020 - za mesiac marec 2020 vo výške 227,50 € splatné dňa 30.4.2020 - za mesiac apríl 2020 vo výške 227,50 € splatné dňa 31.5.2020 - za mesiac máj 2020 vo výške 91,14 € splatné dňa 30.6.2020 - za mesiac jún 2020 vo výške 87 € splatné dňa 31.7.2020 - za mesiac júl 2020 vo výške 72,50 € splatné dňa 31.8.2020 - za mesiac august 2020 vo výške 72,50 € splatné dňa 30.9.2020 - za mesiac september 2020 vo výške 72,50 € splatné dňa 31.10.2020 - za mesiac október 2020 vo výške 72,50 € splatné dňa 30.11.2020 - za mesiac december 2020 vo výške 72,50 € splatné dňa 31.1.2021, ktoré úmyselne nezaplatil Dôvere zdravotnej poisťovni, Einsteinova 25, Bratislava vo výške 2.709,14 €, čím takto konal v rozpore s ustanoveniami § 24 ods. 1 písm. a) s poukázaním na § 17 ods. 1, § 16 ods. 1, ods. 2 písm. c), ods. 4 Zákona č. 580/2004 Z.z. o zdravotnom poistení a o zmene a doplnení zákona č. 95/2002 Z.z. o poisťovníctve a o zmene a doplnení niektorých zákonov v znení neskorších predpisov, B4 - za obdobie 10/2019 - 2/2020 a 1/2021 - 4/2021 splatné poistné na verejné zdravotné poistenie, a to konkrétne - za mesiac október 2019 vo výške 65,82 € splatné dňa 30.11.2019 - za mesiac november 2019 vo výške 63 € splatné dňa 31.12.2019 - za mesiac december 2019 vo výške 63 € splatné dňa 31.1.2020 - za mesiac január 2020 vo výške 63 € splatné dňa 29.2.2020 - za mesiac február 2020 vo výške 63 € splatné dňa 31.3.2020 - za mesiac január 2021 vo výške 16 € splatné dňa 28.2.2021 - za mesiac február 2021 vo výške 16 € splatné dňa 31.3.2021 - za mesiac marec 2021 vo výške 16 € splatné dňa 30.4.2021 - za mesiac apríl 2021 vo výške 16 € splatné dňa 31.5.2021, ktoré úmyselne nezaplatil Union zdravotnej poisťovni a.s., Karadžičová 10, Bratislava vo výške 381,82 €, čím takto konal v rozpore s ustanoveniami § 24 ods. 1 písm. a) s poukázaním na § 17 ods. 1, § 16 ods. 1, ods. 2 písm. c), ods. 4 Zákona č. 580/2004 Z.z. o zdravotnom poistení a o zmene a doplnení zákona č. 95/2002 Z.z. o poisťovníctve a o zmene a doplnení niektorých zákonov v znení neskorších predpisov, B5 - za obdobie 1/2020 - 12/2020 Daňovému úradu Prešov, 080 01 Prešov, ul. Hviezdoslavova č. 7 splatnú daň na dani z motorových vozidiel a to konkrétne - za obdobie 1/2020-12/2020 vo výške 158,67,-€ splatnú dňa 31.3.2021, ktorú úmyselne nezaplatil Daňovému úradu Prešov, 080 01 Prešov, ul. Hviezdoslavova č. 7, čím takto konal v rozpore s § 8 ods. 1 Zákona č. 361/2014 Z. z. o dani z motorových vozidiel v znení neskorších predpisov, hoci v dňoch splatnosti mal dostatok finančných prostriedkov na úhradu splatného poistného a splatnej dane, čím si zabezpečil neoprávnený prospech na úkor Sociálnej poisťovne a.s., Všeobecnej zdravotnej poisťovne a.s., Dôvery zdravotnej poisťovne a. s., Union zdravotnej poisťovne a Daňového úradu Prešov spolu vo výške 10.291,40,-€, týmto svojim konaním spôsobil Sociálnej poisťovni, Rázusová 128, pobočka Vranov nad Topľou dlh na poistnom vo výške 9.284,48,-€, Union zdravotnej poisťovni a.s., Karadžičová 10, Bratislava dlh vo výške 508,69,-€, Všeobecnej zdravotnej poisťovni, a.s., Kúpeľňa č. 5, pobočka Prešov dlh vo výške 235,40,-€, Dôvere zdravotnej poisťovni, a.s., Cintorínska 5, Nitra dlh vo výške 3.344,06,-€ a Daňovému úradu, Hviezdoslavova 7, pobočka Prešov dlh na nezaplatenej dani vo výške 158,67,-€, spod obžaloby o s l o b o d z u j e, pretože trestnosť činu zanikla.</w:t>
      </w:r>
    </w:p>
    <w:p>
      <w:r>
        <w:t>Podľa § 288 ods. 1 Trestného poriadku odkazuje poškodených Sociálna poisťovňa so sídlom Ul. 29. augusta 8 a 10, 813 63 Bratislava, DÔVERA zdravotná poisťovňa, a.s. so sídlom Einsteinova 25, 851 01 Bratislava, IČO: 35 942 436, Všeobecná zdravotná poisťovňa, a.s. so sídlom Panónska cesta 2, 851 04 Bratislava - mestská časť Petržalka, IČO: 35 937 874 s nárokom na náhradu škody na civilný proces, prípadne na konanie pred iným príslušným orgánom. odôvodnenie: Písomné vyhotovenie tohto rozsudku neobsahuje v zmysle § 172 ods. 2 Trestného poriadku odôvodnenie, pretože po jeho vyhlásení sa obžalovaný aj prokurátor vzdali práva podať odvolanie. Poučenie: P o u č e n i e : Proti tomu rozsudku možno podať odvolanie do 15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Rozsudok možno napadnúť odvolaním len v niektorej jeho časti alebo sa odvolania výslovne vzdať. V prospech obžalovaného môžu rozsudok odvolaním napadnúť i príbuzní obžalovaného v priamom rade, jeho súrodenci, osvojiteľ, osvojenec, manžel a druh, pokiaľ to nie je proti jeho vôli s výnimkou ak ide o mladistvých. O odvolaní rozhodne Krajský súd v Prešove.</w:t>
      </w:r>
    </w:p>
    <w:p/>
    <w:p>
      <w:r>
        <w:t>Zdroj: KAUZIS.SK – https://www.kauzis.sk/judikatura/r/ECLI:SK:OSVT:2024:8824010047.2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