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Vranov nad Topľou sp. zn. 13T/21/2024 z 15. 11. 2024</w:t>
      </w:r>
    </w:p>
    <w:p>
      <w:r>
        <w:t>Trestný rozkaz Okresného súdu Vranov nad Topľou z 15. novembra 2024, sp. zn. 13T/21/2024, ECLI:SK:OSVT:2024:8824010141.1</w:t>
      </w:r>
    </w:p>
    <w:p>
      <w:r>
        <w:t>Súd: Okresný súd Vranov nad Topľou</w:t>
      </w:r>
    </w:p>
    <w:p>
      <w:r>
        <w:t>Spisová značka: 13T/21/2024</w:t>
      </w:r>
    </w:p>
    <w:p>
      <w:r>
        <w:t>ECLI: ECLI:SK:OSVT:2024:8824010141.1</w:t>
      </w:r>
    </w:p>
    <w:p>
      <w:r>
        <w:t>Dátum vydania: 15. 11. 2024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Vranov nad Topľou 13T/21/2024 8824010141 15. 11. 2024 Mgr. Anna Monoková ECLI:SK:OSVT:2024:8824010141.1</w:t>
      </w:r>
    </w:p>
    <w:p>
      <w:r>
        <w:t>TRESTNÝ ROZKAZ V MENE SLOVENSKEJ REPUBLIKY Okresný súd Vranov nad Topľou samosudkyňou Mgr. Annou Monokovou podľa § 353 ods. 1 Trestného poriadku v spojení s § 241 ods. 1 písm. j) Trestného poriadku dňa 15. novembra 2024 takto rozhodol: rozhodol: Obvinení: A. B., nar. XX.X.XXXX vo C. D. E., trvale bytom A. XXX, okr. C. D. E., spoločnosť Agentúra PAMOR s.r.o., so sídlom Petrovce 121, okr. Vranov nad Topľou, IČO: 50 467 875, sú vinní, že obvinený A. B. ako konateľ a zodpovedná osoba v spoločnosti Agentúra PAMOR s.r.o., 09431 Petrovce č. 121, okr. Vranov n.T, IČO: 50 467 875, v úmysle zabezpečiť si neoprávnený finančný prospech spočívajúci v nezaplatení zákonných odvodov, konajúc zo sídla spoločnosti z obce Petrovce č. 121, okr. Vranov nad Topľou v bode Al zrazil z miezd zamestnancov tejto spoločnosti: - v období od 05/2021 do 05/2023 splatné poistné na nemocenské poistenie, poistné na dôchodkové poistenie a poistné na poistenie v nezamestnanosti, a to za mesiac 05/2021 vo výške 156,12 € splatné dňa 30.6.2021, za mesiac 06/2021 vo výške 292,80 € splatné dňa 2.8.2021, za mesiac 07/2021 vo výške 292,80 € splatné dňa 31.8.2021, za mesiac 08/2021 vo výške 357,43 € splatné dňa 30.9.2021, za mesiac 09/2021 vo výške 357,33 € splatné dňa 2.11.2021, za mesiac 10/2021 vo výške 216,65 € splatné dňa 30.11.2021, za mesiac 11/2021 vo výške 191,90 € splatné dňa 31.12.2021, za mesiac 12/2021 vo výške 84,15 € splatné dňa 31.1.2022, za mesiac 01/2022 vo výške 242,88 € splatné dňa 28.2.2022, za mesiac 03/2022 vo výške 95,03 € splatné dňa 2.5.2022, za mesiac 04/2022 vo výške 121,44 € splatné dňa 31.5.2022, za mesiac 05/2022 vo výške 102,10 € splatné dňa 30.6.2022, za mesiac 06/2022 vo výške 60,72 € splatné dňa 1.8.2022, za mesiac 07/2022 vo výške 71,87 € splatné dňa 31.8.2022, za mesiac 08/2022 vo výške 101,84 € splatné dňa 30.9.2022, za mesiac 09/2022 vo výške 108,18 € splatné dňa 31.10.2022, a za mesiac 10/2022 vo výške 60,72 € splatné dňa 30.11.2022, za mesiac 11/2022 vo výške 60,72 € splatné dňa 2.1.2023, za mesiac 12/2022 vo výške 60,72 € splatné dňa 31.1.2023, za mesiac 01/2023 vo výške 65,80 € splatné dňa 28.2.2023, za mesiac 02/2023 vo výške 65,80 € splatné dňa 31.3.2023, za mesiac 03/2023 vo výške 65,80 € splatné dňa 2.5.2023, za mesiac 04/2023 vo výške 65,80 € splatné</w:t>
      </w:r>
    </w:p>
    <w:p>
      <w:r>
        <w:t>dňa 31.5.2023, a za mesiac 05/2023 vo výške 65,80 € splatné dňa 30.6.2023, ktoré neodviedol spolu vo výške 3.364,40 € Sociálnej poisťovni, pobočka 041 84 Košice, Festivalové námestie č. 1, čím takto porušil § 141 ods. 1, ods. 2 zákona č. 461/2003 Z. z. o sociálnom poistení v platnom znení; - v období od 05/2021 do 01/2022 potom od 03/2022 do 05/2022 a od 08/2022 do 09/2022 splatné poistné na verejné zdravotné poistenie, a to za mesiac 05/2021 vo výške 16,61 € splatné dňa 30.6.2021, za mesiac 06/2021 vo výške 24,92 € splatné dňa 31.7.2021, za mesiac 07/2021 vo výške 24,92 € splatné dňa 31.8.2021, za mesiac 08/2021 vo výške 24,92 € splatné dňa 30.9.2021, za mesiac 09/2021 vo výške 24,96 € splatné dňa 31.10.2021, za mesiac 10/2021 vo výške 24,92 € splatné dňa 30.11.2021, za mesiac 11/2021 vo výške 24,94 € splatné dňa 31.12.2021, za mesiac 01/2022 vo výške 77,52 € splatné dňa 28.2.2022, za mesiac 03/2022 vo výške 14,60 € splatné dňa 30.4.2022, za mesiac 04/2022 vo výške 25,84 € splatné dňa 31.5.2022, za mesiac 05/2022 vo výške 17,61 € splatné dňa 30.6.2022, za mesiac 08/2022 vo výške 3,56 € splatné dňa 30.9.2022, a za mesiac 09/2022 vo výške 10,92 € splatné dňa 31.10.2022, ktoré neodviedol spolu vo výške 316,24 € Všeobecnej zdravotnej poisťovni a.s., 080 15 Prešov, ul. Kúpeľná č. 5, čím takto porušil ustanovenia § 16 ods. 1 zákona č. 580/2004 Z.z. o zdravotnom poistení v platnom znení; - v období od 05/2021 do 11/2021 a od 08/2022 do 09/2022 splatné poistné na verejné zdravotné poistenie, a to za mesiac 05/2021 vo výške 16,61 € splatné dňa 30.6.2021, za mesiac 06/2021 vo výške 24,92 € splatné dňa 31.7.2021, za mesiac 07/2021 vo výške 24,92 € splatné dňa 31.8.2021, za mesiac 08/2021 vo výške 52,43 € splatné dňa 30.9.2021, za mesiac 09/2021 vo výške 52,26 € splatné dňa 31.10.2021, za mesiac 10/2021 vo výške 16,27 € splatné dňa 30.11.2021, za mesiac 11/2021 vo výške 6,86 € splatné dňa 31.12.2021, za mesiac 08/2022 vo výške 3,86 € splatné dňa 30.9.2022, a za mesiac 09/2022 vo výške 2,67 € splatné dňa 31.10.2022, ktoré neodviedol spolu vo výške 200,80 € Dôvere zdravotnej poisťovni a.s., 949 01 Nitra, ul. Cintorínska č. 5, čím takto porušil ustanovenia § 16 ods. 1 zákona č. 580/2004 Z.z. o zdravotnom poistení v platnom znení; - v období od 05/2021 do 01/2022 a od 03/2022 do 06/2023 splatné poistné na verejné zdravotné poistenie, a to za mesiac 05/2021 vo výške 33,22 € splatné dňa 30.6.2021, za mesiac 06/2021 vo výške 74,76 € splatné dňa 31.7.2021, za mesiac 07/2021 vo výške 74,76 € splatné dňa 31.8.2021, za mesiac 08/2021 vo výške 74,76 € splatné dňa 30.9.2021, za mesiac 09/2021 vo výške 74,86 € splatné dňa 31.10.2021, za mesiac 10/2021 vo výške 51,02 € splatné dňa 30.11.2021, za mesiac 11/2021 vo výške 49,88 € splatné dňa 31.12.2021, za mesiac 12/2021 vo výške 35,81 € splatné dňa 31.1.2022, za mesiac 01/2022 vo výške 25,84 € splatné dňa 28.2.2022, za mesiac 03/2022 vo výške 25,84 € splatné dňa 30.4.2022, za mesiac 04/2022 vo výške 25,84 € splatné dňa 31.5.2022, za mesiac 05/2022 vo výške 25,84 € splatné dňa 30.6.2022, za mesiac 06/2022 vo výške 25,84 € splatné dňa 31.7.2022, za mesiac 07/2022 vo výške 25,84 € splatné dňa 31.8.2022, za mesiac 08/2022 vo výške 29,40 € splatné dňa 30.9.2022, za mesiac 09/2022 vo výške 26,54 € splatné dňa 31.10.2022, a za mesiac 10/2022 vo výške 25,84 € splatné dňa 30.11.2022, za mesiac 11/2022 vo výške 25,84 € splatné dňa 31.12.2022, za mesiac 12/2022 vo výške 25,84 € splatné dňa 31.1.2023, za mesiac 01/2023 vo výške 28 € splatné dňa 28.2.2023, za mesiac 02/2023 vo výške 28 € splatné dňa 31.3.2023, za mesiac 03/2023 vo výške 28 € splatné dňa 30.4.2023, za mesiac 04/2023 vo výške 28 € splatné dňa 31.5.2023, za mesiac 05/2023 vo výške 28 € splatné dňa 30.6.2023, a za mesiac 06/2023 vo výške 28 € splatné dňa 31.7.2023, ktoré neodviedol spolu vo výške 925,57 € Union zdravotnej poisťovni a.s., 814 53 Bratislava, ul. Karadžičova č. 10, čím takto porušil ustanovenia § 16 ods. 1 zákona č. 580/2004 Z.z. o zdravotnom poistení v platnom znení; hoci v dňoch splatnosti za uvedené obdobie mal dostatok finančných prostriedkov na úhradu poistného a preddavkov v plnej výške, čím si zabezpečil neoprávnený prospech na úkor Sociálnej poisťovne, Všeobecnej zdravotnej poisťovne a.s., Dôvery zdravotnej poisťovne a.s. a Union zdravotnej poisťovne a.s. spolu vo výške 4.807,01 €, v bode A2 nezaplatil: - v období od 05/2021 do 05/2023 splatné poistné na nemocenské poistenie, poistné na starobné poistenie a príspevkov na starobné dôchodkové sporenie, poistné na invalidné poistenie, poistné na úrazové poistenie, poistné na garančné poistenie, poistné na poistenie v nezamestnanosti a poistné do rezervného fondu solidarity, a to za mesiac 05/2021 vo výške 418,52 € splatné dňa 30.6.2021, za</w:t>
      </w:r>
    </w:p>
    <w:p>
      <w:r>
        <w:t>mesiac 06/2021 vo výške 784,90 € splatné dňa 2.8.2021, za mesiac 07/2021 vo výške 784,90 € splatné dňa 31.8.2021, za mesiac 08/2021 vo výške 958,21 € splatné dňa 30.9.2021, za mesiac 09/2021 vo výške 958,05 € splatné dňa 2.11.2021, za mesiac 10/2021 vo výške 580,83 € splatné dňa 30.11.2021, za mesiac 11/2021 vo výške 514,58 € splatné dňa 31.12.2021, za mesiac 12/2021 vo výške 225,61 € splatné dňa 31.1.2022, za mesiac 01/2022 vo výške 651,08 € splatné dňa 28.2.2022, za mesiac 03/2022 vo výške 254,75 € splatné dňa 2.5.2022, za mesiac 04/2022 vo výške 325,54 € splatné dňa 31.5.2022, za mesiac 05/2022 vo výške 273,74 € splatné dňa 30.6.2022, za mesiac 06/2022 vo výške 162,77 € splatné dňa 1.8.2022, za mesiac 07/2022 vo výške 192,68 € splatné dňa 31.8.2022, za mesiac 08/2022 vo výške 273,07 € splatné dňa 30.9.2022, za mesiac 09/2022 vo výške 290,13 € splatné dňa 31.10.2022, a za mesiac 10/2022 vo výške 162,77 € splatné dňa 30.11.2022, za mesiac 11/2022 vo výške 162,77 € splatné dňa 2.1.2023, za mesiac 12/2022 vo výške 162,77 € splatné dňa 31.1.2023, za mesiac 01/2023 vo výške 176,40 € splatné dňa 28.2.2023, za mesiac 02/2023 vo výške 176,40 € splatné dňa 31.3.2023, za mesiac 03/2023 vo výške 176,40 € splatné dňa 2.5.2023, za mesiac 04/2023 vo výške 176,40 € splatné dňa 31.5.2023, a za mesiac 05/2023 vo výške 176,40 € splatné dňa 30.6.2023, ktoré neodviedol spolu vo výške 9.019,67 € Sociálnej poisťovni pobočka 041 84 Košice, Festivalové námestie č. 1, čím takto porušil § 143 ods. 1, ods. 2 zákona č. 461/2003 Z.z. o sociálnom poistení v platnom znení, hoci v dňoch splatnosti za uvedené obdobie mal dostatok finančných prostriedkov na úhradu poistného v plnej výške; - v období od 05/2021 do 01/2022 potom od 03/2022 do 05/2022 a od 08/2022 do 09/2022 splatné poistné na verejné zdravotné poistenie za zamestnávateľa, a to za mesiac 05/2021 vo výške 41,53 € splatné dňa 30.6.2021, za mesiac 06/2021 vo výške 62,30 € splatné dňa 31.7.2021, za mesiac 07/2021 vo výške 62,30 € splatné dňa 31.8.2021, za mesiac 08/2021 vo výške 62,30 € splatné dňa 30.9.2021, za mesiac 09/2021 vo výške 62,40 € splatné dňa 31.10.2021, za mesiac 10/2021 vo výške 62,30 € splatné dňa 30.11.2021, za mesiac 11/2021 vo výške 62,36 € splatné dňa 31.12.2021, za mesiac 01/2022 vo výške 193,80 € splatné dňa 28.2.2022, za mesiac 03/2022 vo výške 36,51 € splatné dňa 30.4.2022, za mesiac 04/2022 vo výške 64,60 € splatné dňa 31.5.2022, za mesiac 05/2022 vo výške 44,04 € splatné dňa 30.6.2022, za mesiac 08/2022 vo výške 8,91 € splatné dňa 30.9.2022, a za mesiac 09/2022 vo výške 27,31 € splatné dňa 31.10.2022, ktoré neodviedol spolu vo výške 790,66 € Všeobecnej zdravotnej poisťovni a.s., 080 15 Prešov, ul. Kúpeľná č. 5, čím takto porušil ustanovenia § 16 ods. 1 zákona č. 580/2004 Z.z. o zdravotnom poistení v platnom znení, hoci v dňoch splatnosti za uvedené obdobie mal dostatok finančných prostriedkov na úhradu poistného v plnej výške; - v období od 05/2021 do 11/2021 a od 08/2022 do 09/2022 splatné poistné na verejné zdravotné poistenie za zamestnávateľa, a to za mesiac 05/2021 vo výške 41,53 € splatné dňa 30.6.2021, za mesiac 06/2021 vo výške 62,30 € splatné dňa 31.7.2021, za mesiac 07/2021 vo výške 62,30 € splatné dňa 31.8.2021, za mesiac 08/2021 vo výške 131,09 € splatné dňa 30.9.2021, za mesiac 09/2021 vo výške 130,67 € splatné dňa 31.10.2021, za mesiac 10/2021 vo výške 40,69 € splatné dňa 30.11.2021, za mesiac 11/2021 vo výške 17,18 € splatné dňa 31.12.2021, za mesiac 08/2022 vo výške 9,65 € splatné dňa 30.9.2022, a za mesiac 09/2022 vo výške 6,68 € splatné dňa 31.10.2022, ktoré neodviedol spolu vo výške 502,09 € Dôvere zdravotnej poisťovni a.s., 949 01 Nitra, ul. Cintorínska č. 5, čím takto porušil ustanovenia § 16 ods. 1 zákona č. 580/2004 Z.z. o zdravotnom poistení v platnom znení, hoci v dňoch splatnosti za uvedené obdobie mal dostatok finančných prostriedkov na úhradu poistného v plnej výške; - v období od 05/2021 do 01/2022 a od 03/2022 do 06/2023 splatné poistné na verejné zdravotné poistenie za zamestnávateľa, a to za mesiac 05/2021 vo výške 83,06 € splatné dňa 30.6.2021, za mesiac 06/2021 vo výške 186,90 € splatné dňa 31.7.2021, za mesiac 07/2021 vo výške 186,90 € splatné dňa 31.8.2021, za mesiac 08/2021 vo výške 186,90 € splatné dňa 30.9.2021, za mesiac 09/2021 vo výške 187,16 € splatné dňa 31.10.2021, za mesiac 10/2021 vo výške 127,56 € splatné dňa 30.11.2021, za mesiac 11/2021 vo výške 124,72 € splatné dňa 31.12.2021, za mesiac 12/2021 vo výške 89,54 € splatné dňa 31.1.2022, za mesiac 01/2022 vo výške 64,60 € splatné dňa 28.2.2022, za mesiac 03/2022 vo výške 64,60 € splatné dňa 30.4.2022, za mesiac 04/2022 vo výške 64,60 € splatné dňa 31.5.2022, za mesiac 05/2022 vo výške 64,60 € splatné dňa 30.6.2022, za mesiac 06/2022 vo výške 64,60 € splatné dňa 31.7.2022, za mesiac 07/2022 vo výške 64,60 € splatné dňa 31.8.2022, za mesiac 08/2022 vo výške 73,51 € splatné dňa 30.9.2022, za mesiac 09/2022 vo výške 66,36 € splatné dňa 31.10.2022, a za mesiac 10/2022 vo výške 64,60 € splatné dňa 30.11.2022, za mesiac 11/2022 vo výške 64,60 € splatné dňa 31.12.2022, za mesiac 12/2022 vo výške</w:t>
      </w:r>
    </w:p>
    <w:p>
      <w:r>
        <w:t>64,60 € splatné dňa 31.1.2023, za mesiac 01/2023 vo výške 70 € splatné dňa 28.2.2023, za mesiac 02/2023 vo výške 70 € splatné dňa 31.3.2023, za mesiac 03/2023 vo výške 70 € splatné dňa 30.4.2023, za mesiac 04/2023 vo výške 70 € splatné dňa 31.5.2023, za mesiac 05/2023 vo výške 70 € splatné dňa 30.6.2023, a za mesiac 06/2023 vo výške 70 € splatné dňa 31.7.2023, ktoré neodviedol spolu vo výške 2.314,01 € Union zdravotnej poisťovni a.s., 814 53 Bratislava, ul. Karadžičova č. 10, čím takto porušil ustanovenia § 16 ods. 1 zákona č. 580/2004 Z.z. o zdravotnom poistení v platnom znení, hoci v dňoch splatnosti za uvedené obdobie mal dostatok finančných prostriedkov na úhradu poistného v plnej výške; - v období od 09/2021 do 12/2021 nezaplatil daň z pridanej hodnoty spolu vo výške 5.162,34 € a to za mesiac 09/2021 vo výške 1.440 € splatná dňa 31.10.2021, za mesiac 10/2021 vo výške 710,11 € splatná dňa 25.11.2021, za mesiac 11/2021 vo výške 833,56 € splatná dňa 27.12.2021, a za mesiac 12/2021 vo výške 2.178,67 € splatná dňa 25.1.2022, a potom v období od 01/2021 do 12/2021 nezaplatil daň z motorových vozidiel vo výške 813,60 € s dátumom splatnosti do 31.1.2022; - v období 03/2022 daň z pridanej hodnoty vo výške 2.488,34 € splatnú dňa 25.4.2022, potom za rok 2020 daň z príjmov právnickej osoby vo výške 6.414,11 € splatnú dňa 30.6.2021, a za rok 2021 daň z príjmov právnickej osoby vo výške 9.841,90 € splatnú dňa 30.9.2021, ktorú nezaplatil Daňovému úradu 080 01 Prešov, ul. Hviezdoslavova č. 7, v celkovej výške 18.744,35 €, čím takto porušil ustanovenie § 78 zákona č. 222/2004 Z.z. o dani z pridanej hodnoty v znení neskorších predpisov, hoci v dňoch splatnosti za uvedené obdobie mal dostatok finančných prostriedkov na úhradu dane v plnej výške, čím si zabezpečil neoprávnený prospech na úkor Daňového úradu Prešov a takto si zabezpečil neoprávnený prospech na úkor Sociálnej poisťovne, Všeobecnej zdravotnej poisťovne a.s., Dôvery zdravotnej poisťovne a.s., Union zdravotnej poisťovne a.s. a Daňového úradu Prešov v celkovej výške 37.346,72 €; obvinená právnická osoba spol. Agentúra PAMOR s.r.o. s poukazom na §1 ods. 1, ods. 2, §3a§4 ods. 1 písm. a) zákona č. 91/2016 Z. z. o trestnej zodpovednosti právnických osôb v znení neskorších predpisov, v rámci výkonu podnikateľskej činnosti obchodnej spoločnosti Agentúra PAMOR s.r.o., so sídlom Petrovce č. 121, okr. Vranov nad Topľou, IČO: 50 467 875, ktorá je vykonávaná prostredníctvom jej štatutárneho orgánu A. B., ktorý zodpovedá za riadne zrážanie odvodov a povinných platieb oprávneným subjektom v bode A1 zrazila z miezd zamestnancov tejto spoločnosti: - v období od 05/2021 do 05/2023 splatné poistné na nemocenské poistenie, poistné na dôchodkové poistenie a poistné na poistenie v nezamestnanosti, a to za mesiac 05/2021 vo výške 156,12 € splatné dňa 30.6.2021, za mesiac 06/2021 vo výške 292,80 € splatné dňa 2.8.2021, za mesiac 07/2021 vo výške 292,80 € splatné dňa 31.8.2021, za mesiac 08/2021 vo výške 357,43 € splatné dňa 30.9.2021, za mesiac 09/2021 vo výške 357,33 € splatné dňa 2.11.2021, za mesiac 10/2021 vo výške 216,65 € splatné dňa 30.11.2021, za mesiac 11/2021 vo výške 191,90 € splatné dňa 31.12.2021, za mesiac 12/2021 vo výške 84,15 € splatné dňa 31.1.2022, za mesiac 01/2022 vo výške 242,88 € splatné dňa 28.2.2022, za mesiac 03/2022 vo výške 95,03 € splatné dňa 2.5.2022, za mesiac 04/2022 vo výške 121,44 € splatné dňa 31.5.2022, za mesiac 05/2022 vo výške 102,10 € splatné dňa 30.6.2022, za mesiac 06/2022 vo výške 60,72 € splatné dňa 1.8.2022, za mesiac 07/2022 vo výške 71,87 € splatné dňa 31.8.2022, za mesiac 08/2022 vo výške 101,84 € splatné dňa 30.9.2022, za mesiac 09/2022 vo výške 108,18 € splatné dňa 31.10.2022, a za mesiac 10/2022 vo výške 60,72 € splatné dňa 30.11.2022, za mesiac 11/2022 vo výške 60,72 € splatné dňa 2.1.2023, za mesiac 12/2022 vo výške 60,72 € splatné dňa 31.1.2023, za mesiac 01/2023 vo výške 65,80 € splatné dňa 28.2.2023, za mesiac 02/2023 vo výške 65,80 € splatné dňa 31.3.2023, za mesiac 03/2023 vo výške 65,80 € splatné dňa 2.5.2023, za mesiac 04/2023 vo výške 65,80 € splatné dňa 31.5.2023, a za mesiac 05/2023 vo výške 65,80 € splatné dňa 30.6.2023, ktoré neodviedla spolu vo výške 3.364,40 € Sociálnej poisťovni, pobočka 041 84 Košice, Festivalové námestie č. 1, čím takto porušila § 141 ods. 1, ods. 2 zákona č. 461/2003 Z.z. o sociálnom poistení v platnom znení;</w:t>
      </w:r>
    </w:p>
    <w:p>
      <w:r>
        <w:t>- v období od 05/2021 do 01/2022 potom od 03/2022 do 05/2022 a od 08/2022 do 09/2022 splatné poistné na verejné zdravotné poistenie, a to za mesiac 05/2021 vo výške 16,61 € splatné dňa 30.6.2021, za mesiac 06/2021 vo výške 24,92 € splatné dňa 31.7.2021, za mesiac 07/2021 vo výške 24,92 € splatné dňa 31.8.2021, za mesiac 08/2021 vo výške 24,92 € splatné dňa 30.9.2021, za mesiac 09/2021 vo výške 24,96 € splatné dňa 31.10.2021, za mesiac 10/2021 vo výške 24,92 € splatné dňa 30.11.2021, za mesiac 11/2021 vo výške 24,94 € splatné dňa 31.12.2021, za mesiac 01/2022 vo výške 77,52 € splatné dňa 28.2.2022, za mesiac 03/2022 vo výške 14,60 € splatné dňa 30.4.2022, za mesiac 04/2022 vo výške 25,84 € splatné dňa 31.5.2022, za mesiac 05/2022 vo výške 17,61 € splatné dňa 30.6.2022, za mesiac 08/2022 vo výške 3,56 € splatné dňa 30.9.2022, a za mesiac 09/2022 vo výške 10,92 € splatné dňa 31.10.2022, ktoré neodviedla spolu vo výške 316,24 € Všeobecnej zdravotnej poisťovni a.s., 080 15 Prešov, ul. Kúpeľná č. 5, čím takto porušila ustanovenia § 16 ods. 1 zákona č. 580/2004 Z.z. o zdravotnom poistení v platnom znení; - v období od 05/2021 do 11/2021 a od 08/2022 do 09/2022 splatné poistné na verejné zdravotné poistenie, a to za mesiac 05/2021 vo výške 16,61 € splatné dňa 30.6.2021, za mesiac 06/2021 vo výške 24,92 € splatné dňa 31.7.2021, za mesiac 07/2021 vo výške 24,92 € splatné dňa 31.8.2021, za mesiac 08/2021 vo výške 52,43 € splatné dňa 30.9.2021, za mesiac 09/2021 vo výške 52,26 € splatné dňa 31.10.2021, za mesiac 10/2021 vo výške 16,27 € splatné dňa 30.11.2021, za mesiac 11/2021 vo výške 6,86 € splatné dňa 31.12.2021, za mesiac 08/2022 vo výške 3,86 € splatné dňa 30.9.2022, a za mesiac 09/2022 vo výške 2,67 € splatné dňa 31.10.2022, ktoré neodviedla spolu vo výške 200,80 € Dôvere zdravotnej poisťovni a.s., 949 01 Nitra, ul. Cintorínska č. 5, čím takto porušil ustanovenia § 16 ods. 1 zákona č. 580/2004 Z.z. o zdravotnom poistení v platnom znení; - v období od 05/2021 do 01/2022 a od 03/2022 do 06/2023 a splatné poistné na verejné zdravotné poistenie, a to za mesiac 05/2021 vo výške 33,22 € splatné dňa 30.6.2021, za mesiac 06/2021 vo výške 74,76 € splatné dňa 31.7.2021, za mesiac 07/2021 vo výške 74,76 € splatné dňa 31.8.2021, za mesiac 08/2021 vo výške 74,76 € splatné dňa 30.9.2021, za mesiac 09/2021 vo výške 74,86 € splatné dňa 31.10.2021, za mesiac 10/2021 vo výške 51,02 € splatné dňa 30.11.2021, za mesiac 11/2021 vo výške 49,88 € splatné dňa 31.12.2021, za mesiac 12/2021 vo výške 35,81 € splatné dňa 31.1.2022, za mesiac 01/2022 vo výške 25,84 € splatné dňa 28.2.2022, za mesiac 03/2022 vo výške 25,84 € splatné dňa 30.4.2022, za mesiac 04/2022 vo výške 25,84 € splatné dňa 31.5.2022, za mesiac 05/2022 vo výške 25,84 € splatné dňa 30.6.2022, za mesiac 06/2022 vo výške 25,84 € splatné dňa 31.7.2022, za mesiac 07/2022 vo výške 25,84 € splatné dňa 31.8.2022, za mesiac 08/2022 vo výške 29,40 € splatné dňa 30.9.2022, za mesiac 09/2022 vo výške 26,54 € splatné dňa 31.10.2022, a za mesiac 10/2022 vo výške 25,84 € splatné dňa 30.11.2022, za mesiac 11/2022 vo výške 25,84 € splatné dňa 31.12.2022, za mesiac 12/2022 vo výške 25,84 € splatné dňa 31.1.2023, za mesiac 01/2023 vo výške 28 € splatné dňa 28.2.2023, za mesiac 02/2023 vo výške 28 € splatné dňa 31.3.2023, za mesiac 03/2023 vo výške 28 € splatné dňa 30.4.2023, za mesiac 04/2023 vo výške 28 € splatné dňa 31.5.2023, za mesiac 05/2023 vo výške 28 € splatné dňa 30.6.2023, a za mesiac 06/2023 vo výške 28 € splatné dňa 31.7.2023, ktoré neodviedla spolu vo výške 925,57 € Union zdravotnej poisťovni a.s., 814 53 Bratislava, ul. Karadžičova č. 10, čím takto porušila ustanovenia § 16 ods. 1 zákona č. 580/2004 Z.z. o zdravotnom poistení v platnom znení, hoci v dňoch splatnosti za uvedené obdobie mala dostatok finančných prostriedkov na úhradu poistného a preddavkov v plnej výške, čím si zabezpečila neoprávnený prospech na úkor Sociálnej poisťovne, Všeobecnej zdravotnej poisťovne, a.s., Dôvery zdravotnej poisťovni, a.s., a Union zdravotnej poisťovne, a.s., spolu vo výške 4.807,01 €; v bode B2 nezaplatila: - v období od 05/2021 do 05/2023 splatné poistné na nemocenské poistenie, poistné na starobné poistenie a príspevkov na starobné dôchodkové sporenie, poistné na invalidné poistenie, poistné na úrazové poistenie, poistné na garančné poistenie, poistné na poistenie v nezamestnanosti a poistné do rezervného fondu solidarity, a to za mesiac 05/2021 vo výške 418,52 € splatné dňa 30.6.2021, za mesiac 06/2021 vo výške 784,90 € splatné dňa 2.8.2021, za mesiac 07/2021 vo výške 784,90 € splatné dňa 31.8.2021, za mesiac 08/2021 vo výške 958,21 € splatné dňa 30.9.2021, za mesiac 09/2021 vo výške 958,05 € splatné dňa 2.11.2021, za mesiac 10/2021 vo výške 580,83 € splatné dňa 30.11.2021, za mesiac 11/2021 vo výške 514,58 € splatné dňa 31.12.2021, za mesiac 12/2021 vo výške 225,61 € splatné dňa 31.1.2022, za mesiac 01/2022 vo výške 651,08 € splatné dňa 28.2.2022, za mesiac 03/2022 vo výške 254,75 € splatné dňa 2.5.2022, za mesiac 04/2022 vo výške 325,54 € splatné dňa 31.5.2022,</w:t>
      </w:r>
    </w:p>
    <w:p>
      <w:r>
        <w:t>za mesiac 05/2022 vo výške 273,74 € splatné dňa 30.6.2022, za mesiac 06/2022 vo výške 162,77 € splatné dňa 1.8.2022, za mesiac 07/2022 vo výške 192,68 € splatné dňa 31.8.2022, za mesiac 08/2022 vo výške 273,07 € splatné dňa 30.9.2022, za mesiac 09/2022 vo výške 290,13 € splatné dňa 31.10.2022, a za mesiac 10/2022 vo výške 162,77 € splatné dňa 30.11.2022, za mesiac 11/2022 vo výške 162,77 € splatné dňa 2.1.2023, za mesiac 12/2022 vo výške 162,77 € splatné dňa 31.1.2023, za mesiac 01/2023 vo výške 176,40 € splatné dňa 28.2.2023, za mesiac 02/2023 vo výške 176,40 € splatné dňa 31.3.2023, za mesiac 03/2023 vo výške 176,40 € splatné dňa 2.5.2023, za mesiac 04/2023 vo výške 176,40 € splatné dňa 31.5.2023, a za mesiac 05/2023 vo výške 176,40 € splatné dňa 30.6.2023, ktoré neodviedla spolu vo výške 9.019,67 € Sociálnej poisťovni, pobočka 041 84 Košice, Festivalové námestie č. 1, čím takto porušila § 143 ods. 1, ods. 2 zákona č. 461/2003 Z.z. o sociálnom poistení v platnom znení, hoci v dňoch splatnosti za uvedené obdobie mala dostatok finančných prostriedkov na úhradu poistného v plnej výške; - v období od 05/2021 do 01/2022 potom od 03/2022 do 05/2022 a od 08/2022 do 09/2022 splatné poistné na verejné zdravotné poistenie za zamestnávateľa, a to za mesiac 05/2021 vo výške 41,53 € splatné dňa 30.6.2021, za mesiac 06/2021 vo výške 62,30 € splatné dňa 31.7.2021, za mesiac 07/2021 vo výške 62,30 € splatné dňa 31.8.2021, za mesiac 08/2021 vo výške 62,30 € splatné dňa 30.9.2021, za mesiac 09/2021 vo výške 62,40 € splatné dňa 31.10.2021, za mesiac 10/2021 vo výške 62,30 € splatné dňa 30.11.2021, za mesiac 11/2021 vo výške 62,36 € splatné dňa 31.12.2021, za mesiac 01/2022 vo výške 193,80 € splatné dňa 28.2.2022, za mesiac 03/2022 vo výške 36,51 € splatné dňa 30.4.2022, za mesiac 04/2022 vo výške 64,60 € splatné dňa 31.5.2022, za mesiac 05/2022 vo výške 44,04 € splatné dňa 30.6.2022, za mesiac 08/2022 vo výške 8,91 € splatné dňa 30.9.2022, a za mesiac 09/2022 vo výške 27,31 € splatné dňa 31.10.2022, ktoré neodviedla spolu vo výške 790,66 € Všeobecnej zdravotnej poisťovni, a.s., 080 15 Prešov, ul. Kúpeľná č. 5, čím takto porušil ustanovenia § 16 ods. 1 zákona č. 580/2004 Z.z. o zdravotnom poistení v platnom znení, hoci v dňoch splatnosti za uvedené obdobie mala dostatok finančných prostriedkov na úhradu poistného v plnej výške; - v období od 05/2021 do 11/2021 a od 08/2022 do 09/2022 splatné poistné na verejné zdravotné poistenie za zamestnávateľa, a to za mesiac 05/2021 vo výške 41,53 € splatné dňa 30.6.2021, za mesiac 06/2021 vo výške 62,30 € splatné dňa 31.7.2021, za mesiac 07/2021 vo výške 62,30 € splatné dňa 31.8.2021, za mesiac 08/2021 vo výške 131,09 € splatné dňa 30.9.2021, za mesiac 09/2021 vo výške 130,67 € splatné dňa 31.10.2021, za mesiac 10/2021 vo výške 40,69 € splatné dňa 30.11.2021, za mesiac 11/2021 vo výške 17,18 € splatné dňa 31.12.2021, za mesiac 08/2022 vo výške 9,65 € splatné dňa 30.9.2022, a za mesiac 09/2022 vo výške 6,68 € splatné dňa 31.10.2022, ktoré neodviedla spolu vo výške 502,09 € Dôvere zdravotnej poisťovni, a.s., 949 01 Nitra, ul. Cintorínska č. 5, čím takto porušila ustanovenia § 16 ods. 1 zákona č. 580/2004 Z.z. o zdravotnom poistení v platnom znení, hoci v dňoch splatnosti za uvedené obdobie mala dostatok finančných prostriedkov na úhradu poistného v plnej výške; - v období od 05/2021 do 01/2022 a od 03/2022 do 06/2023 splatné poistné na verejné zdravotné poistenie za zamestnávateľa, a to za mesiac 05/2021 vo výške 83,06 € splatné dňa 30.6.2021, za mesiac 06/2021 vo výške 186,90 € splatné dňa 31.7.2021, za mesiac 07/2021 vo výške 186,90 € splatné dňa 31.8.2021, za mesiac 08/2021 vo výške 186,90 € splatné dňa 30.9.2021, za mesiac 09/2021 vo výške 187,16 € splatné dňa 31.10.2021, za mesiac 10/2021 vo výške 127,56 € splatné dňa 30.11.2021, za mesiac 11/2021 vo výške 124,72 € splatné dňa 31.12.2021, za mesiac 12/2021 vo výške 89,54 € splatné dňa 31.1.2022, za mesiac 01/2022 vo výške 64,60 € splatné dňa 28.2.2022, za mesiac 03/2022 vo výške 64,60 € splatné dňa 30.4.2022, za mesiac 04/2022 vo výške 64,60 € splatné dňa 31.5.2022, za mesiac 05/2022 vo výške 64,60 € splatné dňa 30.6.2022, za mesiac 06/2022 vo výške 64,60 € splatné dňa 31.7.2022, za mesiac 07/2022 vo výške 64,60 € splatné dňa 31.8.2022, za mesiac 08/2022 vo výške 73,51 € splatné dňa 30.9.2022, za mesiac 09/2022 vo výške 66,36 € splatné dňa 31.10.2022, a za mesiac 10/2022 vo výške 64,60 € splatné dňa 30.11.2022, za mesiac 11/2022 vo výške 64,60 € splatné dňa 31.12.2022, za mesiac 12/2022 vo výške 64,60 € splatné dňa 31.1.2023, za mesiac 01/2023 vo výške 70 € splatné dňa 28.2.2023, za mesiac 02/2023 vo výške 70 € splatné dňa 31.3.2023, za mesiac 03/2023 vo výške 70 € splatné dňa 30.4.2023, za mesiac 04/2023 vo výške 70 € splatné dňa 31.5.2023, za mesiac 05/2023 vo výške 70 € splatné dňa 30.6.2023, a za mesiac 06/2023 vo výške 70 € splatné dňa 31.7.2023, ktoré neodviedla spolu vo výške 2.314,01 € Union zdravotnej poisťovni, a.s., 814 53 Bratislava, ul. Karadžičova č. 10, čím takto porušil ustanovenia §</w:t>
      </w:r>
    </w:p>
    <w:p>
      <w:r>
        <w:t>16 ods. 1 zákona č. 580/2004 Z.z. o zdravotnom poistení v platnom znení, hoci v dňoch splatnosti za uvedené obdobie mala dostatok finančných prostriedkov na úhradu poistného v plnej výške; - v období od 09/2021 do 12/2021 nezaplatila daň z pridanej hodnoty spolu vo výške 5.162,34 € a to za mesiac 09/2021 vo výške 1.440 € splatná dňa 31.10.2021, za mesiac 10/2021 vo výške 710,11 € splatná dňa 25.11.2021, za mesiac 11/2021 vo výške 833,56 € splatná dňa 27.12.2021, a za mesiac 12/2021 vo výške 2.178,67 € splatná dňa 25.1.2022, a potom v období od 01/2021 do 12/2021 nezaplatila daň z motorových vozidiel vo výške 813,60 € s dátumom splatnosti do 31.1.2022, hoci v dňoch splatnosti za uvedené obdobie mala dostatok finančných prostriedkov na úhradu poistného v plnej výške; - v období 03/2022 daň z pridanej hodnoty vo výške 2.488,34 € splatnú dňa 25.4.2022, potom za rok 2020 daň z príjmov právnickej osoby vo výške 6.414,11 € splatnú dňa 30.6.2021, a zá rok 2021 daň z príjmov právnickej osoby vo výške 9.841,90 € splatnú dňa 30.9.2021, ktorú nezaplatila Daňovému úradu 080 01 Prešov, ul. Hviezdoslavova č. 7, v celkovej výške 18.744,35 €, čím takto porušila ustanovenia § 78 zákona č. 222/2004 Z.z. o dani z pridanej hodnoty v znení neskorších predpisov, hoci v dňoch splatnosti za uvedené obdobie mala dostatok finančných prostriedkov na úhradu dane v plnej výške, čím si zabezpečila neoprávnený prospech na úkor Daňového úradu Prešov; takto si zabezpečila neoprávnený prospech na úkor Sociálnej poisťovne, Všeobecnej zdravotnej poisťovne a.s., Dôvery zdravotnej poisťovne a.s., Union zdravotnej poisťovne a.s., a Daňového úradu Prešov, v celkovej výške 37.346,72 €; teda obvinený A. B. v bode A1 v malom rozsahu zadržal a neodviedol určenému príjemcovi splatné poistné na sociálne poistenie, verejné zdravotné poistenie a príspevok na starobné dôchodkové sporenie, ktoré zrazil podľa zákona, v úmysle zadovážiť inému neoprávnený prospech v bode A2 vo väčšom rozsahu nezaplatil splatnú daň a poistné na sociálne poistenie, verejné zdravotné poistenie alebo príspevok na starobné dôchodkové sporenie obvinená právnická osoba spol. Agentúra PAMOR s.r.o. v bode B1 konaním svojho štatutárneho orgánu v malom rozsahu zadržala a neodviedla určenému príjemcovi splatné poistné na sociálne poistenie, verejné zdravotné poistenie a príspevok na starobné dôchodkové sporenie, ktoré zrazila podľa zákona, v úmysle zadovážiť sebe neoprávnený prospech v bode B2 konaním svojho štatutárneho orgánu vo väčšom rozsahu nezaplatila splatnú daň a poistné na sociálne poistenie, verejné zdravotné poistenie alebo príspevok na starobné dôchodkové sporenie tým</w:t>
      </w:r>
    </w:p>
    <w:p>
      <w:r>
        <w:t>spáchali</w:t>
      </w:r>
    </w:p>
    <w:p>
      <w:r>
        <w:t>obvinený A. B. v bode A1 prečin neodvedenia dane a poistného podľa § 277 ods. 1 Trestného zákona v znení účinnom od 6.8.2024 v bode A2 prečin nezaplatenia dane a poistného podľa § 278 ods. 1 Trestného zákona v znení účinnom od 6.8.2024 obvinená právnická osoba spol. Agentúra PAMOR s.r.o.</w:t>
      </w:r>
    </w:p>
    <w:p>
      <w:r>
        <w:t>v bode B1 prečin neodvedenia dane a poistného podľa § 277 ods. 1 Trestného zákona v znení účinnom od 6.8.2024 s poukazom na § 1 ods. 2, § 4 ods. 1 písm. a) zákona NR SR č. 91/2016 Z. z. o trestnej zodpovednosti právnických osôb v znení neskorších predpisov v bode B2 prečin nezaplatenia dane a poistného podľa § 278 ods. 1 Trestného zákona v znení účinnom od 6.8.2024 s poukazom na § 1 ods. 2, § 4 ods. 1 písm. a) zákona NR SR č. 91/2016 Z. z. o trestnej zodpovednosti právnických osôb v znení neskorších predpisov za to im ukladá obvinenému A. B. podľa § 2 ods. 1 Trestného zákona, § 277 ods. 1 Trestného zákona, § 41 ods. 1 Trestného zákona, § 38 ods. 2 Trestného zákona, § 36 písm. l) Trestného zákona, § 37 písm. h) Trestného zákona úhrnný trest odňatia slobody vo výmere 12 ( dvanásť ) mesiacov. Podľa § 49 ods. 1 písm. a) Trestného zákona výkon uloženého trestu odňatia slobody podmienečne odkladá. Podľa § 50 ods. 1 Trestného zákona určuje skúšobnú dobu podmienečného odsúdenia na ( dvadsaťštyri ) mesiacov.</w:t>
      </w:r>
    </w:p>
    <w:p>
      <w:r>
        <w:t>24</w:t>
      </w:r>
    </w:p>
    <w:p>
      <w:r>
        <w:t>Podľa § 56 ods. 4 Trestného zákona peňažný trest vo výmere 1.500 ( tisícpäťsto ) eur. Podľa § 56 ods. 3 Trestného zákona peňažný trest zaplatí v mesačných splátkach po 150 eur splatných do 30. dňa v mesiaci s tým, že prvá splátka sa stane splatnou mesiac nasledujúci po právoplatnosti trestného rozkazu. Podľa § 57 ods. 3 Trestného zákona pre prípad, že by výkon peňažného trestu mohol byť úmyselne zmarený, náhradný trest odňatia slobody vo výmere 3 ( tri ) mesiace. obvinenej právnickej osobe spol. Agentúra PAMOR s.r.o. podľa § 2 ods. 1 Trestného zákona, § 41 ods. 1 Trestného zákona, § 277 ods. 1 Trestného zákona a podľa § 1 ods. 2, § 10 písm. d), § 15 zákona NR SR č. 91/2016 Z. z. o trestnej zodpovednosti právnických osôb v znení neskorších predpisov úhrnný peňažný trest vo výmere 1.500 ( tisícpäťsto ) eur. Podľa § 1 ods. 2, § 10 písm. i), § 20 ods. 1 zákona NR SR č. 91/2016 Z. z. o trestnej zodpovednosti právnických osôb v znení neskorších predpisov trest zverejnenia odsudzujúceho rozsudku, v časti týkajúcej sa odsúdenej právnickej osoby v Obchodnom vestníku v kapitole „oznámenia“ do 90 dní od právoplatnosti trestného rozkazu. Podľa § 288 ods. 1 Trestného poriadku poškodené spoločnosti Všeobecnú zdravotnú poisťovňu, a.s., so sídlom Panónska cesta 2, Bratislava, IČO: 35 937 874, Dôveru zdravotnú poisťovňu, a.s., so sídlom Einsteinova 25, 851 01 Bratislava, IČO: 35 942 436, Union zdravotnú poisťovňu, a.s., so sídlom Karadžičova 10, 814 53 Bratislava, IČO: 36 284 831 a Sociálnu poisťovňa, pobočka Košice, so sídlom Festivalové námestie 1, 041 84 Košice, IČO: 30 807 484 s nárokom na náhradu škody odkazuje na civilný proces, prípadne na konanie pred iným príslušným orgánom. Poučenie:</w:t>
      </w:r>
    </w:p>
    <w:p>
      <w:r>
        <w:t>Proti trestnému rozkazu môže podať odpor do 8 dní odo dňa jeho doručenia obvinený a osoby, ktoré sú oprávnené podať v jeho prospech odvolanie, ako aj prokurátor. Odpor sa podáva na súde, ktorý trestný rozkaz vydal. Osobám, ktoré môžu podať odvolanie v prospech obvineného, okrem prokurátora, sa lehota končí tým dňom ako obvinenému. Ak sa trestný rozkaz doručuje obvinenému a aj jeho obhajcovi, plynie lehota od toho doručenia, ktoré bolo vykonané neskôr (§ 355 ods. 1 Tr. por.). Proti výroku o náhrade škody, ktorým bola priznaná náhrada škody, môže poškodený podať odpor; ak poškodený odpor podal, trestný rozkaz sa ruší vo výroku o náhrade škody. Samosudca odkáže uznesením poškodeného na civilný proces, prípadne na konanie pred iným príslušným orgánom. Rovnako sa postupuje aj vtedy, ak odpor proti výroku o náhrade škody podá iná oprávnená osoba (§ 355 ods. 2 Tr. por.). Ak proti trestnému rozkazu podala oprávnená osoba v lehote odpor, samosudca rozhodne podľa § 241 ods. 1 písm. j) o prijatí obžaloby a nariadi vo veci hlavné pojednávanie. Pri prejednávaní veci na hlavnom pojednávaní nie je samosudca viazaný právnou kvalifikáciou ani druhom a výmerou trestu obsiahnutými v trestnom rozkaze. Inak sa trestný rozkaz stane právoplatným a vykonateľným podľa § 356 (§ 355 ods. 3 Tr. por.). Ak bol obvinený stíhaný pre prečin uvedený v § 211, môže poškodený vziať súhlas s trestným stíhaním späť až dovtedy, kým sa trestný rozkaz nedoručí niektorej z osôb, uvedených v ods. 1. Späťvzatím súhlasu sa trestný rozkaz ruší a samosudca trestné stíhanie zastaví ( § 355 ods. 6 Tr. por.). Ak bol vydaný trestný rozkaz, môže prokurátor vziať späť obžalobu dovtedy, kým sa trestný rozkaz nedoručí niektorej z osôb uvedených v ods. 1. Späťvzatím obžaloby sa trestný rozkaz ruší a vec sa vracia do prípravného konania. Trestný rozkaz sa ruší a vec sa vracia do prípravného konania aj vydaním uznesenia, ktorým nadriadený súd na základe sťažnosti podľa § 241 ods. 4 zrušil uznesenie samosudcu o prijatí obžaloby podľa § 241 ods. 1 písm. j) ( § 355 ods. 7 Tr. por. ). Obvinený a osoby, ktoré sú oprávnené podať v jeho prospech odvolanie, zúčastnená osoba ako aj prokurátor môžu výslovným vyhlásením vziať podaný odpor späť, a to až dovtedy, kým prokurátor neprednesie na hlavnom pojednávaní obžalobu. Osoba, ktorá je oprávnená podať v prospech obvineného odvolanie, môže vziať podaný odpor späť len s jeho výslovným súhlasom ( § 355 ods. 8 Tr. por.).</w:t>
      </w:r>
    </w:p>
    <w:p/>
    <w:p>
      <w:r>
        <w:t>Zdroj: KAUZIS.SK – https://www.kauzis.sk/judikatura/r/ECLI:SK:OSVT:2024:8824010141.1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