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2T/67/2024 z 26. 9. 2024</w:t>
      </w:r>
    </w:p>
    <w:p>
      <w:r>
        <w:t>Uznesenie Okresného súdu Vranov nad Topľou z 26. septembra 2024, sp. zn. 2T/67/2024, ECLI:SK:OSVT:2024:8824010331.1</w:t>
      </w:r>
    </w:p>
    <w:p>
      <w:r>
        <w:t>Súd: Okresný súd Vranov nad Topľou</w:t>
      </w:r>
    </w:p>
    <w:p>
      <w:r>
        <w:t>Spisová značka: 2T/67/2024</w:t>
      </w:r>
    </w:p>
    <w:p>
      <w:r>
        <w:t>ECLI: ECLI:SK:OSVT:2024:8824010331.1</w:t>
      </w:r>
    </w:p>
    <w:p>
      <w:r>
        <w:t>Dátum vydania: 26. 9.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Vranov nad Topľou 2T/67/2024 8824010331 26. 09. 2024 Mgr. Marcela Holubová ECLI:SK:OSVT:2024:8824010331.1</w:t>
      </w:r>
    </w:p>
    <w:p>
      <w:r>
        <w:t>Uznesenie Okresný súd Vranov nad Topľou samosudkyňou Mgr. Marcelou Holubovou v trestnej veci proti obvinenému O. Z., D.. XX.XX.XXXX vo Vranove nad Topľou, trvale bytom Y.Í.D. XXX/XX, S. D. H.Ľ.P., pre prečin krádeže podľa § 212 ods. 1 písm. g) Trestného zákona účinného do 05.08.2024, o preskúmaní obžaloby, t a k t o rozhodol: Podľa § 241 ods. 1 písm. b) Trestného poriadku v spojení s § 214 ods. 1 Trestného poriadku vec trestného stíhania obvineného O. Z., D.. XX.XX.XXXX vo Vranove nad Topľou, trvale bytom Y.Í.D. XXX/XX, S. D. H.Ľ.P., pre prečin krádeže podľa § 212 ods. 1 písm. g) Trestného zákona účinného do 05.08.2024, ktorého sa mal dopustiť tak, že dňa 05.02.2024 v čase okolo 14.30 hod. odcudzil v obchodnom dome Tesco na ulici Duklianskych hrdinov 31, Vranov nad Topľou 2 ks fľaše s alkoholom značky vodka Herold o objeme jednej fľaše 0,7 litra a to tak, že v uličke uvedenej predajne Tesco si pod kabát vložil uvedené fľaše a prešiel cez pokladne bez ich zaplatenia, čím pre TESCO STORES SR a.s., IČO: 31321828 spôsobil škodu vo výške 26 eur, hoci obdobného činu sa dopustil aj dňa 15.05.2023, kde sa dopustil priestupku proti majetku podľa § 50 ods. 1 Zákona 372/1990, krádeže alkoholu v obchodnom dome Tesco, Vranov nad Topľou, za ktorý bol postihnutý blokovou pokutou nezaplatenou na mieste vo výške 30 eur, číslo pokutového bloku A2200067932, p o s t u p u j e Okresnému úradu Vranov nad Topľou, odbor všeobecnej vnútornej správy, nakoľko nejde o trestný čin, ale ide o skutok, ktorý by mohol byť priestupkom. odôvodnenie: Prokurátor Okresnej prokuratúry Vranov nad Topľou podal na obvineného O. Z. obžalobu pre skutok uvedený vo výroku tohto uznesenia, ktorý po právnej stránke kvalifikoval ako prečin krádeže podľa § 212 ods. 1 písm. g) Trestného zákona účinného do 05.08.2024. Podľa § 241 ods. 1 písm. b) Trestného poriadku obžalobu podanú na súde pre prečin a zločin, s výnimkou obzvlášť závažného zločinu, za ktorý zákon ustanovuje trest odňatia slobody s dolnou hranicou trestnej sadzby najmenej dvanásť rokov, preskúma samosudca a podľa jej obsahu a obsahu spisu postúpi vec inému orgánu, ak sú tu okolnosti uvedené v § 214 ods. 1. Prokurátor alebo policajt postúpi vec inému orgánu, ak výsledky vyšetrovania alebo skráteného vyšetrovania preukazujú, že nejde o trestný čin, ale ide o skutok, ktorý by mohol byť priestupkom alebo iným správnym deliktom alebo by mohol byť prejednaný v disciplinárnom konaní (§ 214 ods. 1 Trestného poriadku). Podľa § 50 ods. 1 zákona SNR č. 372/1990 Zb. o priestupkoch v znení neskorších predpisov (ďalej len „Zákon o priestupkoch“) priestupku sa dopustí ten, kto úmyselne spôsobí škodu na cudzom majetku krádežou, spreneverou, podvodom alebo zničením alebo poškodením veci z takéhoto majetku alebo sa o také konanie pokúsi.</w:t>
      </w:r>
    </w:p>
    <w:p>
      <w:r>
        <w:t>V zmysle § 212 ods. 1 písm. g) Trestného zákona v znení účinnom do 05.08.2024 trestného činu krádeže sa dopustí, kto si prisvojí cudziu vec tým, že sa jej zmocní a bol za obdobný čin v predchádzajúcich dvanástich mesiacoch postihnutý. Podľa § 2 ods. 2 Trestného zákona trestnosť činu sa posudzuje a trest sa ukladá podľa zákona účinného v čase, kedy bol čin spáchaný. Ak v čase medzi spáchaním činu a vynesením rozsudku nadobudnú účinnosť viaceré zákony, trestnosť činu sa posudzuje a trest sa ukladá podľa zákona, ktorý je pre páchateľa priaznivejší. Samosudca v súlade s § 241 Trestného poriadku uvedenú obžalobu preskúmal a zistil, že skutok, pre ktorý prokurátor podal obžalobu, nie je trestným činom, keďže ustanovenie Trestného zákona v znení novely Trestného zákona č. 40/2024 (účinnosť odo dňa 06.08.2024), v zmysle ktorého bolo jeho konanie po právnej stránke kvalifikované, úplne zaniklo, avšak konanie, ktoré je mu kladené za vinu, je možné kvalifikovať ako priestupok proti majetku. Preto súd, keďže sa nejedná o trestný čin, ale o skutok, ktorý by mal iný orgán prejednať ako priestupok, vec postúpil na prejednanie Okresnému úradu Vranov nad Topľou, odbor všeobecnej vnútornej správy. Poučenie: Proti tomuto uzneseniu je prípustná sťažnosť do 3 pracovných dní odo dňa jeho oznámenia na Krajský súd v Prešove cestou tunajšieho súdu. Sťažnosť môže podať prokurátor a obvinený. Sťažnosť má odkladný účinok.</w:t>
      </w:r>
    </w:p>
    <w:p/>
    <w:p>
      <w:r>
        <w:t>Zdroj: KAUZIS.SK – https://www.kauzis.sk/judikatura/r/ECLI:SK:OSVT:2024:8824010331.1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