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Vranov nad Topľou sp. zn. 12T/29/2024 z 28. 11. 2024</w:t>
      </w:r>
    </w:p>
    <w:p>
      <w:r>
        <w:t>Trestný rozkaz Okresného súdu Vranov nad Topľou z 28. novembra 2024, sp. zn. 12T/29/2024, ECLI:SK:OSVT:2024:8824010484.2</w:t>
      </w:r>
    </w:p>
    <w:p>
      <w:r>
        <w:t>Súd: Okresný súd Vranov nad Topľou</w:t>
      </w:r>
    </w:p>
    <w:p>
      <w:r>
        <w:t>Spisová značka: 12T/29/2024</w:t>
      </w:r>
    </w:p>
    <w:p>
      <w:r>
        <w:t>ECLI: ECLI:SK:OSVT:2024:8824010484.2</w:t>
      </w:r>
    </w:p>
    <w:p>
      <w:r>
        <w:t>Dátum vydania: 28.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12T/29/2024 8824010484 28. 11. 2024 JUDr. Andrea Havírová ECLI:SK:OSVT:2024:8824010484.2</w:t>
      </w:r>
    </w:p>
    <w:p>
      <w:r>
        <w:t>TRESTNÝ ROZKAZ V MENE SLOVENSKEJ REPUBLIKY Okresný súd Vranov nad Topľou, samosudkyňou JUDr. Andreou Havírovou, dňa 28. novembra 2024, vydáva podľa § 353 ods. 1 Trestného poriadku, v spojení s § 241 ods. 1 písm. j) Trestného poriadku, tento rozhodol: Obvinení : 1./ A. B. , nar. XX. XX. XXXX vo C. D. E., trvale bytom F. F. XXX, okres Vranov nad Topľou, 2./ G. B., nar. XX. XX. XXXX vo C. D. E., trvale bytom F. F. XXX, okres Vranov nad Topľou, uznávajú sa</w:t>
      </w:r>
    </w:p>
    <w:p>
      <w:r>
        <w:t>za</w:t>
      </w:r>
    </w:p>
    <w:p>
      <w:r>
        <w:t>vinných, že</w:t>
      </w:r>
    </w:p>
    <w:p>
      <w:r>
        <w:t>v priebehu školského roka 2023/2024, od 02. 09. 2023 do 30. 06. 2024, v mieste trvalého bydliska v obci F. a inde, ako zákonní rodičia mal. G. B., nar. XX. XX. XXXX, trvale bytom F. XXX, okres Vranov nad Topľou, žiačky 1. H. G. triedy I. školy F. XXX, XXX XX I., okres Vranov nad Topľou, ktorým zo Zákona o rodine vyplýva povinnosť starať sa sústavne a dôsledne o všestranný vývoj a rozvoj svojho dieťaťa, jej z nedbanlivosti nezabezpečili riadnu dochádzku na I. školu F. XXX, XXX XX I., okres Vranov nad Topľou, čo viedlo k tomu, že mal. G. B. vymeškala v priebehu školského roka 2023/2024, od 01. 09. 2023 do 30. 06. 2024, vyjmúc mesiace november a december 2023 a mesiace január, február a marec 2024, spolu 185 neospravedlnených vyučovacích hodín, teda vydali z nedbanlivosti osobu mladšiu ako osemnásť rokov nebezpečenstvu spustnutia tým, že jej umožnili viesť záhaľčivý život, tým spáchali prečin ohrozovania mravnej výchovy mládeže podľa § 211 odsek 1 písm. b) Trestného zákona. Za to sa odsudzujú: Obvinený A. B.</w:t>
      </w:r>
    </w:p>
    <w:p>
      <w:r>
        <w:t>Podľa § 211 ods. 1 Trestného zákona, za použitia § 38 ods. 2 Trestného zákona, pri zistení jednej poľahčujúcej okolnosti podľa § 36 písm. j) Trestného zákona a neexistencii priťažujúcich okolností podľa § 37 Trestného zákona, na trest odňatia slobody v trvaní 3 (troch) mesiacov. Podľa § 49 ods. 1 písm. a) Trestného zákona účinného od 06. 08. 2024 výkon trestu odňatia slobody podmienečne odkladá. Podľa § 50 ods. 1 Trestného zákona účinného od 06. 08. 2024 určuje skúšobnú dobu podmienečného odsúdenia v trvaní 18 (osemnásť) mesiacov. Obvinená G. B. Podľa § 211 ods. 1 Trestného zákona, za použitia § 38 ods. 2 Trestného zákona, pri zistení jednej poľahčujúcej okolnosti podľa § 36 písm. j) Trestného zákona a neexistencii priťažujúcich okolností podľa § 37 Trestného zákona, na trest odňatia slobody v trvaní 3 (troch) mesiacov. Podľa § 49 ods. 1 písm. a) Trestného zákona účinného od 06. 08. 2024 výkon trestu odňatia slobody podmienečne odkladá. Podľa § 50 ods. 1 Trestného zákona účinného od 06. 08. 2024 určuje skúšobnú dobu podmienečného odsúdenia v trvaní 18 (osemnásť) mesiacov. Poučenie: Proti trestnému rozkazu môže podať odpor do 8 dní odo dňa jeho doručenia obvinený a osoby, ktoré sú oprávnené podať v jeho prospech odvolanie, ako aj prokurátor. Odpor sa podáva na súde, ktorý trestný rozkaz vydal. Osobám, ktoré môžu podať odvolanie v prospech obvineného, okrem prokurátora, sa lehota končí tým dňom ako obvinenému. Ak sa trestný rozkaz doručuje obvinenému a aj jeho obhajcovi, plynie lehota od toho doručenia, ktoré bolo vykonané neskôr (§ 355 ods. 1 Trestného poriadku /ďalej len „TP“/). Podľa § 353 ods.8 TP, trestný rozkaz má povahu odsudzujúceho rozsudku. Účinky spojené s vyhlásením rozsudku nastávajú doručením trestného rozkazu obvinenému. Proti výroku o náhrade škody, ktorým bola priznaná náhrada škody, môže poškodený podať odpor, ak poškodený odpor podal, trestný rozkaz sa ruší vo výroku o náhrade škody. Samosudca odkáže uznesením poškodeného na občianske súdne konanie, prípadne na konanie pred iným príslušným orgánom. Rovnako sa postupuje aj vtedy, ak odpor proti výroku o náhrade škody podá iná oprávnená osoba (§ 355 ods. 2 TP). V zmysle § 355 ods. 3 TP, ak proti trestnému rozkazu podala oprávnená osoba podľa odseku 1 v lehote odpor, samosudca nariadi vo veci hlavné pojednávanie; pri prejednávaní veci na hlavnom pojednávaní nie je samosudca viazaný právnou kvalifikáciou ani druhom a výmerou trestu, ani výrokom o ochrannom opatrení obsiahnutými v trestnom rozkaze. Inak sa trestný rozkaz stane právoplatným a vykonateľným podľa § 356 TP. Ak bol obvinený stíhaný pre prečin uvedený v § 211, môže poškodený vziať súhlas s trestným stíhaním späť až dovtedy, kým sa trestný rozkaz nedoručí niektorej z osôb uvedených v ods. 1. Späťvzatím súhlasu sa trestný rozkaz ruší a samosudca trestné stíhanie zastaví ( § 355 ods. 6 TP). Ak bol vydaný trestný rozkaz, môže prokurátor vziať späť obžalobu dovtedy, kým sa trestný rozkaz nedoručí niektorej z osôb uvedených v ods. 1. Späťvzatím obžaloby sa trestný rozkaz ruší a vec sa vracia do prípravného konania (§ 355 ods. 7 TP). Obvinený a osoby, ktoré sú oprávnené podať v jeho prospech odvolanie, poškodený, zúčastnená osoba, ako aj prokurátor sa môžu výslovným vyhlásením vzdať práva podať odpor a okrem poškodeného</w:t>
      </w:r>
    </w:p>
    <w:p>
      <w:r>
        <w:t>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 355 ods. 8 TP).</w:t>
      </w:r>
    </w:p>
    <w:p/>
    <w:p>
      <w:r>
        <w:t>Zdroj: KAUZIS.SK – https://www.kauzis.sk/judikatura/r/ECLI:SK:OSVT:2024:8824010484.2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