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8P/99/2024 z 3. 12. 2024</w:t>
      </w:r>
    </w:p>
    <w:p>
      <w:r>
        <w:t>Rozsudok Okresného súdu Vranov nad Topľou z 3. decembra 2024, sp. zn. 8P/99/2024, ECLI:SK:OSVT:2024:8824201823.2</w:t>
      </w:r>
    </w:p>
    <w:p>
      <w:r>
        <w:t>Súd: Okresný súd Vranov nad Topľou</w:t>
      </w:r>
    </w:p>
    <w:p>
      <w:r>
        <w:t>Spisová značka: 8P/99/2024</w:t>
      </w:r>
    </w:p>
    <w:p>
      <w:r>
        <w:t>ECLI: ECLI:SK:OSVT:2024:8824201823.2</w:t>
      </w:r>
    </w:p>
    <w:p>
      <w:r>
        <w:t>Dátum vydania: 3. 12. 2024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8P/99/2024 8824201823 03. 12. 2024 JUDr. Silvia Šviderská ECLI:SK:OSVT:2024:8824201823.2</w:t>
      </w:r>
    </w:p>
    <w:p>
      <w:r>
        <w:t>ROZSUDOK V MENE SLOVENSKEJ REPUBLIKY Okresný súd Vranov nad Topľou sudkyňou JUDr. Silviou Šviderskou v právnej veci manželky (navrhovateľky): A. B., nar. XX.XX.XXXX, bytom C. XX, zast.: Mgr. František Chochol, advokát, Kalinčiakova 10, Vranov nad Topľou proti manželovi, ktorý návrh nepodal: D. B., nar. XX.XX.XXXX, bytom E. XX, za účasti maloletých detí: F. B., nar. XX.XX.XXXX a G. B., nar. XX.XX.XXXX, zastúpených kolíznym opatrovníkom: Úrad práce, sociálnych vecí a rodiny, H. I. J., I. E. X, H. I. J., o rozvod manželstva a úpravu práv a povinností rodičov k maloletým deťom na čas po rozvode t a k t o rozhodol: I. Súd manželstvo A. B., B. K., nar. XX.XX.XXXX a D. B., nar. XX.XX.XXXX, uzatvorené XX.XX.XXXX, zapísané v knihe manželstiev matričného úradu Hanušovce nad Topľou vo zväzku XX, ročník XXXX, na strane XXX, pod poradovým číslom X r o z v á d z a . II. S c h v a ľ u j e rodičovskú dohodu v tomto znení: Na čas po rozvode z v e r u j e maloleté deti, F. B., nar. XX.XX.XXXX a G. B., nar. XX.XX.XXXX do osobnej starostlivosti matky. Obaja rodičia sú o p r á v n e n í maloleté deti zastupovať a spravovať ich majetok. Otec sa z a v ä z u j e platením výživného na maloletú F. B. po 130€ a na maloletú G. B. po 120€ mesačne, vždy do 20.dňa toho ktorého mesiaca vopred k rukám matky, počnúc právoplatnosťou rozsudku o rozvode manželstva. III.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 Ak nebude povinnosť uložená týmto rozhodnutím plnená v určenom čase, možno sa jej splnenia domáhať návrhom na výkon rozhodnutia podľa osobitného predpisu.</w:t>
      </w:r>
    </w:p>
    <w:p>
      <w:r>
        <w:t>Manžel, ktorý pri uzavretí manželstva prijal priezvisko druhého manžela ako spoločné priezvisko, môže do 3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https://www.kauzis.sk/judikatura/r/ECLI:SK:OSVT:2024:8824201823.2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