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6P/110/2024 z 10. 12. 2024</w:t>
      </w:r>
    </w:p>
    <w:p>
      <w:r>
        <w:t>Rozsudok Okresného súdu Vranov nad Topľou z 10. decembra 2024, sp. zn. 6P/110/2024, ECLI:SK:OSVT:2024:8824202029.2</w:t>
      </w:r>
    </w:p>
    <w:p>
      <w:r>
        <w:t>Súd: Okresný súd Vranov nad Topľou</w:t>
      </w:r>
    </w:p>
    <w:p>
      <w:r>
        <w:t>Spisová značka: 6P/110/2024</w:t>
      </w:r>
    </w:p>
    <w:p>
      <w:r>
        <w:t>ECLI: ECLI:SK:OSVT:2024:8824202029.2</w:t>
      </w:r>
    </w:p>
    <w:p>
      <w:r>
        <w:t>Dátum vydania: 10. 12.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6P/110/2024 8824202029 10. 12. 2024 JUDr. Iveta Mihóková ECLI:SK:OSVT:2024:8824202029.2</w:t>
      </w:r>
    </w:p>
    <w:p>
      <w:r>
        <w:t>ROZSUDOK V MENE SLOVENSKEJ REPUBLIKY Okresný súd Vranov nad Topľou sudkyňou JUDr. Ivetou Mihókovou v právnej veci navrhovateľky: A. B. C., nar. XX.XX.XXXX, bytom XXX XX D. XX, zast.: JUDr. Jana Orinínová, advokátka, Pugačevova 1378/1, 066 01 Humenné, proti odporcovi: E. C., nar. XX.XX.XXXX, bytom XXX XX D. XX, za účasti maloletých detí, mal. F. C., nar. XX.XX.XXXX a G. C., nar. XX.XX.XXXX, bytom pri rodičoch, zast. kolíznym opatrovníkom: Úrad práce, sociálnych vecí a rodiny Vranov nad Topľou, oddelenie SPO detí a sociálnej kurately, Námestie slobody 5, 093 01 Vranov nad Topľou, v konaní o rozvod manželstva a úpravu práv a povinností rodičov k mal. deťom, rozhodol: I. Súd manželstvo manželov A. B. C., H. I., nar. XX.XX.XXXX a E. C., nar. XX.XX.XXXX, uzavreté 18.06.2016, ktoré je zapísané v Knihe manželstiev Matričného úradu v D., vo zv. 7, ročník 2016, na strane 85, pod poradovým číslom 9, r o z v á d z a. II. Na čas po rozvode s c h v a ľ u j e dohodu rodičov v tomto znení: III. Mal. deti F., nar. XX.XX.XXXX a mal. G., nar. XX.XX.XXXX s a z v e r u j ú na čas po rozvode do osobnej starostlivosti matky. IV. Každý z rodičov j e o p r á v n e n ý maloleté deti zastupovať a spravovať ich majetok. V. Otec s a z a v ä z u j e platením výživného na mal. F. po 170,- eur a na mal. G. po 130,- eur mesačne vždy do 20. dňa toho ktorého mesiaca vopred k rukám matky začínajúc právoplatnosťou rozsudku o rozvode. VI. Žiaden z účastníkov n e m á nárok na náhradu trov konania. odôvodnenie: 1. Navrhovateľka sa podaným návrhom domáhala rozvodu manželstva a úpravy práv a povinnosti rodičov k maloletým deťom na čas po rozvode. 2.</w:t>
      </w:r>
    </w:p>
    <w:p>
      <w:r>
        <w:t>Manžel s návrhom súhlasil.</w:t>
      </w:r>
    </w:p>
    <w:p>
      <w:r>
        <w:t>3. V priebehu pojednávania účastníci konania uzavreli rodičovskú dohodu o úprave práv a povinností rodičov k mal. deťom na čas po rozvode. 4. Kolízny opatrovník otázku rozvodu ponechal na rozhodnutie súdu a doporučil schváliť dohodu rodičov.</w:t>
      </w:r>
    </w:p>
    <w:p>
      <w:r>
        <w:t>5. V zmysle ust. § 221, písm. a) CSP, písomné vyhotovenie rozsudku nemusí obsahovať odôvodnenie, ak je na pojednávaní vyhlásený rozsudok za prítomností všetkých strán, alebo ich zástupcov, ktorí sa vzdajú odvolania. 6. V danom prípade sa manželia, právna zástupkyňa navrhovateľky a kolízny opatrovník zúčastnili pojednávania vo veci a po vyhlásení rozsudku sa vzdali práva odvolania proti všetkým jeho výrokom. Berúc do úvahy uvedené skutočnosti, písomné vyhotovenie rozsudku neobsahuje odôvodnenie. Poučenie: Proti tomuto rozsudku odvolanie nie je prípustné, pretože účastníci sa po jeho vyhlásení vzdali práva odvolania a rozsudok nadobudne právoplatnosť dňom doručenia. U p o z o r n e n i e : Podľa § 27 ods. 1 Zákona o rodine, zákon č. 36/2005 Z. z.,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https://www.kauzis.sk/judikatura/r/ECLI:SK:OSVT:2024:8824202029.2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