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7Er/742/2006 z 23. 6. 2025</w:t>
      </w:r>
    </w:p>
    <w:p>
      <w:r>
        <w:t>Uznesenie Okresného súdu Vranov nad Topľou z 23. júna 2025, sp. zn. 7Er/742/2006, ECLI:SK:OSVT:2025:1206211025.2</w:t>
      </w:r>
    </w:p>
    <w:p>
      <w:r>
        <w:t>Súd: Okresný súd Vranov nad Topľou</w:t>
      </w:r>
    </w:p>
    <w:p>
      <w:r>
        <w:t>Spisová značka: 7Er/742/2006</w:t>
      </w:r>
    </w:p>
    <w:p>
      <w:r>
        <w:t>ECLI: ECLI:SK:OSVT:2025:1206211025.2</w:t>
      </w:r>
    </w:p>
    <w:p>
      <w:r>
        <w:t>Dátum vydania: 23.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7Er/742/2006 1206211025 23. 06. 2025 JUDr. Michal Gedor ECLI:SK:OSVT:2025:1206211025.2</w:t>
      </w:r>
    </w:p>
    <w:p>
      <w:r>
        <w:t>Uznesenie Okresný súd vo Vranove nad Topľou v exekučnej veci oprávneného: Sociálna poisťovňa so sídlom v Bratislave, pobočka Bratislava, Záhradnícka 31, IČO: 30807484, proti povinnému: Three Hills Co. Of Slovakia, spoločnosť s ručením obmedzeným Sačurov, A. XXX, XXX XX B., IČO: 31 705 251, spoločnosť ex offo vymazaná z OR SR, o vymoženie 542,29 eur s príslušenstvom, súdnou exekútorkou JUDr. Ing. Zuzanou Dobrodenkovou, PhD., Exekútorsky úrad Skalica, takto rozhodol: I. Súd námietky oprávneného proti upovedomeniu o zastavení starej exekúcie a m i e t a ako nedôvodné.</w:t>
      </w:r>
    </w:p>
    <w:p>
      <w:r>
        <w:t>z</w:t>
      </w:r>
    </w:p>
    <w:p>
      <w:r>
        <w:t>odôvodnenie: 1. Na základe návrhu oprávneného a poverenia Okresného súdu Vranov nad Topľou zo dňa 25.08.2006 začal súdny exekútor exekúciu o vymoženie 542,29 eur s príslušenstvom. 2. Súdny exekútor postúpil súdu dňa 01.06.2020 námietky oprávneného proti Upovedomeniu o zastavení starej exekúcie č. EX 30485/2006, vydaného dňa 11.05.2020. Oprávnený podal námietky v zákonom stanovenej 30-dňovej lehote. 3. Oprávnený vo svojich námietkach uviedol, že na základe Zmluvy o postúpení pohľadávok č. C./ XXXX zo dňa 10.02.2015 uzatvorenej medzi Sociálnou poisťovňou ako postupcom a spoločnosťou Slovenská konsolidačná, a.s., Cintorínska 21, 814 99 Bratislava ako postupníkom došlo k postúpeniu pohľadávky evidovanej aj voči povinnému. Podľa názoru oprávneného, ktorý postúpil spoločnosti Slovenská konsolidačná, a.s. pohľadávky, nie je oprávnený nositeľom hmotného práva z exekučného titulu. Hmotné právo prešlo na iného účastníka konania a súd mal na základe návrhu rozhodnúť o zmene účastníka konania na strane oprávneného.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1 ods. 1 a 2 zákona č. 233/2019 Z.z. o ukončení niektorých exekučných konaní a o zmene a doplnení niektorých zákonov (ďalej len „zákon č. 233/2019 Z.z.“)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w:t>
      </w:r>
    </w:p>
    <w:p>
      <w:r>
        <w:t>7. Podľa § 2 ods. 1 zákona č. 233/2019 Z.z.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dôvod na zastavenie starej exekúcie vyplýva z osobitného predpisu upravujúceho konkurzné konanie;1) na tento účel platí, že stará exekúcia sa zastavila vznikom dôvodu na jej zastavenie. 8. Podľa § 5 ods. 1 zákona č. 233/2019,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3 zákona č. 233/2019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10. Podľa § 7 ods. 1 zákona č. 233/2019 Z.z. proti upovedomeniu o zastavení starej exekúcie, ktoré bolo vydané v rozpore s týmto zákonom, môže oprávnený podať do 30 dní od jeho doručenia u exekútora námietky. Námietky proti paušálnym trovám nie sú prípustné. 11. Podľa § 7 ods. 2 zákona č. 233/2019 Z.z. námietky spolu s upovedomením o zastavení starej exekúcie predloží exekútor do 30 dní súdu. Ak námietky neboli podané, exekútor do 30 dní od uplynutia lehoty na podanie námietok doručí súdu upovedomenie o zastavení starej exekúcie. 12. Podľa § 7 ods.3 zákona č. 233/2019 Z.z.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13. Podľa § 10 ods.1 zákona č. 233/2019 Z.z. ak tento zákon neustanovuje inak, na postup podľa tohto zákona sa použije Exekučný poriadok - zákon č. 233/1995 Z. z. o súdnych exekútoroch a exekučnej činnosti (Exekučný poriadok) a o zmene a doplnení ďalších zákonov v znení neskorších predpisov účinný do 31. marca 2017, okrem ustanovenia § 53 ods. 3 písm. g). 14. Podľa § 37 ods. 1 zákona č. 233/1995 Z. z. o súdnych exekútoroch a exekučnej činnosti (Exekučný poriadok) a o zmene a doplnení ďalších zákonov v znení neskorších predpisov (ďalej len „Exekučný poriadok“), účastníkmi konania sú oprávnený a povinný. 15.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16.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w:t>
      </w:r>
    </w:p>
    <w:p>
      <w:r>
        <w:t>17. Podľa § 37 ods. 5 Exekučného poriadku, ak súd zmenu účastníkov konania nepripustí, pokračuje exekútor v konaní s pôvodnými účastníkmi. 18. Súd preskúmal predložené Upovedomenie o zastavení starej exekúcie zo dňa 17.06.2020, námietky proti upovedomeniu o zastavení starej exekúcie, ako aj obsah ostatného spisového materiálu a dospel k záveru, že námietky boli podané oprávnenou osobou (oprávneným), v zákonnom ustanovenej lehote, avšak boli podané nedôvodne. 19. Účastníkmi exekučného konania sú oprávnený a povinný, teda na jednej strane subjekt, v prospech ktorého je exekúcia vykonávaná a na druhej strane subjekt voči ktorému (v neprospech ktorého) je exekúcia vedená. V oboch prípadoch ide o pojmy procesného práva. Ako bolo vyššie uvedené, v predmetnej veci oprávnený namieta, že nie je z hmotnoprávneho hľadiska veriteľom danej pohľadávky, nakoľko ju v priebehu exekúcie postúpil prostredníctvom zmluvy o postúpení pohľadávok na inú osobu. Súd má za to, že zmluva o postúpení pohľadávok je dvojstranným právnym úkonom, na základe ktorého dochádza k vzniku, zmene a zániku práv a povinností medzi jeho účastníkmi (je záväzný inter partes). Ak je súčasťou zmluvy o postúpení pohľadávok aj dojednanie o úhrade trov exekúcií, v ktorých sa postúpené pohľadávky vymáhajú, takéto dojednanie zaväzuje len strany tejto zmluvy, ale nie tretie osoby a orgány verejnej moci. 20. Na to, aby sa účinky predmetnej zmluvy o postúpení pohľadávok prejavili v procesnej rovine v rámci konkrétnej exekúcie by bolo potrebné, aby súd mal postúpenie pohľadávky na nového oprávneného preukázané. V predmetnej exekučnej veci k tomu nedošlo, nakoľko z obsahu spisu vyplýva, že v priebehu exekúcie nebola súdu doručená zmluva o postúpení pohľadávky, a to ani zo strany súdneho exekútora a ani zo strany oprávneného. 21. Ak by aj návrh na zmenu účastníka na strane oprávneného v priebehu exekúcie podaný bol a súd by o ňom pred vydaním upovedomenia o zastavení starej exekúcie nerozhodol, takáto okolnosť by nepredstavovala prekážku vydania upovedomenia o zastavení starej exekúcie z dôvodu uplynutia rozhodnej doby, pretože aj prípadný podaný návrh na pripustenie zmeny účastníka exekučného konania na strane oprávneného nespôsobuje predĺženie plynutia rozhodnej doby v zmysle § 4 ZoUNEK. 22. Na základe uvedeného je zrejmé, že oprávneným v exekučnom konaní je ten subjekt, ktorý je v tomto procesnom postavení ku dňu vydania upovedomenia o zastavení starej exekúcie. 23. Súd teda nezistil pochybenie zo strany súdneho exekútora, keď upovedomenie o zastavení starej exekúcie ako procesný úkon doručoval subjektu, ktorý bol v čase jeho vydania nepochybne v procesnom postavení oprávneného, konkrétne Sociálnej poisťovni. 24. Vzhľadom na vyššie uvedené skutočnosti súd rozhodol tak ako je uvedené vo výrokovej časti tohto rozhodnutia.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https://www.kauzis.sk/judikatura/r/ECLI:SK:OSVT:2025:1206211025.2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