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9Er/375/2004 z 30. 7. 2025</w:t>
      </w:r>
    </w:p>
    <w:p>
      <w:r>
        <w:t>Uznesenie Okresného súdu Vranov nad Topľou z 30. júla 2025, sp. zn. 9Er/375/2004, ECLI:SK:OSVT:2025:8804116331.2</w:t>
      </w:r>
    </w:p>
    <w:p>
      <w:r>
        <w:t>Súd: Okresný súd Vranov nad Topľou</w:t>
      </w:r>
    </w:p>
    <w:p>
      <w:r>
        <w:t>Spisová značka: 9Er/375/2004</w:t>
      </w:r>
    </w:p>
    <w:p>
      <w:r>
        <w:t>ECLI: ECLI:SK:OSVT:2025:8804116331.2</w:t>
      </w:r>
    </w:p>
    <w:p>
      <w:r>
        <w:t>Dátum vydania: 30.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9Er/375/2004 8804116331 30. 07. 2025 JUDr. Michal Gedor ECLI:SK:OSVT:2025:8804116331.2</w:t>
      </w:r>
    </w:p>
    <w:p>
      <w:r>
        <w:t>Uznesenie Okresný súd Vranov nad Topľou v exekučnej veci oprávneného: POHOTOVOSŤ, s.r.o., so sídlom Pribinova 25, 811 09 Bratislava, IČO: 35 807 598 proti povinnému: A. B., nar. XX.XX.XXXX, bytom C. XXX, o vymoženie 192,52 eur s príslušenstvom, vedenej súdnym exekútorom JUDr. Ladislavom Jakubcom, Exekútorský úrad Bratislava, takto rozhodol: I. Súd u r č u j e, že došlo k zastaveniu starej exekúcie. II. Súdny exekútor n e m á nárok na náhradu paušálnych trov exekúcie. odôvodnenie: 1. Na základe návrhu oprávneného a poverenia Okresného súdu Vranov nad Topľou zo dňa 10.11.2004 začal pôvodný súdny exekútor exekúciu o vymoženie 192,52 eur s príslušenstvom. (pôvodných 5.800Sk s prísl.) 2. V podaní doručenom súdu dňa 02.07.2009 navrhol oprávnený zmenu súdneho exekútora, o ktorej rozhodol súd Uznesením č.k. 9Er/375/2004-17 zo dňa 18.05.2010 a to tak, že vyhovel žiadosti oprávneného o zmenu súdneho exekútora a vykonávaním exekúcie poveril súdneho exekútora JUDr. Rudolfa Krutého, PhD., Exekútorsky úrad Bratislava. Pôvodnej súdnej exekútorke trovy exekúcie nepriznal. Uznesenie nadobudlo právoplatnosť dňa 23.06.2010.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22.11.2004 (22.11.2004 + 5 rokov = 22.11.2009, nakoľko nedošlo k jej predĺženiu v zmysle § 4 ZoUNEK a súčasne nejde o starú exekúciu, ktorá sa v zmysle § 2 ods. 2 nezastavuje. 17.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18. Vzhľadom na skutočnosť, že poverený súdny exekútor nevydal upovedomenie o zastavení starej exekúcie v zmysle § 5 ods. 1,2 a 3 ZoUNEK, súd v súlade s § 8 ods. 2 ZoUNEK určil, že došlo k zastaveniu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https://www.kauzis.sk/judikatura/r/ECLI:SK:OSVT:2025:8804116331.2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