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9Er/402/2006 z 25. 6. 2025</w:t>
      </w:r>
    </w:p>
    <w:p>
      <w:r>
        <w:t>Uznesenie Okresného súdu Vranov nad Topľou z 25. júna 2025, sp. zn. 9Er/402/2006, ECLI:SK:OSVT:2025:8806203335.2</w:t>
      </w:r>
    </w:p>
    <w:p>
      <w:r>
        <w:t>Súd: Okresný súd Vranov nad Topľou</w:t>
      </w:r>
    </w:p>
    <w:p>
      <w:r>
        <w:t>Spisová značka: 9Er/402/2006</w:t>
      </w:r>
    </w:p>
    <w:p>
      <w:r>
        <w:t>ECLI: ECLI:SK:OSVT:2025:8806203335.2</w:t>
      </w:r>
    </w:p>
    <w:p>
      <w:r>
        <w:t>Dátum vydania: 25.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9Er/402/2006 8806203335 25. 06. 2025 JUDr. Michal Gedor ECLI:SK:OSVT:2025:8806203335.2</w:t>
      </w:r>
    </w:p>
    <w:p>
      <w:r>
        <w:t>Uznesenie Okresný súd vo Vranove nad Topľou v exekučnej veci oprávneného: SR – Ministerstvo vnútra SR, Pribinova 2, 812 72 Bratislava, IČO: 00 151 866 proti povinnému: A. B., nar. XX.XX.XXXX, bytom XXX XX C. XXX, o vymoženie 4,98 eur s príslušenstvom, súdnym exekútorom JUDr. Rudolfom Dulinom, PhD., Exekútorsky úrad Michalovce, nástupcom JUDr. Michala Kruppu, súdneho exekútora, takto rozhodol: I. Súd námietky oprávneného proti upovedomeniu o zastavení starej exekúcie EX 455/2006 z a m i e t a. II. Súd námietky oprávneného proti paušálnym trovám exekúcie o d m i e t a. odôvodnenie: 1. Na základe návrhu oprávneného a poverenia Okresného súdu Vranov nad Topľou zo dňa 23.05.2006 začal súdny exekútor exekúciu o vymoženie 4,98 eur s príslušenstvom. (150 Sk s prísl.) 2. Súdny exekútor vydal upovedomenie o zastavení starej exekúcie EX 455/2006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27.02.2020. 3. Proti UoZSE podal oprávnený Námietky, ktoré boli súdnemu exekútorovi doručené v zákonnej lehote.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w:t>
      </w:r>
    </w:p>
    <w:p>
      <w:r>
        <w:t>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26.02.2020 v časti náhrady paušálnych trov a určil, že exekútor nemá nárok na náhradu paušálnych trov exekúcie. 4. Súdny exekútor k námietkam oprávneného uviedol, že zápis tejto exekúcie do Centrálneho registra exekúcii (CRE) bol vykonaný včas a exekúcia je zapísaná v CRE a preto patrí súdnemu exekútorovi paušálna náhrada trov exekúcie podľa § 6 ods. 1 zák.č.233/2019Z.z. opak je povinný preukázať oprávnený, ktorý mohol získať tento dôkaz zákonom stanoveným postupom v zmysle § 211a ods. 1 a 3 exekučného poriadku v znení do 31.03.2017. V ďalšom uviedol, že ust. §211a ods. 1 Exekučného poriadku v znení účinnom do 31.03.2017 zákon nepredpokladá, aby bol údaj o zapísaní exekúcie do registra exekúcii súčasťou databázy. Do 01.04.2017 nie sú údaje o exekúcii vedené spoločne s údajmi oprávneného. Čo sa týka dátumu zápisu exekúcie, tento nemá žiadnu právnu revelanciu a pretože Slovenská komora exekútorov ho nemôže spracúvať, nemôže garantovať jeho správnosť. Ak by sa dátum zápisu do CRE mal stať údajom, ktorý je povinný komora viesť, bola by potrebná príslušná legislatívna zmena. V ďalšom uviedol, že námietky proti paušálnym trovám nie sú prípustné. To platí rovnako o základe ako aj o výške paušálnych trov, pričom poukázal aj na uznesenie Okresného súdu Spišská Nová Ves sp.zn. 9Er/735/2009 zo dňa 27.02.2020. Vzhľadom na uvedené navrhol, aby súd námietky oprávneného proti upovedomeniu o zastavení starej exekúcie zamietol.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w:t>
      </w:r>
    </w:p>
    <w:p>
      <w:r>
        <w:t>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 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w:t>
      </w:r>
    </w:p>
    <w:p>
      <w:r>
        <w:t>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w:t>
      </w:r>
    </w:p>
    <w:p>
      <w:r>
        <w:t>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https://www.kauzis.sk/judikatura/r/ECLI:SK:OSVT:2025:8806203335.2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