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6Er/869/2006 z 30. 7. 2025</w:t>
      </w:r>
    </w:p>
    <w:p>
      <w:r>
        <w:t>Uznesenie Okresného súdu Vranov nad Topľou z 30. júla 2025, sp. zn. 6Er/869/2006, ECLI:SK:OSVT:2025:8806207367.3</w:t>
      </w:r>
    </w:p>
    <w:p>
      <w:r>
        <w:t>Súd: Okresný súd Vranov nad Topľou</w:t>
      </w:r>
    </w:p>
    <w:p>
      <w:r>
        <w:t>Spisová značka: 6Er/869/2006</w:t>
      </w:r>
    </w:p>
    <w:p>
      <w:r>
        <w:t>ECLI: ECLI:SK:OSVT:2025:8806207367.3</w:t>
      </w:r>
    </w:p>
    <w:p>
      <w:r>
        <w:t>Dátum vydania: 30. 7.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6Er/869/2006 8806207367 30. 07. 2025 JUDr. Michal Gedor ECLI:SK:OSVT:2025:8806207367.3</w:t>
      </w:r>
    </w:p>
    <w:p>
      <w:r>
        <w:t>Uznesenie Okresný súd Vranov nad Topľou v exekučnej veci oprávneného: POHOTOVOSŤ, s.r.o., so sídlom Pribinova 25, 811 09 Bratislava, IČO: 35 807 598, proti povinnému: A. B., nar. XX.XX.XXXX, bytom C. XXX, o vymoženie 177,92 eur s príslušenstvom, vedenej súdnym exekútorom JUDr. Ing. Karolom Mihalom, Exekútorský úrad Košice, takto rozhodol: I. Súd u r č u j e, že došlo k zastaveniu starej exekúcie. II. Súdny exekútor n e m á nárok na náhradu paušálnych trov exekúcie. odôvodnenie: 1. Na základe návrhu oprávneného a poverenia Okresného súdu Vranov nad Topľou zo dňa 26.10.2006 začal súdny exekútor Ing. JUDr. Karol Mihal exekúciu o vymoženie 177,92 eur s príslušenstvom. 2. Dňa 22.11.2010 podal súdny exekútor podnet na zastavenie exekúcie. Tunajší súd uznesením č. k. 6Er/869/2006 – 20 zo dňa 02.04.2012 zastavil exekučné konanie a zaviazal oprávneného zaplatiť súdnemu exekútorovi trovy exekúcie vo výške 25,36 eur do 3 dní odo dňa nadobudnutia právoplatnosti predmetného uznesenia. Voči tomuto uzneseniu podal oprávnený odvolanie. Tunajší súd uznesením č. k. 6Er/869/2006 - 43 to dňa 09.05.2013 zrušil uznesenie č. k. 6Er/869/2006 – 20 zo dňa 02.04.2012 a vec vrátil na ďalšie konanie. Návrh oprávneného na prerušenie konania zamietol. Uznesenie nadobudlo právoplatnosť dňa 14.06.2013. 3.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4. Podľa § 233a Exekučného poriadku v platnom znení, postup ukončenia exekučných konaní začatých pred 1. aprílom 2017 a vedených podľa predpisov účinných do 31. marca 2017 upravuje osobitný zákon. 5.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6. Podľa § 2 ods. 1 ZoUNEK, stará exekúcia sa týmto zákonom zastavuje, ak</w:t>
      </w:r>
    </w:p>
    <w:p>
      <w:r>
        <w:t>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 7.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8. Podľa § 3 ods. 1 ZoUNEK, rozhodnou dobou je doba piatich rokov. Rozhodná doba plynie odo dňa doručenia prvotného poverenia na vykonanie exekúcie súdnemu exekútorovi (ďalej len "exekútor"), ak § 4 neustanovuje inak; na zmenu exekútora sa neprihliada. 9.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10.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11.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12.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</w:t>
      </w:r>
    </w:p>
    <w:p>
      <w:r>
        <w:t>13. Podľa § 6 ods. 2 ZoUNEK, paušálne trovy znáša oprávnený. Exekútor vyzve oprávneného na zaplatenie paušálnych trov v upovedomení o zastavení starej exekúcie, ak exekútor paušálne trovy uplatňuje. 14. Podľa § 6 ods. 4 ZoUNEK, exekútor nemá nárok na náhradu paušálnych trov, ak a) oprávnenému zaslal upovedomenie o zastavení exekúcie po uplynutí lehoty podľa § 5 ods. 3 alebo b) ide o starú exekúciu, ktorá nebola zapísaná v centrálnom registri exekúcií. 15.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16. Z obsahu spisu je zrejmé, že exekúcia začala doručením poverenia na vykonanie exekúcie súdnemu exekútorovi dňa 06.11.2006, teda začala pred 1. aprílom 2017, čo znamená, že ide o starú exekúciu v zmysle § 1 ods. 2 zákona ZoUNEK. (06.11.2006 + 5 rokov = 06.11.2011) 17. Vzhľadom na skutočnosť, že poverený súdny exekútor nevydal upovedomenie o zastavení starej exekúcie v zmysle § 5 ods. 1,2 a 3 ZoUNEK, súd v súlade s § 8 ods. 2 ZoUNEK určil, že došlo k zastaveniu starej exekúcie. 18. Nakoľko poverený súdny exekútor nevydal a nezaslal oprávnenému upovedomenie o zastavení starej exekúcie v zákonom stanovenej lehote, t.j. v lehote do 120 dní od zastavenia starej exekúcie, súd má za to, že nespĺňa zákonné podmienky pre priznanie nároku na náhradu paušálnych trov exekúcie v zmysle § 6 ods. 4 ZoUNEK, a preto mu nárok na náhradu paušálnych trov exekúcie nepriznal. 19.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https://www.kauzis.sk/judikatura/r/ECLI:SK:OSVT:2025:8806207367.3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