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12Er/864/2008 z 13. 11. 2025</w:t>
      </w:r>
    </w:p>
    <w:p>
      <w:r>
        <w:t>Uznesenie Okresného súdu Vranov nad Topľou z 13. novembra 2025, sp. zn. 12Er/864/2008, ECLI:SK:OSVT:2025:8808207022.2</w:t>
      </w:r>
    </w:p>
    <w:p>
      <w:r>
        <w:t>Súd: Okresný súd Vranov nad Topľou</w:t>
      </w:r>
    </w:p>
    <w:p>
      <w:r>
        <w:t>Spisová značka: 12Er/864/2008</w:t>
      </w:r>
    </w:p>
    <w:p>
      <w:r>
        <w:t>ECLI: ECLI:SK:OSVT:2025:8808207022.2</w:t>
      </w:r>
    </w:p>
    <w:p>
      <w:r>
        <w:t>Dátum vydania: 13.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12Er/864/2008 8808207022 13. 11. 2025 JUDr. Viktória Petrová ECLI:SK:OSVT:2025:8808207022.2</w:t>
      </w:r>
    </w:p>
    <w:p>
      <w:r>
        <w:t>Uznesenie Okresný súd Vranov nad Topľou v exekučnej veci oprávneného: Domov sociálnych služieb , Breziny 264, 055 62 Prakovce, IČO: 00 691 933, proti povinnému: A. B., nar. XX.XX.XXXX, C. B. XXX, okr. Vranov nad Topľou, o vymoženie 308,70 eur s prísl., vedenej súdnym exekútorom JUDr. Michalom Kešeľakom, súdnym exekútorom, zast.: JUDr. Ing. Radoslavom Kešeľakom, Exekútorský úrad Spišská Nová Ves, takto rozhodol: I. Exekúciu z a s t a v u j e. II. Priznáva súdnemu exekútorovi nárok na náhradu trov exekúcie voči povinnému v rozsahu 100%. odôvodnenie: 1. Na základe návrhu oprávneného a poverenia Okresného súdu Vranov nad Topľou zo dňa 15.10.2008 začal pôvodný súdny exekútor exekúciu o vymoženie 308,70 eur. 2. Dňa 11.01.2021 súdny exekútor predložil návrh oprávneného na zastavenie exekúcie z dôvodu zániku nároku na výživné. 3. V zmysle ust. § 243b ods. 1 zákona č. 233/95 Z. z. o súdnych exekútoroch a exekučnej činnosti (Exekučný poriadok) v platnom znení, exekučné konania začaté pred 1. novembrom 2013 sa dokončia podľa predpisov účinných do 31. októbra 2013, ak odseky 2 a 3 neustanovujú inak. 4. V zmysle ust. § 58 ods. 1 zákona č. 233/95 Z. z. o súdnych exekútoroch a exekučnej činnosti (Exekučný poriadok) v znení účinnom do 31.10.2013 ( ďalej len „ Exekučný poriadok“), exekúciu zastaví súd na návrh alebo aj bez návrhu. 5. Podľa §57 ods. 1 písm. c) Exekučného poriadku, exekúciu súd zastaví, ak zastavenie exekúcie navrhol ten, kto navrhol jej vykonanie. 6. Vzhľadom na uvedené súd tak konštatuje, že sú splnené podmienky predpokladané v ust. § 57 ods. 1 písm. c) Exekučného poriadku, nakoľko oprávnený navrhol zastavenie exekúcie voči povinnému, preto súd danú exekúciu zastavil. 7. V zmysle § 196 Exekučného poriadku, za výkon exekučnej činnosti podľa tohto zákona patrí exekútorovi odmena, náhrada hotových výdavkov a náhrada za stratu času. Ak je exekútor platiteľom dane z pridanej hodnoty podľa osobitného zákona, zvyšuje sa jeho odmena o daň z pridanej hodnoty. 8. Podľa § 197 ods. 1 Exekučného poriadku, náklady podľa § 196 uhrádza povinný.</w:t>
      </w:r>
    </w:p>
    <w:p>
      <w:r>
        <w:t>9. Výšku odmeny exekútora, náhrady hotových výdavkov, náhrady za stratu času, spôsob ich určenia a výšku primeraného preddavku na odmenu a na náhradu hotových výdavkov exekútora (§ 196 a § 197 ods. 2) ustanoví ministerstvo po dohode s Ministerstvom práce, sociálnych vecí a rodiny Slovenskej republiky všeobecne záväzným právnym predpisom ( § 199 Exekučného poriadku). 10. Podľa ust. § 200 ods. 1 Exekučného poriadku, trovami exekúcie sú odmena exekútora, náhrada hotových výdavkov a náhrada za stratu času pri vykonaní exekúcie (§ 196). Oprávnený a exekútor majú nárok na náhradu trov potrebných na účelné vymáhanie nároku. 11. V zmysle § 200 ods. 2 Exekučného poriadku, ak súd rozhodne o zastavení exekúcie, rozhodne aj o tom, kto a v akej výške platí trovy exekúcie. 12. Podľa § 203 ods. 1 Exekučného poriadku, ak dôjde k zastaveniu exekúcie zavinením oprávneného, súd mu môže uložiť nahradenie nevyhnutných trov exekúcie. 13. Súd pri rozhodovaní o náhrade trov exekúcie podľa § 200 ods. 5 Exekučného poriadku poznamenáva, že exekúcia proti povinnému začala dôvodne, nakoľko povinný si svoju vyživovaciu povinnosť voči oprávnenému neplnil dobrovoľne. Oprávnený navrhol zastavenie exekúcie z dôvodu zániku nároku na výživné. Exekučný poriadok zakotvuje pravidlo, podľa ktorého trovy exekúcie zásadne má platiť a znášať povinný (§ 197 ods. 1 Exekučného poriadku).Súd má za to, že oprávnená nenesie zavinenie na zastavení exekúcie a preto nie je ani daný dôvod na postup v zmysle § 203 ods. 1 Exekučného poriadku. Rovnako nie sú splnené podmienky na znášanie trov exekúcie oprávneným, resp. súdu podľa § 203 ods. 2 a ods. 3 Exekučného poriadku, nakoľko v danom prípade súd nerozhodoval o zastavení exekúcie z dôvodu nemajetnosti povinného ani z dôvodu vyhláseného konkurzu. Vzhľadom na to, súd k náhrade trov exekúcie zaviazal povinného v zmysle zásady ustanovenej v § 197 Exekučného poriadku, podľa ktorej trovy exekúcie uhrádza povinný. 14. Nakoľko súd nemal k dispozícii exekučný spis, o výške trov exekúcie rozhodne samostatným uznesením po právoplatnosti predmetného uznesenia. 15. Vzhľadom na vyššie uvedené súd rozhodol tak, ako je uvedené vo výrokovej časti rozhodnutia.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https://www.kauzis.sk/judikatura/r/ECLI:SK:OSVT:2025:8808207022.2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