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8Ps/13/2024 z 7. 8. 2025</w:t>
      </w:r>
    </w:p>
    <w:p>
      <w:r>
        <w:t>Rozsudok Okresného súdu Vranov nad Topľou z 7. augusta 2025, sp. zn. 8Ps/13/2024, ECLI:SK:OSVT:2025:8824201622.4</w:t>
      </w:r>
    </w:p>
    <w:p>
      <w:r>
        <w:t>Súd: Okresný súd Vranov nad Topľou</w:t>
      </w:r>
    </w:p>
    <w:p>
      <w:r>
        <w:t>Spisová značka: 8Ps/13/2024</w:t>
      </w:r>
    </w:p>
    <w:p>
      <w:r>
        <w:t>ECLI: ECLI:SK:OSVT:2025:8824201622.4</w:t>
      </w:r>
    </w:p>
    <w:p>
      <w:r>
        <w:t>Dátum vydania: 7. 8.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8Ps/13/2024 8824201622 07. 08. 2025 JUDr. Silvia Šviderská ECLI:SK:OSVT:2025:8824201622.4</w:t>
      </w:r>
    </w:p>
    <w:p>
      <w:r>
        <w:t>ROZSUDOK V MENE SLOVENSKEJ REPUBLIKY Okresný súd Vranov nad Topľou sudkyňou JUDr. Silviou Šviderskou v právnej veci A. B., nar. XX.XX.XXXX, trvale bytom C. XXX, toho času D. A. E. F., G., H. XXX/XX, I. G. J. , pozbaveného spôsobilosti na právne úkony, na návrh opatrovníčky K. B., nar. XX.XX.XXXX, bytom C. XXX, zast.: AK PILÁT s.r.o., Jarmočná 369, Hanušovce nad Topľou, za účasti Okresnej prokuratúry L. G. J., G. B. X, L. G. J., o navrátenie spôsobilosti na právne úkony, t a k t o rozhodol: I. Z r u š u j e rozsudok Okresného súdu Prešov č.k. 24Ps/19/2009-40 zo dňa 21.10.2009, ktorým bol A. B., nar. XX.XX.XXXX pozbavený spôsobilosti na právne úkony. II. V r a c i a A. B., nar. XX.XX.XXXX spôsobilosť na právne úkony. III. Žiaden z účastníkov n e m á nárok na náhradu trov konania. odôvodnenie: 1. Opatrovníčka A. B., pozbaveného spôsobilosti na právne úkony, sa podaným návrhom domáhala vydania rozhodnutia v zmysle výroku tohto rozsudku, na základe zlepšenia zdravotného stavu jej syna. 2. V zmysle ust. § 221 písm. a) zákona č. 160/2015 Z.z. Civilného sporového poriadku písomné vyhotovenie rozsudku nemusí obsahovať odôvodnenie, ak je na pojednávaní vyhlásený rozsudok za prítomností všetkých strán, alebo ich zástupcov, ktorí sa vzdajú odvolania. 3. V danom prípade sa všetci účastníci konania zúčastnili pojednávania vo veci a po vyhlásení rozsudku sa vzdali práva odvolania proti všetkým jeho výrokom. Písomné vyhotovenie rozsudku preto neobsahuje odôvodnenie. Poučenie: Proti tomuto rozhodnutiu odvolanie nie je prípustné, pretože účastníci konania sa po jeho vyhlásení vzdali práva podať odvolanie a rozhodnutie nadobudne právoplatnosť dňom jeho doručenia.</w:t>
      </w:r>
    </w:p>
    <w:p/>
    <w:p>
      <w:r>
        <w:t>Zdroj: KAUZIS.SK – https://www.kauzis.sk/judikatura/r/ECLI:SK:OSVT:2025:8824201622.4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