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6P/6/2025 z 28. 1. 2025</w:t>
      </w:r>
    </w:p>
    <w:p>
      <w:r>
        <w:t>Rozsudok Okresného súdu Vranov nad Topľou z 28. januára 2025, sp. zn. 6P/6/2025, ECLI:SK:OSVT:2025:8825200074.2</w:t>
      </w:r>
    </w:p>
    <w:p>
      <w:r>
        <w:t>Súd: Okresný súd Vranov nad Topľou</w:t>
      </w:r>
    </w:p>
    <w:p>
      <w:r>
        <w:t>Spisová značka: 6P/6/2025</w:t>
      </w:r>
    </w:p>
    <w:p>
      <w:r>
        <w:t>ECLI: ECLI:SK:OSVT:2025:8825200074.2</w:t>
      </w:r>
    </w:p>
    <w:p>
      <w:r>
        <w:t>Dátum vydania: 28. 1.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6P/6/2025 8825200074 28. 01. 2025 JUDr. Iveta Mihóková ECLI:SK:OSVT:2025:8825200074.2</w:t>
      </w:r>
    </w:p>
    <w:p>
      <w:r>
        <w:t>ROZSUDOK V MENE SLOVENSKEJ REPUBLIKY Okresný súd Vranov nad Topľou sudkyňou JUDr. Ivetou Mihókovou v právnej veci starostlivosti súdu o maloletú A. B., nar. XX.XX.XXXX, bytom pri matke, zastúpenú kolíznym opatrovníkom Úradom práce, sociálnych vecí a rodiny Vranov nad Topľou, odbor sociálnych vecí a rodiny, oddelenie sociálnoprávnej ochrany detí a sociálnej kurately, Námestie slobody 5, Vranov nad Topľou, na návrh maloletej matky C. B., nar. XX.XX.XXXX, bytom D. XXX/XX, E., zastúpenej zákonnou zástupkyňou C. B., nar. XX.XX.XXXX, bytom D. XXX/XX, E., o priznanie rodičovských práv a povinností k maloletému dieťaťu, takto rozhodol: I. Súd p r i z n á v a mal. matke C. B., nar. XX.XX.XXXX, bytom D. XXX/XX, E., rodičovské práva a povinnosti vo vzťahu k osobnej starostlivosti o mal. dieťa A. B., nar. XX.XX.XXXX. II. Žiaden z účastníkov n e m á nárok na náhradu trov konania. odôvodnenie: 1. Maloletá matka sa podaným návrhom domáhala vydania rozhodnutia, ktorým by jej súd priznal rodičovské práva a povinnosti vo vzťahu k osobnej starostlivosti o maloletú A. B., nar. XX.XX.XXXX. 2. Zákonná zástupkyňa mal. matky s návrhom súhlasila. 3. Kolízny opatrovník odporúčal vyhovieť návrhu navrhovateľky. 4. V zmysle ust. § 221 písm. a) Civilného sporového poriadku písomné vyhotovenie rozsudku nemusí obsahovať odôvodnenie, ak je na pojednávaní vyhlásený rozsudok za prítomností všetkých strán, alebo ich zástupcov, ktorí sa vzdajú odvolania. 5. V danom prípade sa všetci účastníci konania zúčastnili pojednávania vo veci a po vyhlásení rozsudku sa vzdali práva odvolania proti všetkým jeho výrokom. Berúc do úvahy uvedené skutočnosti, písomné vyhotovenie rozsudku neobsahuje odôvodnenie. Poučenie: Proti tomuto rozsudku odvolanie nie je prípustné, pretože účastníci konania sa po jeho vyhlásení vzdali práva odvolania a rozsudok nadobudne právoplatnosť dňom jeho doručenia.</w:t>
      </w:r>
    </w:p>
    <w:p/>
    <w:p>
      <w:r>
        <w:t>Zdroj: KAUZIS.SK – https://www.kauzis.sk/judikatura/r/ECLI:SK:OSVT:2025:8825200074.2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