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8P/66/2025 z 17. 7. 2025</w:t>
      </w:r>
    </w:p>
    <w:p>
      <w:r>
        <w:t>Rozsudok Okresného súdu Vranov nad Topľou z 17. júla 2025, sp. zn. 8P/66/2025, ECLI:SK:OSVT:2025:8825201087.2</w:t>
      </w:r>
    </w:p>
    <w:p>
      <w:r>
        <w:t>Súd: Okresný súd Vranov nad Topľou</w:t>
      </w:r>
    </w:p>
    <w:p>
      <w:r>
        <w:t>Spisová značka: 8P/66/2025</w:t>
      </w:r>
    </w:p>
    <w:p>
      <w:r>
        <w:t>ECLI: ECLI:SK:OSVT:2025:8825201087.2</w:t>
      </w:r>
    </w:p>
    <w:p>
      <w:r>
        <w:t>Dátum vydania: 17. 7.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8P/66/2025 8825201087 17. 07. 2025 JUDr. Silvia Šviderská ECLI:SK:OSVT:2025:8825201087.2</w:t>
      </w:r>
    </w:p>
    <w:p>
      <w:r>
        <w:t>ROZSUDOK V MENE SLOVENSKEJ REPUBLIKY Okresný súd Vranov nad Topľou sudkyňou JUDr. Silviou Šviderskou v právnej veci starostlivosti súdu o maloletých, mal. A. B., nar. XX.XX.XXXX, zastúpená kolíznym opatrovníkom Úradom práce, sociálnych vecí a rodiny, Vranov nad Topľou, Námestie slobody 5, Vranov nad Topľou, na návrh maloletej matky: A. B., nar. XX.XX.XXXX, bytom A. XXX, za účasti rodičov maloletej matky: C. B., nar. XX.XX.XXXX a D. B., nar. XX.XX.XXX, obaja bytom A. XXX, o priznanie rodičovských práv a povinností, takto rozhodol: I. Súd p r i z n á v a maloletej matke A. B., nar. XX.XX.XXXX rodičovské práva a povinnosti vo vzťahu k osobnej starostlivosti o maloletú A. B., nar. XX.XX.XXXX.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https://www.kauzis.sk/judikatura/r/ECLI:SK:OSVT:2025:8825201087.2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