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8Pc/28/2025 z 23. 9. 2025</w:t>
      </w:r>
    </w:p>
    <w:p>
      <w:r>
        <w:t>Uznesenie Okresného súdu Vranov nad Topľou z 23. septembra 2025, sp. zn. 8Pc/28/2025, ECLI:SK:OSVT:2025:8825201366.1</w:t>
      </w:r>
    </w:p>
    <w:p>
      <w:r>
        <w:t>Súd: Okresný súd Vranov nad Topľou</w:t>
      </w:r>
    </w:p>
    <w:p>
      <w:r>
        <w:t>Spisová značka: 8Pc/28/2025</w:t>
      </w:r>
    </w:p>
    <w:p>
      <w:r>
        <w:t>ECLI: ECLI:SK:OSVT:2025:8825201366.1</w:t>
      </w:r>
    </w:p>
    <w:p>
      <w:r>
        <w:t>Dátum vydania: 23. 9.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8Pc/28/2025 8825201366 23. 09. 2025 JUDr. Silvia Šviderská ECLI:SK:OSVT:2025:8825201366.1</w:t>
      </w:r>
    </w:p>
    <w:p>
      <w:r>
        <w:t>Uznesenie Okresný súd Vranov nad Topľou v právnej veci navrhovateľky: A. B., nar. XX.XX.XXXX, bytom C. D. E. XXX, zast.: PETRÁN a PARTNERI ADVOKÁTSKA KANCELÁRIA s.r.o., Puškinova 16, Prešov, proti odporcovi: F. B., nar. XX.XX.XXXX, bytom G. XXX, H., o určenie vyživovacej povinnosti pre plnoleté dieťa, takto rozhodol: I. Súd s c h v a ľ u j e zmier uzavretý účastníkmi konania v tomto znení: Odporca sa z a v ä z u j e platením výživného na navrhovateľku vo výške 320€ mesačne vždy do 15.dňa toho ktorého mesiaca vopred k rukám navrhovateľky, počnúc dňom 01.09.2025. Dlžné výživné za mesiac september 2025 vo výške 320€ u h r a d í odporca navrhovateľke do 3 dní od podpísania zmieru. II. Žiaden z účastníkov n e m á nárok na náhradu trov konania. odôvodnenie: 1. Navrhovateľka sa podaným návrhom domáhala vydania rozhodnutia, ktorým by súd zaviazal odporcu ako jej otca platením výživného v sume 320,- eur mesačne. 2. Na pojednávaní dňa 23.09.2025 účastníci konania uzavreli zmier, ktorý navrhli schváliť v znení uvedenom vo výroku tohto uznesenia. 3. V zmysle § 2 ods. 1 Civilného mimosporového poriadku na konania podľa tohto zákona sa použijú ustanovenia Civilného sporového poriadku, ak tento zákon neustanovuje inak. 4. Podľa § 148 ods. 1 zákona č. 160/2015 Z. z. Civilný sporový poriadok (ďalej len „CSP“), žalobca a žalovaný môžu uzavrieť zmier. O uzavretie zmieru sa má súd vždy pokúsiť. 5. Podľa § 148 ods. 2 CSP, súd rozhodne o tom, či uzavretý zmier schvaľuje; neschváli ho, ak je v rozpore so všeobecne záväznými právnymi predpismi. 6. Podľa § 62 ods. 1, 2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7. Podľa § 62 ods. 3 Zákona o rodine každý rodič bez ohľadu na svoje schopnosti, možnosti a majetkové pomery je povinný plniť svoju vyživovaciu povinnosť v minimálnom rozsahu vo výške 30% zo sumy</w:t>
      </w:r>
    </w:p>
    <w:p>
      <w:r>
        <w:t>životného minima na nezaopatrené neplnoleté dieťa alebo na nezaopatrené dieťa podľa osobitného zákona a to zák. č. 601/2003 Z. z. o životnom minime v platnom znení. 8. Podľa § 62 ods. 5 Zákona o rodine výživné má prednosť pred inými výdavkami rodičov. Pri skúmaní schopností, možností a majetkových pomerov povinného rodiča súd neberie do úvahy výdavky povinného rodiča, ktoré nie je nevyhnutné vynaložiť. 9. V zmysle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10. V zmysle § 78 ods. 1, 3 Zákona o rodine dohody a súdne rozhodnutia o výživnom možno zmeniť, ak sa zmenia pomery. Okrem výživného pre maloleté dieťa je zmena alebo zrušenie výživného možné len na návrh. Pri zmene pomerov sa vždy prihliadne na vývoj životných nákladov. 11. V zmysle § 76 ods. 1 Zákona o rodine výživné sa platí v pravidelných opakujúcich sa sumách, ktoré sú zročné vždy na mesiac dopredu. 12. Po oboznámení sa s obsahom zmieru nebol zistený jeho rozpor so všeobecne záväznými právnymi predpismi, preto ho súd schválil tak ako je uvedené vo výroku tohto uznesenia. 13. O trovách konania súd rozhodol podľa § 52 Civilného mimosporového poriadku, v zmysle ktorého žiaden z účastníkov nemá nárok na náhradu trov konania, ak tento zákon neustanovuje inak. Poučenie: Proti výroku o schválení súdneho zmieru odvolanie nie je prípustné. Proti výroku o trovách konania je možné podať odvolanie v lehote 15 dní od jeho doručenia na Krajský súd Prešov prostredníctvom podpísaného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možno meniť a dopĺňať až do rozhodnutia o odvolaní. Ak povinný dobrovoľne nesplní, čo mu ukladá vykonateľné rozhodnutie, oprávnený môže podať návrh na vykonanie exekúcie podľa zákona č. 233/1995 Z.z. o súdnych exekútoroch a exekučnej činnosti v platnom znení. Podľa § 44 Civilného mimosporového poriadku rozsudky o výživnom sú vykonateľné doručením.</w:t>
      </w:r>
    </w:p>
    <w:p/>
    <w:p>
      <w:r>
        <w:t>Zdroj: KAUZIS.SK – https://www.kauzis.sk/judikatura/r/ECLI:SK:OSVT:2025:8825201366.1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