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6Pc/21/2025 z 23. 9. 2025</w:t>
      </w:r>
    </w:p>
    <w:p>
      <w:r>
        <w:t>Rozsudok Okresného súdu Vranov nad Topľou z 23. septembra 2025, sp. zn. 6Pc/21/2025, ECLI:SK:OSVT:2025:8825201367.1</w:t>
      </w:r>
    </w:p>
    <w:p>
      <w:r>
        <w:t>Súd: Okresný súd Vranov nad Topľou</w:t>
      </w:r>
    </w:p>
    <w:p>
      <w:r>
        <w:t>Spisová značka: 6Pc/21/2025</w:t>
      </w:r>
    </w:p>
    <w:p>
      <w:r>
        <w:t>ECLI: ECLI:SK:OSVT:2025:8825201367.1</w:t>
      </w:r>
    </w:p>
    <w:p>
      <w:r>
        <w:t>Dátum vydania: 23. 9.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6Pc/21/2025 8825201367 23. 09. 2025 JUDr. Iveta Mihóková ECLI:SK:OSVT:2025:8825201367.1</w:t>
      </w:r>
    </w:p>
    <w:p>
      <w:r>
        <w:t>ROZSUDOK V MENE SLOVENSKEJ REPUBLIKY Okresný súd Vranov nad Topľou sudcom JUDr. Ivetou Mihókovou v právnej veci manžela (navrhovateľa): A. B., nar. XX.XX.XXXX, trvale bytom C. XXX proti manželke, ktorá návrh nepodala: D. B., nar. XX.XX.XXXX, trvale bytom A. XX/XX, E. v konaní o rozvod manželstva, takto rozhodol: I. Súd manželstvo účastníkov konania A. B., nar. XX.XX.XXXX a D. B., F. B., nar. XX.XX.XXXX, uzavreté 21.06.2024, ktoré je zapísané v Knihe manželstiev G. H. I. D., vo zv. 14, ročník 2024, na strane 244, pod poradovým číslom 20, r o z v á d z a. II. Žiaden z účastníkov n e m á nárok na náhradu trov konania. odôvodnenie: 1. Navrhovateľ sa podaným návrhom domáhal rozvodu manželstva. 2. Manželka s návrhom súhlasila 3. V zmysle ust. § 221 písm. a) zákona č. 160/2015 Z.z. Civilný sporový poriadok, písomné vyhotovenie rozsudku nemusí obsahovať odôvodnenie, ak je na pojednávaní vyhlásený rozsudok za prítomností všetkých strán, alebo ich zástupcov, ktorí sa vzdajú odvolania. 4. V danom prípade sa účastníci konania po vyhlásení rozsudku vzdali práva odvolania proti všetkým jeho výrokom. Berúc do úvahy uvedené skutočnosti, písomné vyhotovenie rozsudku neobsahuje odôvodnenie. Poučenie: Proti tomuto rozhodnutiu odvolanie nie je prípustné, pretože účastníci konania sa po jeho vyhlásení vzdali práva podať odvolanie. U p o z o r n e n i e : Podľa § 27 ods. 1 Zákona o rodine, zákon č. 36/2005 Z. z., manžel, ktorý pri uzavretí manželstva prijal priezvisko druhého manžela ako spoločné priezvisko, môže do troch mesiacov po právoplatnosti rozhodnutia o rozvode manželstva matričnému úradu oznámiť, že prijíma opäť svoje predošlé priezvisko.</w:t>
      </w:r>
    </w:p>
    <w:p/>
    <w:p>
      <w:r>
        <w:t>Zdroj: KAUZIS.SK – https://www.kauzis.sk/judikatura/r/ECLI:SK:OSVT:2025:8825201367.1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