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10Csp/53/2025 z 13. 11. 2025</w:t>
      </w:r>
    </w:p>
    <w:p>
      <w:r>
        <w:t>Rozsudok Okresného súdu Vranov nad Topľou z 13. novembra 2025, sp. zn. 10Csp/53/2025, ECLI:SK:OSVT:2025:8825201474.2</w:t>
      </w:r>
    </w:p>
    <w:p>
      <w:r>
        <w:t>Súd: Okresný súd Vranov nad Topľou</w:t>
      </w:r>
    </w:p>
    <w:p>
      <w:r>
        <w:t>Spisová značka: 10Csp/53/2025</w:t>
      </w:r>
    </w:p>
    <w:p>
      <w:r>
        <w:t>ECLI: ECLI:SK:OSVT:2025:8825201474.2</w:t>
      </w:r>
    </w:p>
    <w:p>
      <w:r>
        <w:t>Dátum vydania: 13.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10Csp/53/2025 8825201474 13. 11. 2025 JUDr. Martin Kopina ECLI:SK:OSVT:2025:8825201474.2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žalovanej: A. B., nar. XX.X.XXXX, C. XXX/XX D., okr. D. E. F., o zaplatenie sumy 701,69 eur s prísl., takto rozhodol: I. Žalovaná j e p o v i n n á zaplatiť žalobcovi sumu 701,69 eur, spolu s úrokom z omeškania vo výške 5 % ročne z tejto sumy od 28.12.2022 do zaplatenia, to všetko do 3 dní od nadobudnutia právoplatnosti tohto rozsudku. II. Žalobca m á voči žalovanej nárok na náhradu trov konania v rozsahu 100 %. O výške tohto nároku rozhodne súd prvej inštancie samostatným uznesením po nadobudnutí právoplatnosti tohto rozsudku. odôvodnenie: 1. Žalobca sa žalobou podanou na tunajšom súde domáhal voči žalovanej zaplatenia sumy 701,69 eur spolu s príslušenstvom a náhrady trov konania. Podanie žaloby odôvodnil tým, že medzi žalobcom ako veriteľom a žalovanou ako dlžníkom bola dňa 18.10.2021 uzatvorená zmluva o pôžičke č. 21707948, na základe ktorej poskytol žalobca žalovanej pôžičku 745,00 eur na kúpu spotrebného tovaru. Kúpna cena tovaru bola 745,00 eur. Žalovaná pri podpise uhradila akontáciu v sume 0 eur. Podľa zmluvy mala žalovaná splácať pôžičku v pravidelných 20,00-eurových splátkach po dobu 58 mesiacov a to až do celkovej sumy pôžičky 1.160,00 eur ( bez akontácie ). Ku dňu podania žaloby žalovaná uhradila celkovo 200,00 eur (bez akontácie). Vzhľadom k tomu že žalovaná porušila svoju povinnosť splácať pôžičku, resp. jednotlivé splátky riadne a včas, t. j. v súlade so zmluvou a podmienkami k zmluve, žalobca listom zo dňa 24.11.2022 vo forme predžalobnej upomienky vyzval žalovanú k okamžitej úhrade dlžných splátok a žalovanú upozornil na možnosť vyhlásenia splatnosti celého úveru. Žalovaná ani dodatočne dlžné splátky neuhradila. Preto žalobca dňa 20.12.2022 úver zosplatnil, o čom bola žalovaná informovaná listom zo dňa 22.12.2022 - oznámenie o vyhlásení okamžitej splatnosti úveru. Jej celkový dlh ku dňu podania žaloby predstavuje čiastku 701,69 eur. Žalobca zároveň požaduje aj zákonné úroky z omeškania a to od 6-tého dňa nasledujúceho po oznámení o vyhlásení okamžitej splatnosti a do pozornosti súdu dáva, že si neuplatňuje ako sankciu zmluvnú pokutu vo výške 134,55 eur, uvedenú v prehľade splátok a úhrad. Neuplatnil si ani náklady ktoré mu vznikli v súvislosti s vymáhaním pohľadávky. Ku dňu podania žaloby mala žalovaná celkovo uhradiť žalobcovi sumu 901,69 eur, žalobca si teda v konaní uplatňuje sumu, ktorá predstavuje celkovú dlžnú istinu, mínus prijaté úhrady spolu vo výške 200,00 eur, spolu teda 701,69 eur. 2. V danom prípade je teda predmetom konania zaplatenie sumy 701,69 eur s prísl.. S poukazom k uvedenému súd dňa 13.11.2025 v súlade s § 297 a § 219 ods. 3 Civilného sporového poriadku ( ďalej len</w:t>
      </w:r>
    </w:p>
    <w:p>
      <w:r>
        <w:t>„CSP“) vyhlásil v danej veci rozsudok bez nariadenia pojednávania. Oznámenie o verejnom vyhlásení rozsudku bolo uverejnené na úradnej tabuli tunajšieho súdu dňa 5.11.2025.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Žalovaná sa k žalobe nevyjadrila.</w:t>
      </w:r>
    </w:p>
    <w:p>
      <w:r>
        <w:t>6. Žalobca svoju neúčasť na pojednávaní vopred písomne ospravedlnil. 7. Súd opätovne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žalovaná ako klient uzavreli dňa 18.10.2021 na základe žiadosti žalobcu zmluvu o pôžičke č. 21707948, pričom výška pôžičky (finančného plnenia) bola 745,00 eur, celková suma pôžičky predstavovala sumu 1.150,03 eur, ktorú mala žalovaná uhradiť v 58-mich mesačných splátkach pri výške 20,00 eur, ročnej úrokovej sadzbe – 21,56 % a RPMN – 21,56 %. 9.</w:t>
      </w:r>
    </w:p>
    <w:p>
      <w:r>
        <w:t>Neoddeliteľnou súčasťou zmluvy o pôžičke sa mali stať Podmienky k zmluve o poskytnutí pôžičky.</w:t>
      </w:r>
    </w:p>
    <w:p>
      <w:r>
        <w:t>10. Listom označeným ako predžalobná upomienka zo dňa 24.11.2022 žalobca vyzval žalovanú k okamžitej úhrade nedoplatku časti splátok v sume 60,00 eur, v opačnom prípade pristúpi k zosplatneniu celého úveru. Listom zo dňa 22.12.2022 oznámil žalobca žalovanej zosplatnenie celého zvyšku úveru a to v celkovej sume 701,69 eur. 11. Z prehľadu splátok a úhrad súd zistil, že žalovaná na splátkach uhradila do podania žaloby sumu 200,00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žalovaná uzavreli dňa 18.10.2021 zmluvu o pôžičke č. 21707948, pričom výška pôžičky (finančného plnenia) bola 745,00 eur, celková suma pôžičky predstavovala sumu 1.150,03 eur, ktorú mala žalovaná uhradiť v 58-mich mesačných splátkach pri výške 20,00 eur, ročnej úrokovej sadzbe – 21,56 % a RPMN – 21,56 %. 30. Ide o nárok VÚB, a.s., pôvodne Consumer Financial Holding, a.s.. Súd konštatuje, že okamžité zosplatnenie úveru je neplatné, pretože v zmysle judikatúry absentuje jedna konkretizácia splátky, s ktorou mala byť žalovaná v omeškaní, a teda kvôli ktorej došlo k zosplatneniu úveru a to ako v predžalobnej upomienke zo dňa 24.11.2022, tak aj v samotnom oznámení o vyhlásení okamžitej splatnosti úveru zo dňa 22.12.2022. V zmysle najnovšej aktuálnej judikatúry Najvyššieho súdu Slovenskej republiky napr. uznesenie NS SR, sp. zn. 8Cdo/3/2025, sp. zn. 5Cdo/197/2024 ale takáto splátka presne konkretizovaná a špecifikovaná byť musí pri okamžitom zosplatnení, inak je toto zosplatnenie neplatné. V ňom sa uvádza že v podanej žalobe žalobca síce tvrdí, že k zosplatneniu došlo pre splátku pre nezaplatenie úverovej splátky splatnej dňa 20.6.2022,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20.6.2022. Táto splátka špecifikovaná nie je. Naopak, v tretej upomienke je vyčíslená suma istiny 201,28 eur a úrokov z omeškania 197,28 eur, s ktorými mal byť žalovaný v omeškaní, pričom v samotnej úverovej zmluvy má dohodnutú výšku úverovej splátky mesačnej v sume 51,73 eur, vrátane poistného.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 konaní. Rovnako dôležitý je aj aspekt súdnej kontroly. Súd, ktorý posudzuje platnosť úkonu zosplatnenia,</w:t>
      </w:r>
    </w:p>
    <w:p>
      <w:r>
        <w:t>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31. Navyše žalobca nepreukázal ani to, či oznámenie o vyhlásení okamžitej splatnosti úveru bolo žalovanej vôbec doručené, pretože nedoložila dôkaz, nielen o doručení, ale ani o podaní na poštovú prepravu. Podľa § 132 ods. 1 CSP, v žalobe sa okrem všeobecných náležitostí podania uvedie označenie strán, pravdivé a úplné opísanie rozhodujúcich skutočností, označenie dôkazov na ich preukázanie a žalobný návrh.“ Zároveň platí § 132 ods. 2 podľa ktorého „Opísanie rozhodujúcich skutočností nemožno nahradiť odkazom na označené dôkazy.“ Osobitne je potrebné poukázať na najaktuálnejší rozsudok Krajského súdu Prešov, sp. zn. 3CoCsp/45/2021, z 2.2.2022 podľa ktorého: „ Z obsahu spisu nevyplýva, aby podmienka predchádzajúcej písomnej výzvy zo strany žalobcu bola dodržaná. Dôkaz o tom, aby výzva bola žalovanému doručená, žalobca nepredložil, a preto v konaní túto skutočnosť žalobca nepreukázal.. Osobitne poukazuje súd na najaktuálnejší rozsudok Krajského súdu Žilina, sp. zn. 10CoCsp/12/2022, z 28.2.2022 podľa ktorého: „V konkrétnostiach prejednávanej veci – odvíjajúcich sa od skutkových tvrdení obsiahnutých v žalobe, ktorými je konajúci súd viazaný – tak žalobcu zaťažovalo dôkazné bremeno preukázania, že došlo k platnému zosplatneniu „celého dlhu“. Okresný súd zdôraznil, že žalobca nepreukázal doručenie výzvy podľa § 53 ods. 9 Obč. zák. (a ani oznámenia o vyhlásení predčasnej splatnosti) žalovanému do vlastných rúk; teda nepreukázal, že došlo k účinnému zosplatneniu pohľadávky. Práve doručenie takejto výzvy je totiž podmienkou, aby bolo možné „zákonným spôsobom vyhlásiť mimoriadnu splatnosť úveru vo všeobecnosti. Nadväzne okresný súd uzavrel, že žalobcovi právo na zaplatenie „celého dlhu“ nevzniklo. Vzhľadom na tieto skutočnosti „žalobu v celom rozsahu bez ďalšieho zamietol so záverom o nedostatku aktívnej vecnej legitimácie žalobcu“. Nad bezprostredný rámec odvolania krajský súd dodáva,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 Cdo 36/2020 z 15.12.2020.“ Z tohto titulu je vyhlásenie okamžitej splatnosti absolútne neplatné a súd tak vychádza z prezumpcie doposiaľ živého úveru, keďže tento bol uzavretý na 58 splátok, t.j. 4,8 roka. Bol uzavretý dňa 18.10.2021, čiže v čase rozhodovania súdu ešte nie je úplná splatnosť. Tak či tak ale počet splátok za 20 eur za 3 nepremlčané roky od podania žaloby predstavoval sumu 720 eur, to je menej než si žalobca uplatnil vo svojej žalobe, keďže žalovaná spočiatku úver splácala, uhradila 200 eur, čiže zaplatila 10 splátok po uzavretí zmluvy. Súd tak žalobe v celom rozsahu preto vyhovel, že si uplatnila len 701,69 eur s prísl.. 32.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33. Podľa ustanovenia § 53 ods. 9 Občianskeho zákonníka, ak ide o plnenie zo spotrebiteľskej zmluvy, ktoré sa má vykonať v splátkach, môže dodávateľ uplatniť právo podľa § 565 najskôr po uplynutí troch</w:t>
      </w:r>
    </w:p>
    <w:p>
      <w:r>
        <w:t>mesiacov od omeškania so zaplatením splátky a keď súčasne upozornil spotrebiteľa v lehote nie kratšej ako 15 dní na uplatnenie tohto práva. 34.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36.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37. Podľa rozhodnutia Najvyššieho súdu Slovenskej republiky sp. zn. 4Obo/143/1998, dohodnuté úroky, t. j. zmluvné úroky z poskytnutých prostriedkov patria len do splatnosti dlhu, resp. jeho splátok. Od splatnosti je dlžník v omeškaní a musí platiť úroky z omeškania. 38.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39. Podľa ustanovenia § 3 Nariadenia vlády Slovenskej republiky č. 87/1995 Z. z., ktorým sa vykonávajú niektoré ustanovenia Občianskeho zákonníka ( ďalej len nariadenie vlády č. 87/1995 Z. z. ) v znení účinnom od 1.2.2013 výška úrokov z omeškania je o 5 percentuálnych bodov vyššia ako základná úroková sadzba Európskej centrálnej banky platná k prvému dňu omeškania s plnením peňažného dlhu. 40. Z uvedeného dôvodu preto priznal žalobcovi len nárok na istinu, spočívajúcu v rozdiele medzi sumou poskytnutej pôžičky a úhradami žalovanej, t. j. sumu 701,69 eur, spolu s úrokom z omeškania vo výške 5 % ročne z tejto sumy od 28.12.2022 do zaplatenia. 41. Podľa § 255 ods. 1 CSP, súd prizná strane náhradu trov konania podľa pomeru jej úspechu vo veci. 42. Podľa § 255 ods. 2 CSP, ak mala strana vo veci úspech len čiastočný, súd náhradu trov konania pomerne rozdelí, prípadne vysloví, že žiadna zo strán nemá na náhradu trov konania právo. 43. Podľa § 257 CSP, výnimočne súd neprizná náhradu trov konania, ak existujú dôvody hodné osobitného zreteľa. 44.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45. V danom prípade bolo predmetom konania zaplatenie sumy 701,69 eur s príslušenstvom, súd ju priznal žalobcovi v plnom rozsahu. Keďže bol v plnej miere žalobca úspešný, súd mu priznal nárok na náhradu trov konania v rozsahu 100 %, o ktorého výške rozhodne súd samostatným uznesením po právoplatnosti tohto rozsudku. Súd nevzhliadol žiadne dôvody hodné osobitného zreteľa ani výnimočnosť prípadu ( § 257 CSP ), pre ktoré by plne úspešnému žalobcovi nepriznal nárok na náhradu trov konania.</w:t>
      </w:r>
    </w:p>
    <w:p>
      <w:r>
        <w:t>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https://www.kauzis.sk/judikatura/r/ECLI:SK:OSVT:2025:8825201474.2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