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7P/116/2025 z 29. 10. 2025</w:t>
      </w:r>
    </w:p>
    <w:p>
      <w:r>
        <w:t>Uznesenie Okresného súdu Vranov nad Topľou z 29. októbra 2025, sp. zn. 7P/116/2025, ECLI:SK:OSVT:2025:8825201704.2</w:t>
      </w:r>
    </w:p>
    <w:p>
      <w:r>
        <w:t>Súd: Okresný súd Vranov nad Topľou</w:t>
      </w:r>
    </w:p>
    <w:p>
      <w:r>
        <w:t>Spisová značka: 7P/116/2025</w:t>
      </w:r>
    </w:p>
    <w:p>
      <w:r>
        <w:t>ECLI: ECLI:SK:OSVT:2025:8825201704.2</w:t>
      </w:r>
    </w:p>
    <w:p>
      <w:r>
        <w:t>Dátum vydania: 29. 10. 2025</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7P/116/2025 8825201704 29. 10. 2025 JUDr. Martina Melníková ECLI:SK:OSVT:2025:8825201704.2</w:t>
      </w:r>
    </w:p>
    <w:p>
      <w:r>
        <w:t>Uznesenie Okresný súd Vranov nad Topľou v právnej veci starostlivosti súdu o maloletú A. B., nar. XX.XX.XXXX, bytom pri matke, zastúpená kolíznym opatrovníkom Úradom práce, sociálnych vecí a rodiny Vranov nad Topľou, oddelenie sociálnoprávnej ochrany detí a sociálnej kurately, so sídlom Námestie slobody 5, Vranov nad Topľou, na návrh matky: C. B., nar. XX.XX.XXXX, bytom D. XXX/XX, E. F. G. a starej matky: H. I., nar. XX.XX.XXXX, bytom D. XXX/XX, E. F. G., otec maloletého dieťaťa: neuvedený, o zverenie maloletého dieťaťa do náhradnej osobnej starostlivosti starej matke, t a k t o rozhodol: I. Súd konanie z a s t a v u j e. II. Žiaden z účastníkov n e m á nárok na náhradu trov konania odôvodnenie: 1.Podľa § 221 písm. a) Civilného sporového poriadku, písomné vyhotovenie rozsudku nemusí obsahovať odôvodnenie, ak je na pojednávaní vyhlásený rozsudok za prítomnosti všetkých strán alebo ich zástupcov, ktorí sa vzdajú odvolania. 2. Podľa § 234 ods. 2 Civilného sporového poriadku, ak nie je ďalej ustanovené inak, použijú sa na uznesenie ustanovenia o rozsudku. 3.Toto uznesenie odvolania.</w:t>
      </w:r>
    </w:p>
    <w:p>
      <w:r>
        <w:t>neobsahuje odôvodnenie, pretože po jeho vyhlásení sa účastníci vzdali práva</w:t>
      </w:r>
    </w:p>
    <w:p>
      <w:r>
        <w:t>Poučenie: Proti tomuto uzneseniu odvolanie nie je prípustné, pretože účastníci konania sa po jeho vyhlásení vzdali práva podať odvolanie a uznesenie nadobudne právoplatnosť dňom jeho doručenia.</w:t>
      </w:r>
    </w:p>
    <w:p/>
    <w:p>
      <w:r>
        <w:t>Zdroj: KAUZIS.SK – https://www.kauzis.sk/judikatura/r/ECLI:SK:OSVT:2025:8825201704.2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