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7Er/13/2004 z 26. 1. 2026</w:t>
      </w:r>
    </w:p>
    <w:p>
      <w:r>
        <w:t>Uznesenie Okresného súdu Vranov nad Topľou z 26. januára 2026, sp. zn. 7Er/13/2004, ECLI:SK:OSVT:2026:8804110347.2</w:t>
      </w:r>
    </w:p>
    <w:p>
      <w:r>
        <w:t>Súd: Okresný súd Vranov nad Topľou</w:t>
      </w:r>
    </w:p>
    <w:p>
      <w:r>
        <w:t>Spisová značka: 7Er/13/2004</w:t>
      </w:r>
    </w:p>
    <w:p>
      <w:r>
        <w:t>ECLI: ECLI:SK:OSVT:2026:8804110347.2</w:t>
      </w:r>
    </w:p>
    <w:p>
      <w:r>
        <w:t>Dátum vydania: 26.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7Er/13/2004 8804110347 26. 01. 2026 JUDr. Daniel Marcinčin ECLI:SK:OSVT:2026:8804110347.2</w:t>
      </w:r>
    </w:p>
    <w:p>
      <w:r>
        <w:t>Uznesenie Okresný súd Vranov nad Topľou v exekučnej veci oprávneného: Sociálna poisťovňa so sídlom v Bratislave, pobočka Vranov nad Topľou, Rázusova 128, 093 01 Vranov nad Topľou, IČO: 30807484, proti povinnému: A. B., nar.XX.XX.XXXX, zomr. XX.XX.XXXX, naposledy bytom C. X.XXXX XX/XX, D. E. F., o vymoženie 47,79 eur s príslušenstvom, súdnym exekútorom JUDr. Štefanom Šviderským, PhD., Exekútorsky úrad Vranov nad Topľou, takto rozhodol: I. Súd námietkam spoločnosti Slovenská konsolidačná, a.s., so sídlom Cintorínska 21, 814 99 Bratislava, IČO: 35 776 005 proti Upovedomeniu o zastavení starej exekúcie č.k. EX 374/2003 v y h o v u j e. II. Súd z r u š u j e Upovedomenie o zastavení starej exekúcie č.k. EX 374/2003 zo dňa 18.02.2020. odôvodnenie: 1. Na základe návrhu oprávneného a poverenia Okresného súdu Vranov nad Topľou zo dňa 29.01.2004 začal súdny exekútor exekúciu o vymoženie 47,79 eur ( 1440 Sk) s príslušenstvom. 2. Súdny exekútor vydal dňa 18.02.2020 Upovedomenie o zastavení starej exekúcie (ďalej len ako „upovedomenie“, v ktorom ako oprávneného označil spoločnosť Slovenská konsolidačná, a.s., Cintorínska 21, 814 99 Bratislava, IČO: 35 776 005, ktorej zároveň upovedomenie zaslal. 3. Proti upovedomeniu podala spoločnosť Slovenská konsolidačná, a.s., Cintorínska 21, 814 99 Bratislava, IČO: 35 776 005 námietky, ktoré boli doručené súdnemu exekútorovi v zákonnej lehote, a to z dôvodu, že Slovenská konsolidačná, a.s. nie je účastníkom konania na strane oprávneného. V námietkach uviedla, že k zmene účastníka exekučného konania môže dôjsť len na základe právoplatného rozhodnutia súdu a až po právoplatnosti tohto rozhodnutia môže exekútor konať s novým oprávneným. Slovenskej konsolidačnej, a.s. nebolo doručené rozhodnutie o zmene účastníka konania a teda sa nikdy nestala účastníkom predmetného exekučného konania. 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5. Podľa § 5 ods. 2 písm. a) ZoUNEK upovedomenie o zastavení starej exekúcie obsahuje označenie oprávneného a povinného.</w:t>
      </w:r>
    </w:p>
    <w:p>
      <w:r>
        <w:t>6. Podľa § 7 ods. 1 ZoUNEK proti upovedomeniu o zastavení starej exekúcie, ktoré bolo vydané v rozpore s týmto zákonom, môže oprávnený podať do 30 dní od jeho doručenia u exekútora námietky. Námietky proti paušálnym trovám nie sú prípustné. 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8. V zmysle § 243 zákona č.233/1995 Z.z. o súdnych exekútoroch a exekučnej činnosti (Exekučný poriadok) a o zmene a doplnení ďalších zákonov, tento zákon sa vzťahuje aj na konania začaté predo dňom účinnosti tohto zákona. 9. Podľa § 37 ods. 3 a 4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10. Z predloženého upovedomenia o zastavení starej exekúcie č.k. EX 374/2003, proti ktorému smerujú námietky, súd zistil, že je v ňom ako oprávnený uvedená spoločnosť Slovenská konsolidačná, a.s., Cintorínska 21, 814 99 Bratislava, IČO: 35 776 005, ktorá však nie je účastníkom konania. 11. Súd má preto za to, že námietky spoločnosti Slovenská konsolidačná, a.s., Cintorínska 21, 814 99 Bratislava, IČO: 35 776 005 sú dôvodné. V uvedenom prípade účastníkom konania na strane oprávneného je Sociálna poisťovňa so sídlom v Bratislave, pobočka Vranov nad Topľou, Rázusova 128, 093 01 Vranov nad Topľou, IČO: 30807484 a tento mal byť uvedená ako oprávnený v Upovedomení o zastavení starej exekúcie č.k. EX 374/2003, nakoľko súd mal zo spisu preukázané, že v priebehu starej exekúcie nebolo právoplatne rozhodnuté o zmene účastníka konania na strane oprávneného. Z dôvodu, že súdny exekútor v Upovedomení o zastavení starej exekúcie č.k. EX 374/2002 uviedol ako oprávneného Slovenská konsolidačná, a.s., Cintorínska 21, 814 99 Bratislava, IČO: 35 776 005, Upovedomenie o zastavení starej exekúcie č.k. EX 374/2003 bolo vydané v rozpore so ZoUNEK. 12. Vzhľadom na uvedené, súd námietkam spoločnosti Slovenská konsolidačná a.s. vyhovel a zrušil Upovedomenie o zastavení starej exekúcie č.k. EX 374/2003 podľa § 7 ods.3 ZoUNEK. 13. Podľa § 7 ods. 1 ZoUNEK je subjektom oprávneným podať námietky proti upovedomeniu o zastavení starej exekúcie oprávnený. Aj keď v tejto veci podal námietky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14. Vzhľadom na vyššie uvedené skutočnosti súd rozhodol tak ako je uvedené vo výrokovej časti tohto rozhodnutia.</w:t>
      </w:r>
    </w:p>
    <w:p>
      <w:r>
        <w:t>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https://www.kauzis.sk/judikatura/r/ECLI:SK:OSVT:2026:8804110347.2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