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11Er/17/2007 z 21. 8. 2026</w:t>
      </w:r>
    </w:p>
    <w:p>
      <w:r>
        <w:t>Uznesenie Okresného súdu Vranov nad Topľou z 21. augusta 2026, sp. zn. 11Er/17/2007, ECLI:SK:OSVT:2026:8807206953.2</w:t>
      </w:r>
    </w:p>
    <w:p>
      <w:r>
        <w:t>Súd: Okresný súd Vranov nad Topľou</w:t>
      </w:r>
    </w:p>
    <w:p>
      <w:r>
        <w:t>Spisová značka: 11Er/17/2007</w:t>
      </w:r>
    </w:p>
    <w:p>
      <w:r>
        <w:t>ECLI: ECLI:SK:OSVT:2026:8807206953.2</w:t>
      </w:r>
    </w:p>
    <w:p>
      <w:r>
        <w:t>Dátum vydania: 21. 8.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11Er/17/2007 8807206953 21. 08. 2026 JUDr. Daniel Marcinčin ECLI:SK:OSVT:2026:8807206953.2</w:t>
      </w:r>
    </w:p>
    <w:p>
      <w:r>
        <w:t>Uznesenie Okresný súd vo Vranove nad Topľou v exekučnej veci oprávneného: Slovenská republika – Ministerstvo vnútra SR, Pribinova 2, 812 72 Bratislava, IČO: 00 151 866, zast.: Krajské riaditeľstvo policajného zboru v Košiciach, Kuzmányho 8, Košice proti povinnému: A. B., nar.XX.XX.XXXX, bytom C. XXX, D. o vymoženie 16,59 eur s príslušenstvom ( pôvodných 500,- Sk s prísl.), súdnym exekútorom JUDr. Juraj Koči, Exekútorsky úrad Michalovce, takto rozhodol: I. Súd u r č u j e, že na základe zákona č. 233/2019 Z.z. o ukončení niektorých exekučných konaní a o zmene a doplnení niektorých zákonov došlo k zastaveniu starej exekúcie vedenej na Okresnom súde Vranov nad Topľou pod sp.zn. 11Er/17/2007. II. Súd súdnemu exekútorovi trovy exekúcie</w:t>
      </w:r>
    </w:p>
    <w:p>
      <w:r>
        <w:t>n e p r i z n á v a.</w:t>
      </w:r>
    </w:p>
    <w:p>
      <w:r>
        <w:t>odôvodnenie: 1. Dňa 21.09.2007 súd udelil súdnemu exekútorovi poverenie č.5713014073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w:t>
      </w:r>
    </w:p>
    <w:p>
      <w:r>
        <w:t>19. Súd preštudovaním obsahu súdneho spisu zistil, že v predmetnom konaní podľa § 2 ods. 1 písm. a) ZoUNEK uplynula rozhodná doba. 20. Vychádzajúc z vyššie uvedeného súd konštatuje, že predmetné konanie je exekučným konaním, ktoré sa začalo do 1.4.2017 (poverenie doručené súdnemu exekútorovi dňa 07.09.2007 – doručenka v spise)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https://www.kauzis.sk/judikatura/r/ECLI:SK:OSVT:2026:8807206953.2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