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10Er/237/2009 z 13. 5. 2026</w:t>
      </w:r>
    </w:p>
    <w:p>
      <w:r>
        <w:t>Uznesenie Okresného súdu Vranov nad Topľou z 13. mája 2026, sp. zn. 10Er/237/2009, ECLI:SK:OSVT:2026:8809204878.2</w:t>
      </w:r>
    </w:p>
    <w:p>
      <w:r>
        <w:t>Súd: Okresný súd Vranov nad Topľou</w:t>
      </w:r>
    </w:p>
    <w:p>
      <w:r>
        <w:t>Spisová značka: 10Er/237/2009</w:t>
      </w:r>
    </w:p>
    <w:p>
      <w:r>
        <w:t>ECLI: ECLI:SK:OSVT:2026:8809204878.2</w:t>
      </w:r>
    </w:p>
    <w:p>
      <w:r>
        <w:t>Dátum vydania: 13.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10Er/237/2009 8809204878 13. 05. 2026 JUDr. Michal Gedor ECLI:SK:OSVT:2026:8809204878.2</w:t>
      </w:r>
    </w:p>
    <w:p>
      <w:r>
        <w:t>Uznesenie Okresný súd vo Vranove nad Topľou v exekučnej veci oprávneného: POHOTOVOSŤ, s.r.o., Pribinova 25, Bratislava I, IČO: 35807598 proti povinnému: A. B., nar. XX.X.XXXX, C. XXX, D.. E. F. G., o vymoženie 848,44 eur s príslušenstvom, súdnym exekútorom JUDr. Ladislavom Jakubcom, Exekútorský úrad Bratislava, ako nástupcom súdneho exekútora JUDr. Rudolfa Krutého, PhD., Exekútorský úrad Bratislava, takto rozhodol: I. Súd u r č u j e, že na základe zákona č. 233/2019 Z.z. o ukončení niektorých exekučných konaní a o zmene a doplnení niektorých zákonov došlo k zastaveniu starej exekúcie vedenej na Okresnom súde Vranov nad Topľou pod sp. zn. 10Er/237/2009 k 01.01.2020. II. Súdny exekútor n e m á nárok na náhradu paušálnych trov exekúcie. odôvodnenie: 1. Na základe návrhu oprávneného a poverenia Okresného súdu Vranov nad Topľou začal súdny exekútor exekúciu o vymoženie 848,44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</w:t>
      </w:r>
    </w:p>
    <w:p>
      <w:r>
        <w:t>c) zastavenie starej exekúcie navrhol oprávnený alebo 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</w:t>
      </w:r>
    </w:p>
    <w:p>
      <w:r>
        <w:t>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22.1.2004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20. Z usmernenia MS SR k zákonu ZoUNEK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nové upovedomenie o zastavení starej exekúcie so správne uvedeným oprávneným, preto súd má za to, že nespĺňa zákonné podmienky pre priznanie nároku na náhradu paušálnych trov exekúcie v zmysle § 6 ods. 4 ZoUNEK, a preto mu nárok na náhradu paušálnych trov exekúcie nepriznal. 22.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https://www.kauzis.sk/judikatura/r/ECLI:SK:OSVT:2026:8809204878.2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