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Vranov nad Topľou sp. zn. 12T/25/2025 z 8. 5. 2026</w:t>
      </w:r>
    </w:p>
    <w:p>
      <w:r>
        <w:t>Trestný rozkaz Okresného súdu Vranov nad Topľou z 8. mája 2026, sp. zn. 12T/25/2025, ECLI:SK:OSVT:2026:8825010158.2</w:t>
      </w:r>
    </w:p>
    <w:p>
      <w:r>
        <w:t>Súd: Okresný súd Vranov nad Topľou</w:t>
      </w:r>
    </w:p>
    <w:p>
      <w:r>
        <w:t>Spisová značka: 12T/25/2025</w:t>
      </w:r>
    </w:p>
    <w:p>
      <w:r>
        <w:t>ECLI: ECLI:SK:OSVT:2026:8825010158.2</w:t>
      </w:r>
    </w:p>
    <w:p>
      <w:r>
        <w:t>Dátum vydania: 8. 5.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12T/25/2025 8825010158 08. 05. 2026 JUDr. Štefan Veliký ECLI:SK:OSVT:2026:8825010158.2</w:t>
      </w:r>
    </w:p>
    <w:p>
      <w:r>
        <w:t>TRESTNÝ ROZKAZ V MENE SLOVENSKEJ REPUBLIKY Okresný súd Vranov nad Topľou, samosudcom JUDr. Štefanom Velikým, dňa 08. mája 2026 podľa § 353 Trestného poriadku, takto rozhodol: rozhodol: Obvinení: A. B., nar. XX.XX.XXXX vo C. D. E., trvale bytom</w:t>
      </w:r>
    </w:p>
    <w:p>
      <w:r>
        <w:t>F. XXX, okr. Vranov nad Topľou,</w:t>
      </w:r>
    </w:p>
    <w:p>
      <w:r>
        <w:t>Spol. A. G. F., so sídlom F. XXX, XXX XX F., okr. Vranov nad Topľou, IČO: XX XXX XXX,</w:t>
      </w:r>
    </w:p>
    <w:p>
      <w:r>
        <w:t>sú vinní, že 1. A. B. H. si zadovážil prospech spočívajúci v ušetrení nákladov súvisiacich s plnením odvodových povinností, ako zodpovedná osoba oprávnená a konajúca za subjekt A. G. F., IČO:XX XXX XXX, F. XXX, XXX XX F., okr. Vranov nad Topľou: A: - zrazil z miezd zamestnancov tejto spoločnosti: A.1.: v období od 03/2023 do 09/2023 splatné poistné na nemocenské poistenie, poistné na dôchodkové poistenie a poistné na poistenie v nezamestnanosti, a to za mesiac 03/2023 vo výške 431,41 € splatné dňa 30.4.2023, za mesiac 04/2023 vo výške 363,26 € splatné dňa 31.5.2023, za mesiac 05/2023 vo výške 387,19 € splatné dňa 30.6.2023, za mesiac 06/2023 vo výške 334,20 € splatné dňa 31.7.2023, za mesiac 07/2023 vo výške 89,87 € splatné dňa 31.8.2023, za mesiac 08/2023 vo výške 102,92 € splatné dňa 30.9.2023, za mesiac 09/2023 vo výške 94,20 € splatné dňa 31.10.2023, ktoré neodviedol spolu vo výške 1.803,05 € Sociálnej poisťovni a. s., pobočka 093 18 Vranov n. T., ul. Rázusova č. 128, čím takto porušil § 141 ods. 1, ods. 2 zákona č. 461/2003 Z. z. o sociálnom poistení v platnom znení, v období od 10/2023 do 11/2023 splatné poistné na verejné zdravotné poistenie za zamestnávateľa, a to za mesiac 10/2023 vo výške 33,28 € splatné dňa 30.11.2023 a za mesiac 11/2023 vo výške 39,37 € splatné dňa 30.12.2023, ktoré neodviedol spolu vo výške 72,65 € Všeobecnej zdravotnej poisťovni a.</w:t>
      </w:r>
    </w:p>
    <w:p>
      <w:r>
        <w:t>s., 080 15 Prešov, ul. Kúpeľná č. 5, čím takto porušil ustanovenia § 16 ods. 1 zákona č. 580/2004 Z. z. o zdravotnom poistení v platnom znení, A.3.: v období od 06/2023 do 11/2023 splatné poistné na verejné zdravotné poistenie za zamestnávateľa, a to za mesiac 06/2023 vo výške 20,15 € splatné dňa 31.7.2023, za mesiac 07/2023 vo výške 13,89 € splatné dňa 31.8.2023, za mesiac 08/2023 vo výške 14,16 € splatné dňa 30.9.2023, za mesiac 09/2023 vo výške 14,64 € splatné dňa 31.10.2023, za mesiac 10/2023 vo výške 9,64 € splatné dňa 30.11.2023, a za mesiac 11/2023 vo výške 18,33 € splatné dňa 31.12.2023, ktoré neodviedol spolu vo výške 70,66 € Dôvere zdravotnej poisťovni a. s., 949 01 Nitra, ul. Cintorínska č. 5, čím takto porušil ustanovenia § 16 ods. 1 zákona č. 580/2004 Z. z. o zdravotnom poistení v platnom znení, A.4.: v období od 03/2023 do 11/2023 splatné poistné na verejné zdravotné poistenie za zamestnávateľa, a to za mesiac 03/2023 vo výške 106,69 € splatné dňa 30.4.2023, za mesiac 04/2023 vo výške 91,58 € splatné dňa 31.5.2023, za mesiac 05/2023 vo výške 76,76 € splatné dňa 30.6.2023, za mesiac 06/2023 vo výške 56,24 € splatné dňa 31.7.2023, za mesiac 07/2023 vo výške 9,83 € splatné dňa 31.8.2023, za mesiac 08/2023 vo výške 33,72 € splatné dňa 30.9.2023, za mesiac 09/2023 vo výške 22,35 € splatné dňa 31.10.2023, za mesiac 10/2023 vo výške 19,28 € splatné dňa 30.11.2023, a za mesiac 11/2023 vo výške 36,66 € splatné dňa 31.12.2023, ktoré neodviedol spolu vo výške 453,11 € Union zdravotnej poisťovni a. s., 814 53 Bratislava, ul. Karadžičova č. 10, čím takto porušil ustanovenia § 16 ods. 1 zákona č. 580/2004 Z. z. o zdravotnom poistení v platnom znení, hoci v dňoch splatnosti za uvedené obdobie mal dostatok finančných prostriedkov na úhradu poistného v plnej výške, čím si zabezpečil neoprávnený prospech na úkor Sociálnej poisťovne a. s., Všeobecnej zdravotnej poisťovne a. s., Dôvery zdravotnej poisťovne a. s., a Union zdravotnej poisťovne a. s., spolu vo výške 2.399,47 €, B: - nezaplatil: B.1.: v období od 03/2023 do 09/2023 splatné poistné na nemocenské poistenie, poistné na dôchodkové poistenie a poistné na poistenie v nezamestnanosti, a to za mesiac 03/2023 vo výške 1.155,64 € splatné dňa 30.4.2023, za mesiac 04/2023 vo výške 972,91 € splatné dňa 31.5.2023, za mesiac 05/2023 vo výške 1.037,14 € splatné dňa 30.6.2023, za mesiac 06/2023 vo výške 897,30 € splatné dňa 31.7.2023, za mesiac 07/2023 vo výške 243,45 € splatné dňa 31.8.2023, za mesiac 08/2023 vo výške 276,01 € splatné dňa 30.9.2023, za mesiac 09/2023 vo výške 252,63 € splatné dňa 31.10.2023, ktoré nezaplatil spolu vo výške 4.835,08 € Sociálnej poisťovni a. s., pobočka 093 18 Vranov n. T., ul. Rázusova č. 128, čím takto porušil § 143 ods. 1, ods. 2 zákona č. 461/2003 Z. z. o sociálnom poistení v platnom znení, B.2.: v období od 10/2023 do 11/2023 splatné poistné na verejné zdravotné poistenie za zamestnávateľa, a to za mesiac 10/2023 vo výške 55,92 € splatné dňa 30.11.2023, a za mesiac 11/2023 vo výške 59,97 € splatné dňa 30.12.2023, ktoré nezaplatil spolu vo výške 115,89 € Všeobecnej zdravotnej poisťovni a. s., 080 15 Prešov, ul. Kúpeľná č. 5, čím takto porušil ustanovenia § 16 ods. 1 zákona č. 580/2004 Z. z. o zdravotnom poistení v platnom znení, B.3.: v období od 06/2023 do 11/2023 splatné poistné na verejné zdravotné poistenie za zamestnávateľa, a to za mesiac 06/2023 vo výške 50,37 € splatné dňa 31.7.2023, za mesiac 07/2023 vo výške 34,73 € splatné dňa 31.8.2023, za mesiac 08/2023 vo výške 35,40 € splatné dňa 30.9.2023, za mesiac 09/2023 vo výške 36,60 € splatné dňa 31.10.2023, za mesiac 10/2023 vo výške 10,46 € splatné dňa 30.11.2023, a za mesiac 11/2023 vo výške 14,48 € splatné dňa 31.12.2023, ktoré nezaplatil spolu vo výške 182,04 € Dôvere zdravotnej poisťovni a. s., 949 01 Nitra, ul. Cintorínska č. 5, čím takto porušil ustanovenia § 16 ods. 1 zákona č. 580/2004 Z. z. o zdravotnom poistení v platnom znení,</w:t>
      </w:r>
    </w:p>
    <w:p>
      <w:r>
        <w:t>B.4.: v období od 03/2023 do 11/2023 splatné poistné na verejné zdravotné poistenie za zamestnávateľa, a to za mesiac 03/2023 vo výške 266,74 € splatné dňa 30.4.2023, za mesiac 04/2023 vo výške 228,96 € splatné dňa 31.5.2023, za mesiac 05/2023 vo výške 191,91 € splatné dňa 30.6.2023, za mesiac 06/2023 vo výške 140,63 € splatné dňa 31.7.2023, za mesiac 07/2023 vo výške 24,59 € splatné dňa 31.8.2023, za mesiac 08/2023 vo výške 70,14 € splatné dňa 30.9.2023, za mesiac 09/2023 vo výške 19,29 € splatné dňa 31.10.2023, za mesiac 10/2023 vo výške 20,92 € splatné dňa 30.11.2023, a za mesiac 11/2023 vo výške 28,96 € splatné dňa 31.12.2023, ktoré nezaplatil spolu vo výške 992,14 € Union zdravotnej poisťovni a. s., 814 53 Bratislava, ul. Karadžičova č. 10, čím takto porušil ustanovenia § 16 ods. 1 zákona č. 580/2004 Z. z. o zdravotnom poistení v platnom znení, B.5.: v období od 02/2023 do 07/2023 nezaplatil Daňovému úradu 080 01 Prešov, ul. Hviezdoslavova č. 7, daň z pridanej hodnoty spolu vo výške 32.316,21 € a to za mesiac 02/2023 vo výške 9.503,41 € splatná dňa 27.3.2023, za mesiac 03/2023 vo výške 9.127,13 € splatná dňa 25.4.2023, za mesiac 05/2023 vo výške 4.000 € splatná dňa 26.6.2023, za mesiac 06/2023 vo výške 8.509,84 € splatná dňa 25.7.2023, a za mesiac 07/2023 vo výške 1.175,83 € splatná dňa 25.8.2023, čím takto porušil ustanovenia § 78 zákona č. 222/2004 Z. z. o dani z pridanej hodnoty v znení neskorších predpisov, B.6.: v období od 01/2022 do 12/2022 nezaplatil Daňovému úradu 080 01 Prešov, ul. Hviezdoslavova č. 7, daň zo závislej činnosti vo výške 135,15 € splatnú dňa 2.5.2023, čím takto porušil ustanovenia § 32 zákona č. 595/2003 Z. z. o dani z príjmov v znení neskorších predpisov, B.7.: v období od 01/2022 do 12/2022 nezaplatil Daňovému úradu 080 01 Prešov, ul. Hviezdoslavova č. 7, daň z príjmov právnických osôb vo výške 19.133,83 € splatnú dňa 30.6.2023, čím takto porušil ustanovenia § 32 zákona č. 595/2003 Z. z. o dani z príjmov v znení neskorších predpisov, hoci v dňoch splatnosti za uvedené obdobie mal dostatok finančných prostriedkov na úhradu poistného, preddavkov a dane v plnej výške, čím si zabezpečil neoprávnený prospech na úkor Sociálnej poisťovne a. s., Všeobecnej zdravotnej poisťovne a. s., Dôvery zdravotnej poisťovne a. s., Union zdravotnej poisťovne a. s., a Daňového úradu Prešov, spolu vo výške 57.710,34 €, 2. právnická osoba A. G. F., s poukazom na § 4 ods. 1 písm. a/ zákona č. 91/2016 Z. z. o trestnej zodpovednosti právnických osôb v znení neskorších predpisov, v rámci výkonu podnikateľskej činnosti v obchodnej spoločnosti A. G. F., XXX XX F. I. XXX, J.. C. D. E., K.: XX XXX XXX, ktorá je vykonávaná prostredníctvom jej štatutárneho orgánu A. B., ktorý zodpovedá za riadne zrážané odvody povinných platieb oprávneným subjektom, pričom uvedená obchodná spoločnosť je zaregistrovaná ako odvádzateľ poistného v registri Sociálnej poisťovne pobočka 093 18 Vranov n. T, ul. Rázusova č. 128, boli porušené ustanovenia § 141 ods. 1 ods. 2, a § 143 ods. 1, ods. 2 zákona č. 461/2003 Z. z. o sociálnom poistení v znení neskorších predpisov, potom vo Všeobecnej zdravotnej poiť'ovni a. s., 080 15 Prešov, ul. Kúpeľná č. 5, potom v Dôvere zdravotnej poisťovni a. s., 949 01 Nitra, ul. Cintorínska č. 5, potom v Union zdravotnej poisťovni a. s., 814 53 Bratislava, ul. Karadžičova č. 10, kde boli porušené ustanovenia § 16 ods. 1 zákona č. 580/2004 Z. z. o zdravotnom poistení v platnom znení, a potom zaregistrovaná ako odvádzateľ dane v registri Daňového úradu Prešov, pobočka 093 01 Vranov n. T, Námestie slobody č. 968, a táto spoločnosť zo sídla z obce Soľ č. 502, okr. Vranov n. T.: C: - zrazila z miezd zamestnancov tejto spoločnosti: C.1.:</w:t>
      </w:r>
    </w:p>
    <w:p>
      <w:r>
        <w:t>v období od 03/2023 do 09/2023 splatné poistné na nemocenské poistenie, poistné na dôchodkové poistenie a poistné na poistenie v nezamestnanosti, a to za mesiac 03/2023 vo výške 431,41 € splatné dňa 30.4.2023, za mesiac 04/2023 vo výške 363,26 € splatné dňa 31.5.2023, za mesiac 05/2023 vo výške 387,19 € splatné dňa 30.6.2023, za mesiac 06/2023 vo výške 334,20 € splatné dňa 31.7.2023, za mesiac 07/2023 vo výške 89,87 € splatné dňa 31.8.2023, za mesiac 08/2023 vo výške 102,92 € splatné dňa 30.9.2023, za mesiac 09/2023 vo výške 94,20 € splatné dňa 31.10.2023, ktoré neodviedla spolu vo výške 1.803,05 € Sociálnej poisťovni a s., pobočka 093 18 Vranov n. T., ul. Rázusova č. 128, čím takto porušila § 141 ods. 1, ods. 2 zákona č. 461/2003 Z. z. o sociálnom poistení v platnom znení, C..2.: v období od 10/2023 do 11/2023 splatné poistné na verejné zdravotné poistenie za zamestnávateľa, a to za mesiac 10/2023 vo výške 33,28 € splatné dňa 30.11.2023, a za mesiac 11/2023 vo výške 39,37 € splatné dňa 30.12.2023, ktoré neodviedla spolu vo výške 72,65 € Všeobecnej zdravotnej poisťovni a. s., 080 15 Prešov, ul. Kúpeľná č. 5, čím takto porušila ustanovenia § 16 ods. 1 zákona č. 580/2004 Z. z. o zdravotnom poistení v platnom znení, C.3.: v období od 06/2023 do 11/2023 splatné poistné na verejné zdravotné poistenie za zamestnávateľa, a to za mesiac 06/2023 vo výške 20,15 € splatné dňa 31.7.2023, za mesiac 07/2023 vo výške 13,89 € splatné dňa 31.8.2023, za mesiac 08/2023 vo výške 14,16 € splatné dňa 30.9.2023, za mesiac 09/2023 vo výške 14,64 € splatné dňa 31.10.2023, za mesiac 10/2023 vo výške 9,64 € splatné dňa 30.11.2023, a za mesiac 11/2023 vo výške 18,33 € splatné dňa 31.12.2023, ktoré neodviedla spolu vo výške 70,66 € Dôvere zdravotnej poisťovni a. s., 949 01 Nitra, ul. Cintorínska č. 5, čím takto porušila ustanovenia § 16 ods. 1 zákona č. 580/2004 Z. z. o zdravotnom poistení v platnom znení, C.4.: v období od 03/2023 do 11/2023 splatné poistné na verejné zdravotné poistenie za zamestnávateľa, a to za mesiac 03/2023 vo výške 106,69 € splatné dňa 30.4.2023, za mesiac 04/2023 vo výške 91,58 € splatné dňa 31.5.2023, za mesiac 05/2023 vo výške 76,76 € splatné dňa 30.6.2023, za mesiac 06/2023 vo výške 56,24 € splatné dňa 31.7.2023, za mesiac 07/2023 vo výške 9,83 € splatné dňa 31.8.2023, za mesiac 08/2023 vo výške 33,72 € splatné dňa 30.9.2023, za mesiac 09/2023 vo výške 22,35 € splatné dňa 31.10.2023, za mesiac 10/2023 vo výške 19,28 € splatné dňa 30.11.2023, a za mesiac 11/2023 vo výške 36,66 € splatné dňa 31.12.2023, ktoré neodviedla spolu vo výške 453,11 € Union zdravotnej poisťovni a. s., 814 53 Bratislava, ul. Karadžičova č. 10, čím takto porušila ustanovenia § 16 ods. 1 zákona č. 580/2004 Z. z. o zdravotnom poistení v platnom znení, hoci v dňoch splatnosti za uvedené obdobie mal dostatok finančných prostriedkov na úhradu poistného v plnej výške, čím si zabezpečil neoprávnený prospech na úkor Sociálnej poisťovne a. s., Všeobecnej zdravotnej poisťovne a. s., Dôvery zdravotnej poisťovne a. s., a Union zdravotnej poisťovne a. s., spolu vo výške 2.399,47 €, D: - nezaplatila: D.1.: v období od 03/2023 do 09/2023 splatné poistné na nemocenské poistenie, poistné na dôchodkové poistenie a poistné na poistenie v nezamestnanosti, a to za mesiac 03/2023 vo výške 1.155,64 € splatné dňa 30.4.2023, za mesiac 04/2023 vo výške 972,91 € splatné dňa 31.5.2023, za mesiac 05/2023 vo výške 1.037,14 € splatné dňa 30.6.2023, za mesiac 06/2023 vo výške 897,30 € splatné dňa 31.7.2023, za mesiac 07/2023 vo výške 243,45 € splatné dňa 31.8.2023, za mesiac 08/2023 vo výške 276,01 € splatné dňa 30.9.2023, za mesiac 09/2023 vo výške 252,63 € splatné dňa 31.10.2023, ktoré nezaplatila spolu vo výške 4.835,08 € Sociálnej poisťovni a. s., pobočka 093 18 Vranov n. T., ul. Rázusova č. 128, čím takto porušila § 143 ods. 1, ods. 2 zákona č. 461/2003 Z. z. o sociálnom poistení v platnom znení, D.2.:</w:t>
      </w:r>
    </w:p>
    <w:p>
      <w:r>
        <w:t>v období od 10/2023 do 11/2023 splatné poistné na verejné zdravotné poistenie za zamestnávateľa, a to za mesiac 10/2023 vo výške 55,92 € splatné dňa 30.11.2023, a za mesiac 11/2023 vo výške 59,97 € splatné dňa 30.12.2023, ktoré nezaplatila spolu vo výške 115,89 € Všeobecnej zdravotnej poisťovni a. s., 080 15 Prešov, ul. Kúpeľná č. 5, čím takto porušila ustanovenia § 16 ods. 1 zákona č. 580/2004 Z. z. o zdravotnom poistení v platnom znení, D.3.: v období od 06/2023 do 11/2023 splatné poistné na verejné zdravotné poistenie za zamestnávateľa, a to za mesiac 06/2023 vo výške 50,37 € splatné dňa 31.7.2023, za mesiac 07/2023 vo výške 34,73 € splatné dňa 31.8.2023, za mesiac 08/2023 vo výške 35,40 € splatné dňa 30.9.2023, za mesiac 09/2023 vo výške 36,60 € splatné dňa 31.10.2023, za mesiac 10/2023 vo výške 10,46 € splatné dňa 30.11.2023, a za mesiac 11/2023 vo výške 14,48 € splatné dňa 31.12.2023, ktoré nezaplatil spolu vo výške 182,04 € Dôvere zdravotnej poisťovni a. s., 949 01 Nitra, ul. Cintorínska č. 5, čím takto porušila ustanovenia § 16 ods. 1 zákona č. 580/2004 Z. z. o zdravotnom poistení v platnom znení, D.4.: v období od 03/2023 do 11/2023 splatné poistné na verejné zdravotné poistenie za zamestnávateľa, a to za mesiac 03/2023 vo výške 266,74 € splatné dňa 30.4.2023, za mesiac 04/2023 vo výške 228,96 € splatné dňa 31.5.2023, za mesiac 05/2023 vo výške 191,91 € splatné dňa 30.6.2023, za mesiac 06/2023 vo výške 140,63 € splatné dňa 31.7.2023, za mesiac 07/2023 vo výške 24,59 € splatné dňa 31.8.2023, za mesiac 08/2023 vo výške 70,14 € splatné dňa 30.9.2023, za mesiac 09/2023 vo výške 19,29 € splatné dňa 31.10.2023, za mesiac 10/2023 vo výške 20,92 € splatné dňa 30.11.2023, a za mesiac 11/2023 vo výške 28,96 € splatné dňa 31.12.2023, ktoré nezaplatila spolu vo výške 992,14 € Union zdravotnej poisťovni a. s., 814 53 Bratislava, ul. Karadžičova č. 10, čím takto porušila ustanovenia § 16 ods. 1 zákona č. 580/2004 Z. z. o zdravotnom poistení v platnom znení, D.5.: v období od 02/2023 do 07/2023 nezaplatila Daňovému úradu 080 01 Prešov, ul. Hviezdoslavova č. 7, daň z pridanej hodnoty spolu vo výške 32.316,21 € a to za mesiac 02/2023 vo výške 9.503,41 € splatná dňa 27.3.2023, za mesiac 03/2023 vo výške 9.127,13 € splatná dňa 25.4.2023, za mesiac 05/2023 vo výške 4.000 € splatná dňa 26.6.2023, za mesiac 06/2023 vo výške 8.509,84 € splatná dňa 25.7.2023, a za mesiac 07/2023 vo výške 1.175,83 € splatná dňa 25.8.2023, čím takto porušila ustanovenia § 78 zákona č. 222/2004 Z. z. o dani z pridanej hodnoty v znení neskorších predpisov, D.6.: v období od 01/2022 do 12/2022 nezaplatila Daňovému úradu 080 01 Prešov, ul. Hviezdoslavova č. 7, daň zo závislej činnosti vo výške 135,15 € splatnú dňa 2.5.2023, čím takto porušila ustanovenia § 32 zákona č. 595/2003 Z. z. o dani z príjmov v znení neskorších predpisov, D.7.: v období od 01/2022 do 12/2022 nezaplatila Daňovému úradu 080 01 Prešov, ul. Hviezdoslavova č. 7, daň z príjmov právnických osôb vo výške 19.133,83 € splatnú dňa 30.6.2023, čím takto porušila ustanovenia § 32 zákona č. 595/2003 Z. z. o dani z príjmov v znení neskorších predpisov, hoci v dňoch splatnosti za uvedené obdobie mala dostatok finančných prostriedkov na úhradu poistného preddavkov a dane v plnej výške, čím si zabezpečila neoprávnený prospech na úkor Sociálnej poisťovne a. s., Všeobecnej zdravotnej poisťovne a. s., Dôvery zdravotnej poisťovne a s., Union zdravotnej poisťovne a. s., a Daňového úradu Prešov, spolu vo výške 57.710,34 €, teda 1. A. B. v bode Al-A4: - v malom rozsahu zadržal a neodviedol určenému príjemcovi poistné na sociálne poistenie, verejné zdravotné poistenie a príspevok na starobné dôchodkové sporenie, ktoré zrazil podľa zákona, v úmysle</w:t>
      </w:r>
    </w:p>
    <w:p>
      <w:r>
        <w:t>zadovážiť sebe neoprávnený prospech, a čin spáchal závažnejším spôsobom konania - po dlhší čas a na viacerých osobách, A. B. v bode Bl-B7: - vo väčšom rozsahu nezaplatil splatnú daň, poistné na sociálne poistenie, verejné zdravotné poistenie, 2. právnická osoba A. G. F., v bode Cl-C4: - v malom rozsahu zadržala a neodviedla určenému príjemcovi poistné na sociálne poistenie, verejné zdravotné poistenie a príspevok na starobné dôchodkové sporenie, ktoré zrazila podľa zákona, v úmysle zadovážiť sebe neoprávnený prospech, a čin spáchala závažnejším spôsobom konania - po dlhší čas a na viacerých osobách, právnická osoba A. G. F. v bode Dl-D7: - vo väčšom rozsahu nezaplatila splatnú daň, poistné na sociálne poistenie, verejné zdravotné poistenie, čím spáchali 1. A. B. v bode Al-A4: - pokračovací prečin neodvedenia dane a poistného podľa § 277 ods. 1, ods. 2 písm. a) Trestného zákona s poukazom na § 138 písm. b, písm. j) Trestného zákona, A. B. v bode Bl-B7: - pokračovací prečin nezaplatenia dane a poistného podľa § 278 ods. 1 Trestného zákona, 2. právnická osoba A. G. F., v bode Cl-C4: - pokračovací prečin neodvedenia dane a poistného podľa § 277 ods. 1, ods. 2 písm. a) Trestného zákona s poukazom na § 138 písm. b), písm. j) Trestného zákona, právnická osoba A. G. F., v bode Dl-D7: - pokračovací prečin nezaplatenia dane a poistného podľa § 278 ods. 1 Trestného zákona. za to im ukladá obvinenému A. B. podľa § 277 ods. 2 Trestného zákona, § 56 ods. 2 Trestného zákona peňažný trest vo výmere 1.000 (tisíc) eur. Podľa § 56 ods. 3 Trestného zákona peňažný trest zaplatí v mesačných splátkach po 100 eur splatných do 30. dňa v mesiaci s tým, že prvá splátka sa stane splatnou mesiac nasledujúci po právoplatnosti trestného rozkazu. Podľa § 57 ods. 3 Trestného zákona pre prípad úmyselného zmarenia výkonu peňažného trestu náhradný trest odňatia slobody v trvaní 3 (troch) mesiace. Podľa § 61 ods. 1, ods. 6 Trestného zákona trest zákazu činnosti spočívajúci v zákaze vykonávať činnosť štatutárneho orgánu v trvaní 5 (päť) rokov a 7 (sedem) mesiacov. obvinenej právnickej osobe spol. A. G. F.,</w:t>
      </w:r>
    </w:p>
    <w:p>
      <w:r>
        <w:t>podľa § 277 ods. 1 Trestného zákona a podľa § 1 ods. 2, § 10 písm. d), § 15 zákona NR SR č. 91/2016 Z. z. o trestnej zodpovednosti právnických osôb v znení neskorších predpisov úhrnný peňažný trest vo výmere 1.500 ( tisícpäťsto ) eur. Podľa § 1 ods. 2, § 10 písm. i), § 20 ods. 1 zákona NR SR č. 91/2016 Z. z. o trestnej zodpovednosti právnických osôb v znení neskorších predpisov trest zverejnenia odsudzujúceho rozsudku, v časti týkajúcej sa odsúdenej právnickej osoby v Obchodnom vestníku v kapitole „oznámenia“ do 90 dní od právoplatnosti trestného rozkazu. Poučenie: Trestný rozkaz má povahu odsudzujúceho rozsudku. Obvinený a osoby, ktoré sú oprávnené podať v jeho prospech odvolanie, ako aj prokurátor môžu podať proti trestnému rozkazu odpor na Okresnom súde Vranov nad Topľou, a to do 8 (ôsmich) dní odo dňa jeho doručenia. Proti výroku o náhrade škody, ktorým bola priznaná náhrada škody, môže v rovnakej lehote podať odpor poškodený. Ak poškodený podal odpor, trestný rozkaz sa ruší vo výroku o náhrade škody a sudca uznesením odkáže poškodeného na civilný proces, prípadne na konanie pred iným príslušným orgánom. Okrem poškodeného, môžu obvinený a osoby, ktoré sú oprávnené podať v jeho prospech odvolanie, zúčastnená osoba, ako aj prokurátor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Ak bol odpor podaný v lehote a nebol vzatý späť, kým prokurátor predniesol obžalobu na hlavnom pojednávaní, trestný rozkaz sa ruší. Trestný rozkaz sa stane právoplatným a vykonateľným, ak odpor nebol podaný, uplynutím lehoty na podanie odporu, alebo ak odpor bol vzatý späť, dňom jeho späťvzatia.</w:t>
      </w:r>
    </w:p>
    <w:p/>
    <w:p>
      <w:r>
        <w:t>Zdroj: KAUZIS.SK – https://www.kauzis.sk/judikatura/r/ECLI:SK:OSVT:2026:8825010158.2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