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8P/3/2026 z 12. 2. 2026</w:t>
      </w:r>
    </w:p>
    <w:p>
      <w:r>
        <w:t>Rozsudok Okresného súdu Vranov nad Topľou z 12. februára 2026, sp. zn. 8P/3/2026, ECLI:SK:OSVT:2026:8826200055.2</w:t>
      </w:r>
    </w:p>
    <w:p>
      <w:r>
        <w:t>Súd: Okresný súd Vranov nad Topľou</w:t>
      </w:r>
    </w:p>
    <w:p>
      <w:r>
        <w:t>Spisová značka: 8P/3/2026</w:t>
      </w:r>
    </w:p>
    <w:p>
      <w:r>
        <w:t>ECLI: ECLI:SK:OSVT:2026:8826200055.2</w:t>
      </w:r>
    </w:p>
    <w:p>
      <w:r>
        <w:t>Dátum vydania: 12. 2.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8P/3/2026 8826200055 12. 02. 2026 JUDr. Silvia Šviderská ECLI:SK:OSVT:2026:8826200055.2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rodiny, Vranov nad Topľou, Námestie slobody 5, Vranov nad Topľou, na návrh navrhovateľky: mal. C. B., nar. XX.XX.XXXX, trvale bytom D. XXX/XX, E., zastúpenej matkou: A. B., nar. XX.XX.XXXX, trvale bytom D. XXX/XX, E., za účasti otca maloletého dieťaťa: F. B., nar. XX.XX.XXXX, trvale bytom D. XXX/XX, E., o priznanie rodičovských práv a povinností, t a k t o rozhodol: I. Súd p r i z n á v a maloletej matke C. B., nar. XX.XX.XXXX rodičovské práva a povinnosti vo vzťahu k osobnej starostlivosti o maloletého A. B., nar. XX.XX.XXXX.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https://www.kauzis.sk/judikatura/r/ECLI:SK:OSVT:2026:8826200055.2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