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8P/8/2026 z 24. 2. 2026</w:t>
      </w:r>
    </w:p>
    <w:p>
      <w:r>
        <w:t>Rozsudok Okresného súdu Vranov nad Topľou z 24. februára 2026, sp. zn. 8P/8/2026, ECLI:SK:OSVT:2026:8826200152.2</w:t>
      </w:r>
    </w:p>
    <w:p>
      <w:r>
        <w:t>Súd: Okresný súd Vranov nad Topľou</w:t>
      </w:r>
    </w:p>
    <w:p>
      <w:r>
        <w:t>Spisová značka: 8P/8/2026</w:t>
      </w:r>
    </w:p>
    <w:p>
      <w:r>
        <w:t>ECLI: ECLI:SK:OSVT:2026:8826200152.2</w:t>
      </w:r>
    </w:p>
    <w:p>
      <w:r>
        <w:t>Dátum vydania: 24. 2.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8P/8/2026 8826200152 24. 02. 2026 JUDr. Silvia Šviderská ECLI:SK:OSVT:2026:8826200152.2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rodiny, Vranov nad Topľou, Námestie slobody 5, Vranov nad Topľou, na návrh navrhovateľky: A. C., nar. XX.XX.XXXX, bytom D. XXX/XX, E., za účasti matky: F. C., nar. XX.XX.XXXX, bytom D. XXX/ XX, E., o zverenie maloletého dieťaťa do náhradnej osobnej starostlivosti navrhovateľky, t a k t o rozhodol: I. Súd zveruje maloletého A. B., nar. XX.XX.XXXX do náhradnej osobnej starostlivosti A. C., nar. XX.XX.XXXX, bytom D. XXX/XX, E., ktorá je oprávnená a povinná vykonávať osobnú starostlivosť o maloleté dieťa v rovnakom rozsahu v akom ju vykonáva matka. Právo maloleté dieťa zastupovať a spravovať jeho majetok má iba v bežných veciach. II. Vyživovacia povinnosť matky voči maloletému A. B. určená rozsudkom Okresného súdu Vranov nad Topľou č.k. 6P/211/2017-13 zo dňa 31.10.2017 zostáva nezmenená. III. Žiaden z účastníkov nemá nárok na náhradu trov konania. odôvodnenie: 1. V zmysle § 221 písm. a) CSP, písomné vyhotovenie rozsudku nemusí obsahovať odôvodnenie, ak je na pojednávaní vyhlásený rozsudok za prítomnosti všetkých strán alebo ich zástupcov, ktorí sa vzdajú odvolania. Poučenie: Proti tomuto rozhodnutiu odvolanie nie je prípustné, pretože účastníci konania sa po jeho vyhlásení vzdali práva odvolania a rozhodnutie nadobudne právoplatnosť dňom jeho doručenia.</w:t>
      </w:r>
    </w:p>
    <w:p/>
    <w:p>
      <w:r>
        <w:t>Zdroj: KAUZIS.SK – https://www.kauzis.sk/judikatura/r/ECLI:SK:OSVT:2026:8826200152.2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