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8P/18/2026 z 24. 3. 2026</w:t>
      </w:r>
    </w:p>
    <w:p>
      <w:r>
        <w:t>Rozsudok Okresného súdu Vranov nad Topľou z 24. marca 2026, sp. zn. 8P/18/2026, ECLI:SK:OSVT:2026:8826200340.3</w:t>
      </w:r>
    </w:p>
    <w:p>
      <w:r>
        <w:t>Súd: Okresný súd Vranov nad Topľou</w:t>
      </w:r>
    </w:p>
    <w:p>
      <w:r>
        <w:t>Spisová značka: 8P/18/2026</w:t>
      </w:r>
    </w:p>
    <w:p>
      <w:r>
        <w:t>ECLI: ECLI:SK:OSVT:2026:8826200340.3</w:t>
      </w:r>
    </w:p>
    <w:p>
      <w:r>
        <w:t>Dátum vydania: 24.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8P/18/2026 8826200340 24. 03. 2026 JUDr. Silvia Šviderská ECLI:SK:OSVT:2026:8826200340.3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 Vranov nad Topľou, Námestie slobody 5, Vranov nad Topľou, za účasti rodičov: C. B., nar. XX.XX.XXXX a D. B., nar. XX.XX.XXXX, obaja bytom E. XXX/X, F. C. G., o nariadenie ústavnej starostlivosti, t a k t o rozhodol: I. N a r i a ď u j e ústavnú starostlivosť u maloletého A. B., nar. XX.XX.XXXX, ktorá sa bude vykonávať v H. I. E. J. K. I., I. X, I.. II. Rodičia sú p o v i n n í platiť výživné na maloleté dieťa, každý z nich vo výške 30% zo sumy živného minima na nezaopatrené neplnoleté dieťa podľa osobitného predpisu, vždy do 30.dňa toho ktorého mesiaca vopred na účet Centra pre deti a rodiny Prešov.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podať odvolanie a rozhodnutie nadobudne právoplatnosť dňom jeho doručenia. Ak nebude povinnosť uložená týmto rozhodnutím splnená v stanovenej lehote, možno sa jej splnenia domáhať návrhom na vykonanie exekúcie podľa osobitného zákona.</w:t>
      </w:r>
    </w:p>
    <w:p/>
    <w:p>
      <w:r>
        <w:t>Zdroj: KAUZIS.SK – https://www.kauzis.sk/judikatura/r/ECLI:SK:OSVT:2026:8826200340.3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