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7P/25/2026 z 22. 4. 2026</w:t>
      </w:r>
    </w:p>
    <w:p>
      <w:r>
        <w:t>Rozsudok Okresného súdu Vranov nad Topľou z 22. apríla 2026, sp. zn. 7P/25/2026, ECLI:SK:OSVT:2026:8826200429.2</w:t>
      </w:r>
    </w:p>
    <w:p>
      <w:r>
        <w:t>Súd: Okresný súd Vranov nad Topľou</w:t>
      </w:r>
    </w:p>
    <w:p>
      <w:r>
        <w:t>Spisová značka: 7P/25/2026</w:t>
      </w:r>
    </w:p>
    <w:p>
      <w:r>
        <w:t>ECLI: ECLI:SK:OSVT:2026:8826200429.2</w:t>
      </w:r>
    </w:p>
    <w:p>
      <w:r>
        <w:t>Dátum vydania: 22. 4.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7P/25/2026 8826200429 22. 04. 2026 JUDr. Martina Melníková ECLI:SK:OSVT:2026:8826200429.2</w:t>
      </w:r>
    </w:p>
    <w:p>
      <w:r>
        <w:t>ROZSUDOK V MENE SLOVENSKEJ REPUBLIKY Okresný súd Vranov nad Topľou sudcom JUDr. Martinou Melníkovou v právnej veci starostlivosti súdu o maloletých: 1. A. B., nar. XX.XX.XXXX, bytom A. C. XX, okr. C. D. E., X. F. B., nar. XX.XX.XXXX,bytom A. C. XX, okr. C. D. E., X. F. B., nar. XX.XX.XXXX, bytom A. C. XX, okr. Vranov and Topľou, 4. G. B., nar. XX.XX.XXXX, bytom A. C. XX, okr. C. D. E., X. H. B., nar. XX.XX.XXXX, bytom A. C. XX, okr. C. D. E., X. I. B., nar. XX.XX.XXXX, bytom A. C. XX, okr. C. D. E., t.č. deti v Centre pre deti a rodiny Vranov nad Topľou, J. XX/X, XXX XX C. D. E., zastúpené kolíznym opatrovníkom: Úrad práce, sociálnych vecí a rodiny Vranov nad Topľou, oddelenie SPO detí a sociálnej kurately, Námestie slobody 5, 093 01 Vranov nad Topľou, detí rodičov matky: K. B., nar. XX.XX.XXXX, bytom A. C. XX, okr. C. D. E. a otca: L. B., nar. XX.XX.XXXX, bytom A. C. XX, okr. C. D. E., o nariadenie výchovného opatrenia, takto rozhodol: I. Nariaďuje sa výchovné opatrenie, a to súd dočasne o d n í m a maloleté deti A., nar. XX.XX.XXXX, F., nar. XX.XX.XXXX, F., nar. XX.XX.XXXX, G., nar. XX.XX.XXXX, H., nar. XX.XX.XXXX a I., nar. XX.XX.XXXX Karchňakové z osobnej starostlivosti rodičov K. B., nar. XX.XX.XXXX a L. B., nar. XX.XX.XXXX a nad maloletými deťmi sa nariaďuje pobyt v Centre pre deti a rodiny Vranov nad Topľou, ulica M. J. XX/X, C. D. E. na dobu najdlhšie 6 mesiacov od právoplatnosti tohto rozsudku za účelom zabezpečenia úpravy rodinných a sociálnych pomerov maloletých detí. II. Z r u š u j e sa neodkladné opatrenie nariadené uznesením Okresného súdu Vranov nad Topľou číslo konania 7PPOm/2/2025 zo dňa 27.11.2025 s účinnosťou od právoplatnosti tohto rozsudku. III. Žiaden z účastníkov n e m á nárok na náhradu trov konania. odôvodnenie: 1. Tunajší súd uznesením č.k. 7P/25/2026 zo dňa 13.03.2026 začal bez návrhu konanie o uloženie výchovného opatrenia podľa § 37 ods. 3 písm. b) zákona č. 36/2005 Z.z. o rodine a o zmene a doplnení niektorých zákonov, a to na základe podnetu Úradu práce, soc. vecí a rodiny Vranov nad Topľou z dôvodu, že rodičmi maloletých detí sú K. B., nar. XX.X.XXXX a L. B., nar. XX.X.XXXX, obaja bytom A. C. XX. Rodina je v evidencií ich oddelenia od roku 2017 na základe hlásenia pediatra maloletých detí, L. D. L.. V rodine sú pravidelné vykonávané opatrenia v zmysle zákona 305/2005 Z.z. o sociálnoprávnej ochrane detí a o sociálnej kuratele a o zmene a doplnení niektorých zákonov v zmysle neskorších predpisov. Do spolupráce s rodinou je zapojené aj Centrum pre deti a rodiny Vranov nad Topľou, ktoré v rodine vykonáva odbornú metódu práce. Poslednými návštevami v rodine všetkých zainteresovaných subjektov pred umiestnením maloletých detí do Centra boli v rodine zistené závažné nedostatky, ktoré ohrozovali maloleté deti na priaznivom psychickom, fyzickom a sociálnom vývine. Vzhľadom k zisteniam bol začatý proces zo strany sociálnoprávnej ochrany detí a sociálnej kurately Vranov nad Topľou vyňatia maloletých detí z prirodzeného rodinného prostredia a ich nasledovné umiestnenie v Centre pre deti a rodiny. Dňa 26.11.2025 orgán sociálnoprávnej ochrany detí a sociálnej kurately</w:t>
      </w:r>
    </w:p>
    <w:p>
      <w:r>
        <w:t>Vranov nad Topľou prijal telefonické oznámenie zo strany starostky obce, N. G. M. o tom, že rodičia maloletých detí dnes navštívili obecný úrad so skutočnosťou, že strecha príbytku sa prepadla. Príbytok rodiny bol neobývateľný a maloleté deti ostali bez strechy nad hlavou. Maloleté deti boli ohrozené na zdraví a živote. Nikto z blízkych príbuzných nebol schopný zabezpečiť starostlivosť maloletým deťom, či pomoc celej rodine. Z tohto dôvodu bolo nevyhnuté okamžite riešiť situáciu v rodine a to vyňatím maloletých detí z ich prirodzeného rodinného prostredia a ich následné umiestnené v Centre pre deti a rodiny. Maloleté deti boli neodkladným opatrením dočasne umiestnené v Centre pre deti a rodiny C. D. E., J. M. J. XX/X uznesením Okresného súdu Vranov nad Topľou sp. zn. 7PPOm/2/2025 zo dňa 27.11.2025, ktoré nadobudlo vykonateľnosť 27.11.2025 a právoplatnosť 17.12.2025 a to na dobu najdlhšie šiestich mesiacov od vykonateľnosti uznesenia. Maloleté deti boli do Centra pre deti a rodiny prijaté ešte v ten istý deň a to 26.11.2025. Maloleté deti sú toho času plne adaptované na režim Centra pre deti a rodiny a vo vývine napredujú. Rodičia maloleté deti v Centre osobne navštevujú a telefonicky kontaktujú. Po umiestnení maloletých detí rodičia odišli z I. A. C. a toho času sa zdržiavajú v I. M., kde ich prichýlili matkini príbuzní. Obaja rodičia sú nezamestnaní a v hľadaní vhodného zamestnania pasívni, aj keď verbálne deklarujú, že otec detí si chce nájsť prácu. Príbytok v I. A. C. je čiastočne opravený, avšak naďalej neobývateľný. Rodičia neprejavujú snahu o úpravu rodinných, bytových a sociálnych pomerov, ktorých účelom je sanácia rodinného prostredia a možný návrat maloletých detí do prirodzeného rodinného prostredia. 2. Súd vykonal dokazovanie oboznámením sa s podnetom, pripojeným spisom tunajšieho 7PPOm/2/2025, rodnými listami maloletých detí, správou Úradu práce, sociálnych vecí a rodiny Vranov nad Topľou zo dňa 20.03.2026, správou I. M. zo dňa 26.03.2026, správou kolízneho opatrovníka zo dňa 14.04.2026, správou Centra pre deti a rodiny Vranov nad Topľou zo dňa 16.04.2026, správou I. A. C., výpoveďami účastníkov konania a zistil nasledujúci skutkový stav. 3. Z pripojeného spisu tunajšieho súdu sp.zn. 7PPOm//2/2025 je zrejmé, že súd uznesením zo dňa 27.11.2025 nariadil neodkladné opatrenie, ktorým nariadil zverenie maloletých detí a to maloletej A. B., nar. XX.XX.XXXX, F. B., nar. XX.XX.XXXX, F. B., nar. XX.XX.XXXX, G. B., nar. XX.XX. XXXX, H. B., nar. XX.XX.XXXX a I. B., nar. XX.XX.XXXX do Centra pre deti a rodiny vo C. D. E., najdlhšie na obdobie 6 mesiacov od vykonateľnosti tohto uznesenia. Toto uznesenie nadobudlo vykonateľnosť dňa 27.11.2025. Z obsahu tohto neodkladného opatrenia súd mal zato, že bolo potrebné bezodkladne upraviť pomer na strane maloletých detí, nakoľko na príbytku, kde bývali, sa prepadla strecha a deti nemali kde bývať. 4. Z rodných listov maloletých detí vyplýva, že sa narodili z rodičov L. B., nar. XX.XX.XXXX a K. B., nar. XX.XX.XXXX. 5. Zo správy Úradu práce, sociálnych vecí a rodiny Vranov nad Topľou zo dňa 20.03.2026 vyplýva, že otec maloletých detí nie je vedený ako uchádzač o zamestnanie, naposledy bol vedený v roku 2024. Z úradu nepoberá žiadne dávky ani príspevky. V roku 2024 bol vyradený z dôvodu, že sa nedostavil na úrad v stanovený termín. Matka maloletých detí si dňa 17.03.2026 podala žiadosť o zaradenie do evidencie uchádzačov o zamestnanie. Z úradu nepoberá žiadne dávky ani príspevky. 6. I. M. v správe zo dňa 26.03.2026 súdu uviedla, že v ich obci rodičia nemajú vytvorené podmienky na to, aby mal. deti mohli byť vrátené z Centra pre deti a rodiny do starostlivosti rodičov. Zdržiavajú sa v I. M. v obecnom nájomnom byte na súpisnom čísle 157/5, kde nemajú ani trvalý, ani prechodný pobyt. V tomto nájomnom byte bývajú rodičia a dvaja bratia matky maloletých detí spolu so svojimi manželkami a deťmi. Zdržiavajú sa v obecnom byte nižšieho štandardu o výmere 64m2, ktorý pozostáva z dvoch obytných miestností, kuchyne, kúpeľne s WC a predsiene. 7. I. A. C. súdu dňa 20.04. 2026 doručila správu, v ktorej k rodičom mal. detí uviedla, že rodičia nemajú vytvorené vhodné bytové podmienky, aby deti mohli byť vrátené do starostlivosti rodičov. Rodičia donedávna bývali v I. M., približne pred necelým týždňom sa vrátili naspäť do miesta trvalého pobytu I. A. C.. V mieste trvalého pobytu žijú v zlých bytových podmienkach v priestore rodinného domu spolu s dvoma bratmi p. L. B. a ich rodinami. Rodičia nemajú žiaden príjem. Na základe uvedeného vzhľadom na tieto miestne pomery rodičov neodporúčajú navrátenie detí späť do starostlivosti rodičov. 8. Zo správy kolízneho opatrovníka zo dňa 14.04.2026 vyplýva, že rodičia maloletých detí a ich rodina je vedená v ich evidencii od roku 2017 na základe hlásenia pediatra mal. L. D. L.. V rodine sa pravidelne</w:t>
      </w:r>
    </w:p>
    <w:p>
      <w:r>
        <w:t>vykonávajú opatrenia v zmysle zákona č. 305/2005. Do spolupráce s rodinou je zapojené aj Centrum pre deti a rodiny vo Vranove nad Topľou, kde v rodine vykonávajú odbornú metódu práce. Dňa 26.11.2025 prijali telefonické oznámenie zo strany starostky obce o tom, že rodičia maloletých detí navštívili obecný úrad so skutočnosťou, že sa im prepadla strecha. Príbytok rodiny bol neobývateľný a maloleté deti ostali bez strechy nad hlavou. Maloleté deti boli ohrozené na zdraví a živote. Nikto z príbuzných nebol schopný zabezpečiť starostlivosť maloletým deťom, či pomoc celej rodine. Z tohto dôvodu bolo nevyhnutné okamžite riešiť situáciu v rodine a to vyňatím maloletých detí z ich prirodzeného rodinného prostredia a ich následné umiestnené v Centre pre deti a rodiny, kde boli deti umiestnené na základe neodkladného opatrenia súdu zo dňa 27.11.2025 sp.zn. 7PPOm/2/2025. Deti boli prijaté do Centra pre deti a rodiny už 26.11.2025. Deti sú toho času plne adaptované na režim Centra pre deti a rodiny. V tomto Centre napredujú. Centrum hodnotí správanie maloletých detí ako veľmi dobré a bezproblémové. Rodičia maloleté deti v Centre navštevujú a telefonicky kontaktujú. Po umiestnení detí odišli z I. A. C., zdržiavali sa v I. M. u príbuzných. Vrátili sa do I. A. C.. Opravili si strechu príbytku, ktorú spolufinancovala aj obec. Rodičia sú naďalej nezamestnaní, v hľadaní vhodného zamestnania sú pasívni, aj keď verbálne deklarujú, že otec detí chce si nájsť prácu. Aj keď si rodičia maloletých detí opravili svoj príbytok, tohto času nie je v záujme maloletých detí návrat do prirodzeného rodinného prostredia, nakoľko rodičia sú nezamestnaní a ich celková ekonomická situácia je nepriaznivá, je potrebné rodičov viesť k rodičovským zručnostiam, ktoré v súčasnosti sú nedostatočné, a preto orgán sociálnoprávnej ochrany detí a sociálnej kurately Vranov nad Topľou odporúčal Centru vykonávanie odbornej metódy práce na zlepšenie situácie v rodine v zmysle zákona 305/2005. 9. Zo správy Centra pre deti a rodiny Vranov nad Topľou zo dňa 16.04.2026 vyplýva, že maloleté deti boli do ich Centra prijaté na základe neodkladného opatrenia, nakoľko nikto z príbuzných nebol schopný a ochotný zabezpečiť deťom starostlivosť. Deti prišli do Centra uzimené, niektoré nachladené a neprimerane oblečené vzhľadom k počasiu. Boli ufúľané, mladšie deti mali hnidy vo vlasoch. Po základnej hygienickej očiste dostali deti čisté šatstvo a navečerali sa. Medzi súrodencami bolo od začiatku zjavné, že majú medzi sebou pekné vzťahy, staršie deti sa starali o mladšie, hrali sa spolu, túlili sa k sebe. Pomáhali si navzájom. Aj keď niekam spolu išli, vždy sa držali za ruky. Deti absolvovali druhý deň po príchode zdravotnú prehliadku u pediatra. Rodičia sa o svoje deti intenzívne zaujímali hneď po ich umiestnení do Centra. Prichádzali na dohodnuté návštevy, matka aktívne kontaktovala sociálnu pracovníčku aj samotné deti na skupine. Na osobnú návštevu rodičia zvyknú deťom doniesť sladkosti a džúsy, ozdoby do vlasov pre dievčatá. Počas návštev sa matka zaujíma o svoje detí, informuje sa na ich zdravotný stav, návštevu škôl, či sa dobre správajú, ako sa majú. Otec prevažne verbalizuje, že si nájde prácu a potom opraví príbytok. Pomôcť im v tom mali príbuzní zo strany matky. V decembri 2025 rodičia odišli bývať k matkiným príbuzným do I. M.. Do A. C. sa vrátili v marci 2026. Deti citlivo vnímajú situáciu s bývaním, počas návštev sa na to rodičov pýtajú. Hlavne najstaršia A. očakáva skorý návrat domov. Deti sa v Centre cítia dobre, avšak túžia byť s rodičmi. Rodičia svoje deti navštevovali v dňoch 09.12.2025, 17.12.2025, 16.01.2026, 17.03.2026 a 15.04.2026. Telefonicky sa informovali v dňoch: 12.12.2025, 18.12.2025, 22.12.2025, 02.01.2026, 08.01.2026, 22.01.2026., 27.01.2026, 29.01.2026 a 17.02.2026. Okrem týchto telefonátov kontaktovali svoje deti ešte priamo na skupine, kde sú umiestnené a rozprávali sa s deťmi (cca 25 x od umiestnenia). Dňa 09.12.2025 navštívila deti aj starostka I. A. C., doniesla im Mikulášske balíčky, družne sa s nimi rozprávala. Deti spomínali, čo spolu zažili, kým boli doma. Dňa 09.12.2025 sa konala prípadová konferencia vo veci mal. detí. Rodičia čiastočne splnili im zadané úlohy z prípadovej konferencie. Aktívne kontaktovali a navštevovali svoje deti v Centre a za pomoci obce si čiastočne opravili svoj príbytok. Aktuálne si ho zariaďujú vhodným nábytkom. Rodičia doposiaľ nikde nepracujú. Otec si privyrába príležitostnými prácami v susednej obci, čo zatiaľ nie je dostačujúci príjem na zabezpečenie základných potrieb rodiny a prípadný návrat detí do domáceho prostredia. 10. Matka maloletých detí vo svojej výpovedi na pojednávaní uviedla, že toho času už majú nachystaný príbytok na to, aby deti mohli bývať v tejto domácnosti. Príbytok je rozdelený na dve samostatné miestnosti. V jednej býva ona s manželom, kde majú pre seba posteľ. V ďalšej miestnosti sú tri postele pre deti. Pre deti zabezpečila šaty a hygienické potreby a to z financií od svojich rodičov, ktorí poberajú starobné dôchodky. Ďalej jej finančne pomáhať nebudú, pretože majú výdavky na lieky. V prípade, že by pre deti niečo potrebovala, zatelefonuje svojmu bratovi, ktorý býva v obci M., ktorý by veci potrebné pre deti jej doniesol. Tento pracuje iba na aktivačných prácach v I. M. a má dve maloleté deti. Nie je pravdou, že deti boli do Centra prijaté v nevhodnom oblečení a nachladené. Deti mali dostatok oblečenia, avšak boli v strese a následkom toho prejavovali známky ochorenia. V domácnosti majú piecku, kde sú budú topiť aj variť. Nebadali, že hrozí spadnutie strechy. Na opravu strechy dostali financie od obce.</w:t>
      </w:r>
    </w:p>
    <w:p>
      <w:r>
        <w:t>Toho času nemá žiaden príjem, nepoberá rodinné prídavky ani dávku v hmotnej núdzi. Chce, aby sa deti vrátili domov. Potreby pre deti bude hradiť z príjmu manžela, ktorý pracuje brigádnicky. Zváža drevo z lesa, a má za každý deň príjem 50 eur. Jej manžel sa nevie nikde zamestnať, nakoľko nevie čítať ani písať. Deti si pravidelne plnili školskú dochádzku, chystala im aj desiatu. Príbytok neopravovali, nakoľko potrebovali financie pre deti. 11. Otec maloletých detí vo svojej výpovedi na pojednávaná uviedol, že vedel, že strechu bolo potrebné opraviť, ale nemali peniaze opravu. Teraz už peniaze má z práce zvážania dreva. Toho času nie je evidovaný ako uchádzač o zamestnanie, nakoľko najprv zaevidoval manželku, a potom sa zaeviduje on. V domácnosti majú zavedenú vodu zo studne, elektrinu. Na piecke si topia a varia. Dcéra A. opakovala ročník, a F. bola preradená do Špeciálnej základnej školy. Z financií, ktoré zarobil a aj taktiež z financií rodičov jeho manželky zakúpili potrebné veci pre deti ako aj skrine. Podľa neho budú vedieť všetko finančne zvládnuť. 12. Zástupca Centra pre deti a rodiny na pojednávaní uviedol, že má za to, že naďalej je v záujme maloletých detí, aby ešte prebiehalo výchovné opatrenie, nakoľko ešte nie je preverená spôsobilosť rodičov na to, či budú schopní sa o deti postarať. Deti ešte neboli doma na pobyte, ktorý by bolo potrebné najprv vyskúšať. V rámci pobytu v Centre budú môcť absolvovať ešte odborné vyšetrenia, pretože u mal. G. a mal. I. je podozrenie, že majú slabší sluch. Taktiež je potrebné preukázať, že rodičia si osvojili rodičovské zručnosti. 13. Rodičia maloletých detí s návrhom zástupcu Centra najprv overiť rodičovské zručnosti krátkymi pobytmi detí v domácom prostredí súhlasili. 14. Kolízny opatrovník mal za to, že je potrebné uložiť výchovné opatrenie vzhľadom na zistený skutkový stav. 15. Podľa § 37 ods. 1 Zákona č. 36/2005 Z.Z. o rodine a o zmene a doplnení niektorých zákonov ( ďalej len „ Zákon o rodine“), nevhodné správanie sa detí, ako aj porušovanie povinností rodičov, vyplývajúcich z ich rodičovských práv a povinností, alebo zneužívanie ich práv môže každý oznámiť orgánu sociálnoprávnej ochrany detí, obci alebo súdu. Rovnako môže každý oznámiť tomuto orgánu, obci alebo súdu skutočnosť, že rodičia nemôžu plniť povinnosti vyplývajúce z rodičovských práv a povinností. 16. V zmysle § 37 ods. 2 Zákona o rodine, ak je to potrebné v záujme maloletého dieťaťa, súd môže rozhodnúť o uložení týchto výchovných opatrení: a) vhodným spôsobom napomenie maloleté dieťa, jeho rodičov a iné fyzické osoby, ktoré svojím správaním ohrozujú alebo narušujú jeho riadnu výchovu, b) určí nad výchovou maloletého dieťaťa dohľad; dohľad vykonáva najmä za súčinnosti orgánu sociálnoprávnej ochrany detí, obce, školy, neštátnych subjektov a zariadenia, v ktorom je maloleté dieťa umiestnené, c) uloží maloletému dieťaťu obmedzenie v rozsahu potrebnom na predchádzanie a zabraňovanie škodlivým vplyvom, ktoré môžu ohroziť alebo narušiť jeho priaznivý vývin; dodržiavanie uloženého obmedzenia sleduje najmä za súčinnosti obce, d) uloží maloletému dieťaťu a jeho rodičom povinnosť podrobiť sa sociálnemu poradenstvu alebo inému odbornému poradenstvu. 17. Podľa § 37 ods. 3 Zákona o rodine, 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 45 alebo § 48, budúcich osvojiteľov, ktorým bolo maloleté dieťa zverené do starostlivosti podľa § 103, osvojiteľov alebo poručníka, ktorý sa o maloleté dieťa osobne stará, a nariadi maloletému dieťaťu na účely a) zabezpečenia odbornej diagnostiky pobyt v zariadení, ktoré vykonáva odbornú diagnostiku, najdlhšie na šesť mesiacov, b) zabezpečenia odbornej pomoci maloletému dieťaťu alebo zabezpečenia úpravy rodinných a sociálnych pomerov maloletého dieťaťa pobyt v zariadení najdlhšie na šesť mesiacov,</w:t>
      </w:r>
    </w:p>
    <w:p>
      <w:r>
        <w:t>c) zabezpečenia resocializácie drogových a iných závislostí pobyt v zariadení, ktoré vykonáva resocializačné programy pre drogovo a inak závislých. 18. V zmysle § 37 ods. 5 a 6 Zákona o rodine, ak je to potrebné v záujme maloletého dieťaťa, súd môže výchovné opatrenie podľa odseku 3 uložiť aj vtedy, ak jeho uloženiu nepredchádzalo výchovné opatrenie podľa odseku 2. Ak súd rozhodne o uložení výchovných opatrení podľa odseku 3, môže ich vhodne a účelne spájať s výchovnými opatreniami uvedenými v odseku 2. 19. Podľa § 37 ods. 7 a 8 Zákona o rodine, súd sleduje vykonávanie výchovných opatrení najmä v súčinnosti s orgánom sociálnoprávnej ochrany detí, obcou, neštátnym subjektom a s príslušným zariadením. Súd hodnotí účinnosť výchovného opatrenia priebežne tak, aby pred uplynutím obdobia, ktoré uviedol v rozhodnutí o jeho uložení, zhodnotil splnenie účelu výchovného opatrenia. Súd zruší výchovné opatrenie, ak splnilo svoj účel. Ak je to v záujme maloletého dieťaťa, môže súd rozhodnúť o opakovanom uložení výchovného opatrenia alebo o uložení iného vhodného výchovného opatrenia. Ak súd na základe zhodnotenia účinnosti výchovného opatrenia rozhoduje o opakovanom uložení výchovného opatrenia podľa odseku 3 alebo o uložení iného vhodného výchovného opatrenia podľa odseku 3 alebo o nariadení ústavnej starostlivosti podľa § 54, môže dočasne upraviť pomery maloletého dieťaťa do právoplatnosti rozhodnutia. 20. Systém výchovných opatrení je budovaný systematicky od miernejších zásahov k vážnejším zásahom. Hmotnoprávnou podmienkou uloženia výchovného opatrenia je, že to vyžaduje záujem dieťaťa. 21. V danom prípade vykonaným dokazovaním dospel súd k záveru, že na strane rodičov v danom čase nie sú vytvorené vhodné podmienky na to, aby deti boli navrátené do domáceho prostredia. Šetrením pomerov bolo zistené, že strecha na príbytku síce bola opravená, ale z finančných prostriedkov poskytnutých obcou. Rodičia neboli schopní sami si zabezpečiť príjem na opravu tejto strechy. Toho času rodičia maloletých detí nemajú prácu, nepoberajú žiadne dávky a teda nemajú príjem, z ktorého by vedeli zabezpečiť starostlivosť o maloleté deti. Potreby detí a domácnosti nie je možné hradiť za pomoci ostatných rodinných príslušníkov, pretože to je v prvom rade povinnosť rodičov. Aj samotní rodičia uviedli, že ďalej sa na túto pomoc už nemôžu spoliehať. Otec síce uviedol, že pracuje brigádnicky a to tak, že zváža drevo z lesa, avšak súdu nepredložil žiadnu dohodu, z ktorej by bolo zrejmé, akú odmenu dostáva. Nebolo možné overiť, že táto odmena je dostatočná pre potreby detí a domácnosti. Naviac ide len o sezónnu prácu, ktorá sa nevykonáva počas celého roka. V ďalšom mal súd zo správy Centra pre deti a rodiny za preukázané, že deti prišli do Centra slabo oblečené a choré. Matka uviedla, že deti neboli dostatočne oblečené v dôsledku stresu z danej situácie a preto boli na chladené. Aj touto situáciou je preukázané, že práve v stresových situáciách rodičia nevedeli správne a dostatočne zareagovať. Je vysoko nepravdepodobné, že by deti boli v tak krátkom čase sa nachladili. Rodičia nedostatočne pristupovali k svojej rodičovskej zodpovednosti, keď nedostatočne kontrolovali svoje obydlie, v dôsledku čoho sa prepadla strecha. 22. Nateraz súd nemal za preukázané, že rodičia majú vytvorené také materiálne a sociálne podmienky, aby mohli deťom zabezpečiť všetku potrebnú starostlivosť, a to nielen čo sa týka bývania, ale aj v každodenných potrieb, a to strava, ošatenie, hygiena a iné. Musia preukázať, že nie len pre krátky čas budú vedieť zabezpečiť deťom starostlivosť, ale že budú mať vytvorené podmienky a prostriedky na dlhodobú a stabilnú starostlivosť pre deti. 23. Vzhľadom k vyššie uvedenému mal súd za to, že umiestnenie maloletých detí v Centre pre deti a rodiny je v momentálnej situácii v ich najlepšom záujme. V centre detí, prospievajú, absolvovali aj odborné vyšetrenia, pravidelne navštevujú školské a predškolské zariadenia a taktiež ich zdravotný stav je dobrý. Aj keď zo strany detí je záujem sa čo najrýchlejšie vrátiť k rodičom, podľa názoru súdu na to v danom čase nie sú splnené potrebné a vhodné podmienky. Rodičia súhlasili s tým, že je potrebné overiť ich rodičovské zručnosti a to tak, že deti budú púšťané do domáceho pobytu na krátku dobu. 24. Vzhľadom k vyššie uvedenému súd nariadil výchovné opatrenie v zmysle výroku tohto rozsudku. Účinnosť uloženého výchovného opatrenia súd hodnotí v spolupráci s orgánom sociálnoprávnej ochrany detí, obce, školy, aj neštátnych subjektov a zariadení. V prípade, ak dôjde k pozitívnej úprave rodinných pomerov a výchovné opatrenie splní sledovaný účel, rozhodnutie súd zruší.</w:t>
      </w:r>
    </w:p>
    <w:p>
      <w:r>
        <w:t>25. Keďže vo veci samej súd rozhodol rozsudkom, zároveň zrušil neodkladné opatrenie nariadené uznesením Okresného súdu Vranov nad Topľou číslo konania 7PPOm/2/2025 zo dňa 27.11.2025 s účinnosťou od právoplatnosti tohto rozsudku podľa § 367 ods. 7 Civilného mimo sporového poriadku, podľa ktorého súd zruší neodkladné opatrenie, ak sa zmenia pomery alebo, ak odpadli dôvody, pre ktoré bolo nariadené. 26. O trovách konania bolo rozhodnuté podľa § 52 zákona č. 161/2015 Z.z. Civilného mimosporového poriadku, v zmysle ktorého žiaden z účastníkov nemá nárok na náhradu trov konania, ak tento zákon neustanovuje inak. Poučenie: Proti tomuto rozsudku je prípustné odvolanie do 15 dní odo dňa jeho doručenia na Krajský súd v Prešove prostredníctvom tunajšieho súdu.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CSP)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w:t>
      </w:r>
    </w:p>
    <w:p/>
    <w:p>
      <w:r>
        <w:t>Zdroj: KAUZIS.SK – https://www.kauzis.sk/judikatura/r/ECLI:SK:OSVT:2026:8826200429.2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