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Okresného súdu Vranov nad Topľou sp. zn. 5Csp/33/2026 z 18. 6. 2026</w:t>
      </w:r>
    </w:p>
    <w:p>
      <w:r>
        <w:t>Rozsudok Okresného súdu Vranov nad Topľou z 18. júna 2026, sp. zn. 5Csp/33/2026, ECLI:SK:OSVT:2026:8826200699.2</w:t>
      </w:r>
    </w:p>
    <w:p>
      <w:r>
        <w:t>Súd: Okresný súd Vranov nad Topľou</w:t>
      </w:r>
    </w:p>
    <w:p>
      <w:r>
        <w:t>Spisová značka: 5Csp/33/2026</w:t>
      </w:r>
    </w:p>
    <w:p>
      <w:r>
        <w:t>ECLI: ECLI:SK:OSVT:2026:8826200699.2</w:t>
      </w:r>
    </w:p>
    <w:p>
      <w:r>
        <w:t>Dátum vydania: 18. 6. 2026</w:t>
      </w:r>
    </w:p>
    <w:p>
      <w:r>
        <w:t>Forma: Rozsudok</w:t>
      </w:r>
    </w:p>
    <w:p>
      <w:r>
        <w:t>Oblasť práva: Občianske právo</w:t>
      </w:r>
    </w:p>
    <w:p>
      <w:pPr>
        <w:pStyle w:val="Heading2"/>
      </w:pPr>
      <w:r>
        <w:t>Text rozhodnutia</w:t>
      </w:r>
    </w:p>
    <w:p>
      <w:r>
        <w:t>Súd: Spisová značka: Identifikačné číslo súdneho spisu: Dátum vydania rozhodnutia: Meno a priezvisko sudcu, VSÚ: ECLI:</w:t>
      </w:r>
    </w:p>
    <w:p>
      <w:r>
        <w:t>Okresný súd Vranov nad Topľou 5Csp/33/2026 8826200699 18. 06. 2026 JUDr. Matúš Kalanin ECLI:SK:OSVT:2026:8826200699.2</w:t>
      </w:r>
    </w:p>
    <w:p>
      <w:r>
        <w:t>ROZSUDOK V MENE SLOVENSKEJ REPUBLIKY Okresný súd Vranov nad Topľou sudcom JUDr. Matúšom Kalaninom v spore žalobcu: Všeobecná úverová banka, a.s.; skrátený názov: VÚB, a.s. so sídlom Mlynské nivy 1, 829 90 Bratislava, IČO: 31 320 155, zastúpený: Advokátska kancelária Gallo, s.r.o. so sídlom Jilemnického 4012/30, 036 01 Martin, IČO: 36 715 352, proti žalovanému: A. B., nar. XX. XX. XXXX, trvale bytom C. XXX, XXX XX C., o zaplatenie 563,62 eur s príslušenstvom, takto rozhodol: Žalovaný je povinný zaplatiť žalobcovi sumu vo výške 563,62 eur spolu s úrokom z omeškania vo výške 5% ročne zo sumy 469,70 eur od 20.4.2024 do zaplatenia, zo sumy 93,92 eur od 21.4.2024 do zaplatenia, a to všetko mu povoľuje uhradiť v 50-eurových mesačných splátkach, splatných vždy každého 25-teho dňa toho, ktorého mesiaca k rukám žalobcu, začínajúc právoplatnosťou tohto rozsudku, pod následkami straty výhody splátok. V prevyšujúcej časti žalobu žalobcu zamieta. Žalobcovi priznáva proti žalovanému nárok na náhradu trov konania v rozsahu 100% s tým, že o výške náhrady trov konania rozhodne súd prvej inštancie po právoplatnosti rozhodnutia, ktorým sa konanie končí, samostatným uznesením. odôvodnenie: 1. Žalobca sa žalobou podanou na tunajšom súde dňa 17.4.2026 domáhal voči žalovanému zaplatenia sumy 563,62 eur spolu s úrokom z omeškania vo výške 5 % ročne od 20.4.2024 do zaplatenia a náhrady trov konania. 2. Svoju žalobu odôvodnil tým, že žalobca a žalovaný uzatvorili spolu dňa 5.6.2023 zmluvu o pôžičke č. 21805689/1000363257(ďalej len „Zmluva“), na základe ktorej poskytol žalobca žalovanému úver vo výške 939,40 eur. Termín konečnej splatnosti úveru bol zmluvnými stranami dohodnutý na 20.4.2024. Podľa zmluvy mal žalovaný splácať úver v pravidelných 10 mesačných splátkach v sume 93,94 eur, a to až do celkovej sumy úveru vo výške 939,40 eur. Žalovaný uhradil z vyššie uvedenej zmluvy sumu 375,76 eur. Vzhľadom na to, že žalovaný porušil svoju povinnosť splácať poskytnutý úver, resp. jednotlivé povinné splátky riadne a včas t. j. v súlade so Zmluvou a podmienkami k zmluve, Žalobca listom zo dňa 23.1.2024 – Predžalobná upomienka, vyzval žalovaného k úhrade dlžných splátok, na čo poskytol žalovanému dodatočnú lehotu na plnenie viac než 30 dní. Súčasne žalobca žalovaného upozornil, že ak nedôjde aspoň k úhrade najstaršej omeškanej splátky, žalobca bude oprávnený úver zosplatniť. Žalovaný ani v dodatočne poskytnutej lehote dlžné splátky neuhradil. Ku dňu podania žaloby bolo splatných 10 splátok úveru (10 x 93,94 eur = 939,40 eur), pričom žalovaný doposiaľ vykonal úhrady vo výške 375,76 eur. Žalobca si touto žalobou uplatňuje nepremlčané a splatné splátky úveru v celkovej výške 563,62 eur, čo zodpovedá splátkam splatným v období od 20.11.2023 do 20.4.2024 .</w:t>
      </w:r>
    </w:p>
    <w:p>
      <w:r>
        <w:t>3. Žalovaný k žalobe žalobcu uviedol, že so žalobou v celom rozsahu súhlasí, z dôvodu svojich aktuálnych majetkových pomerov však žiada súd, aby mu povolil uhrádzať dlžnú sumu v splátkach, najviac po 50 eur mesačne. Uviedol, že v júni 2023 bol zamestnaný, zrejme už pracoval na obecnom úrade. Potvrdil tiež, že žil v tom čase sám u svojich rodičov, keďže ešte nemal deti ani manželku, potvrdil aj výdavky, ktoré uvádzal žalobcovi pri skúmaní bonity 25,07 eur, zrejme išlo o mesačný paušál za telefón. Iné výdavky v tom čase nemal, nemal žiadne úvery, teda potvrdil pravdivosť skutočností, ktoré boli overené pri zisťovaní bonity v čase uzatvárania zmluvy zo strany žalobcu. 4. Súd vykonal dokazovanie oboznámením sa s prílohami žaloby, a to Štandardnými európskymi informáciami o spotrebiteľskom úvere, Informáciami o RPMN a priemernej RPMN, Zmluvou o viazanom spotrebiteľskom úvere z 5.6.2023, Všeobecnými obchodnými podmienkami Quatro, Predžalobnou upomienkou z 23.1.2024, kópiou doručenky, prehľadom splátok a úhrad, výpočtom bonity klienta, Notárskou zápisnicou č. N 3283/2017, Prílohou 1 projektu, vyjadrením žalobcu z 22.5.2026 s prílohami, a to dopytom do SRBI a dopytom do registra Sociálnej poisťovne, vyjadrením žalobcu z 10.6.2026 a zistil nasledovný skutkový stav: 5. Žalobca ako veriteľ a žalovaný ako klient uzavreli dňa 5.6.2023 zmluvu o spotrebiteľskom úvere č. 1000363257, pričom výška úveru predstavovala sumu 803,- eur, ktorú mal žalovaný uhradiť v 10 mesačných splátkach a celková čiastka predstavovala sumu 939,38 eur, výška mesačnej splátky predstavovala sumu 93,94 eur a ročná úroková sadzba 45,40 %, RPMN bola uvedená vo výške 45,40%. Celkové náklady spotrebiteľa boli uvedené vo výške 136,38 eur. Frekvencia splácania pravidelných mesačných splátok bola mesačne vždy k 20.dňu v mesiaci ( rovnako aj bod 6.1 zmluvy). Prvá splátka bola splatná nasledujúci kalendárny mesiac po uzavretí zmluvy, pokiaľ nie je dohodnuté inak (bod 6.2 zmluvy). 6. Žalobca listom zo dňa 23.1.2024 upozornil žalovaného, že omeškanie na úvere pretrváva už od 20.11.2023 a výška nedoplatku predstavuje 281,82 eur. 7. Z prehľadu splátok a úhrad súd zistil, že žalovaný k úveru celkovo uhradil sumu 375,76 eur. 8. V písomnom podaní doručenom súdu dňa 22.5.2026 žalobca uviedol, že nakoľko výsledkom porovnania Príjmov a Výdavkov je suma vyššia ako je výška schválenej splátky, žiadosť bola schválená. Odborná starostlivosť pri posudzovaní schopnosti žalovaného splácať poskytnutý úver (t.j. pri posudzovaní bonity žalovaného) bola zachovaná. V rámci kontraktačného procesu nedošlo k porušeniu žiadnej povinnosti veriteľa. Zákon o spotrebiteľských úveroch hovorí, že veriteľ je pred uzavretím zmluvy o spotrebiteľskom úvere povinný posúdiť s odbornou starostlivosťou schopnosť spotrebiteľa splácať spotrebiteľský úver, pričom berie do úvahy najmä dobu, na ktorú sa poskytuje spotrebiteľský úver, výšku spotrebiteľského úveru, príjem spotrebiteľa a prípadne aj účel spotrebiteľského úveru. V čase uzavretia zmluvy neexitoval žiadny legislatívny rámec stanovujúci konkrétne kroky, ktoré je veriteľ povinný v rámci posudzovania bonity dodržať a posúdenie postupcom preto považuje za plne v súlade s právnymi predpismi. Žalobca ďalej poukázal na vyhlásenia žalovaného v zmluvnom formulári. Žalovaný preukázal výšku svojho mesačného príjmu. Žalovaný je v spore pasívny a doposiaľ nepredložil žiadne dôkazy a neuviedol žiadne skutočnosti, ktoré by žalobcov nárok na zaplatenie žalovanej sumy spochybňovali. Poukázal na ust. § 151 CSP a taktiež na unesenie Krajského súdu v Banskej Bystrici pod sp. zn.: 43CoCsp/40/2020 zo dňa 21.10.2020. 9. Podaním doručeným súdu dňa 10.6.2026 žalobca navrhol, aby súd rozhodol na základe predložených listinných dôkazov a písomných vyjadrení. Uviedol, že sa pridržiava špecifikácie uvedenej v žalobe. Navrhol rozhodnúť rozsudkom pre zmeškanie alebo rozsudkom pre uznanie nároku v prípade, ak na to budú splnené podmienky. 10. Podľa § 497 Obchodného zákonníka, zmluvou o úvere sa zaväzuje veriteľ, že na požiadanie dlžníka poskytne v jeho prospech peňažné prostriedky do určitej sumy, a dlžník sa zaväzuje poskytnuté peňažné prostriedky vrátiť a zaplatiť úroky. 11. Ako vyplýva z § 1 ods. 2 zákona NR SR č. 129/2010 Z. z. o spotrebiteľských úveroch a o iných úveroch a pôžičkách pre spotrebiteľov v účinnom ku dňu uzavretia zmluvy (ďalej len „zákon</w:t>
      </w:r>
    </w:p>
    <w:p>
      <w:r>
        <w:t>o spotrebiteľských úveroch“), spotrebiteľským úverom na účely tohto zákona je dočasné poskytnutie peňažných prostriedkov na základe zmluvy o spotrebiteľskom úvere vo forme pôžičky, úveru, odloženej platby alebo obdobnej finančnej pomoci poskytnutej veriteľom spotrebiteľovi. Spotrebiteľský úver podľa tohto zákona možno poskytnúť len bezhotovostným prevodom finančných prostriedkov na platobný účet spotrebiteľa alebo na účet stavebného sporiteľa, poštovým poukazom, ktorého adresátom je spotrebiteľ alebo platobným prostriedkom vydaným na meno spotrebiteľa;1) tým nie je dotknuté bezhotovostné poskytnutie viazaného spotrebiteľského úveru podľa § 15 alebo poskytnutie spotrebiteľského úveru bezhotovostne na splatenie iného úveru alebo úverov úhradou veriteľovi oprávnenému poskytovať úver podľa tohto zákona alebo osobitného predpisu.18b) Spotrebiteľským úverom sú aj mladomanželský úver podľa osobitného predpisu,1a) niektoré stavebné úvery a iné úvery podľa osobitného predpisu1b) a nezabezpečené úvery poskytované spotrebiteľom na účely rekonštrukcie nehnuteľnosti určenej na bývanie, pričom ustanovenia osobitných predpisov1c) týkajúce sa poskytovania týchto úverov tým nie sú dotknuté; obmedzenie hornej hranice výšky úveru podľa odseku 3 písm. f) sa na tieto úvery nevzťahuje. 12. V zmysle § 7 ods. 1 zákona o spotrebiteľských úveroch, veriteľ je pred uzavretím zmluvy o spotrebiteľskom úvere alebo pred zmenou tejto zmluvy spočívajúcej v navýšení spotrebiteľského úveru povinný posúdiť s odbornou starostlivosťou schopnosť spotrebiteľa splácať spotrebiteľský úver, pričom berie do úvahy najmä dobu, na ktorú sa poskytuje spotrebiteľský úver, výšku spotrebiteľského úveru, príjem spotrebiteľa a prípadne aj účel spotrebiteľského úveru. 13. Podľa § 11 ods. 2 zákona o spotrebiteľských úveroch ak veriteľ nekonal s odbornou starostlivosťou podľa § 7 ods. 1, nie je oprávnený vyžadovať od spotrebiteľa jednorazové splatenie spotrebiteľského úveru. V prípade hrubého porušenia povinnosti podľa § 7 ods. 1 sa úver považuje za bezúročný a bez poplatkov. Za hrubé porušenie povinnosti podľa § 7 ods. 1 sa považuje posudzovanie schopnosti splácať úver veriteľom bez akýchkoľvek údajov o príjmoch, výdavkoch a rodinnom stave spotrebiteľa alebo bez prihliadnutia na údaje z príslušnej databázy alebo registra na účely posudzovania schopnosti spotrebiteľa splácať spotrebiteľský úver. Za hrubé porušenie povinnosti podľa § 7 ods. 1 sa považuje aj porušenie ustanovení § 7 ods. 19 až 42. 14. Podľa § 9 ods. 2 zákona o spotrebiteľských úveroch, Zmluva o spotrebiteľskom úvere okrem všeobecných náležitostí podľa Občianskeho zákonníka musí obsahovať tieto náležitosti: a) druh spotrebiteľského úveru, b) obchodné meno, sídlo a identifikačné číslo veriteľa, ak ide o právnickú osobu, alebo meno, priezvisko, miesto podnikania alebo adresu trvalého pobytu a identifikačné číslo veriteľa, ak ide o fyzickú osobu; ak je spotrebiteľský úver ponúkaný alebo zmluva o spotrebiteľskom úvere uzavieraná prostredníctvom finančného agenta, zmluva o spotrebiteľskom úvere obsahuje aj údaje o ňom v rozsahu údajov ako u veriteľa, podľa toho, či ide o finančného agenta právnickú osobu alebo fyzickú osobu, c) meno, priezvisko, rodné číslo a adresu trvalého pobytu spotrebiteľa; ak spotrebiteľ nemá pridelené rodné číslo, uvedie sa dátum narodenia, d) dobu trvania zmluvy o spotrebiteľskom úvere, e) celkovú výšku a konkrétnu menu spotrebiteľského úveru a podmienky upravujúce jeho čerpanie, f) opis tovaru alebo služby, na ktoré sa zmluva o spotrebiteľskom úvere vzťahuje, a cenu tovaru alebo služby, ak ide o spotrebiteľský úver vo forme odloženej platby za tovar alebo poskytnutú službu alebo ak ide o zmluvu o viazanom spotrebiteľskom úvere, g) úrokovú sadzbu spotrebiteľského úveru, podmienky, ktoré upravujú jej uplatňovanie, index alebo referenčnú úrokovú sadzbu, na ktorý je výška úrokovej sadzby spotrebiteľského úveru naviazaná, ako aj časové obdobia, v ktorých dochádza k zmene výšky úrokovej sadzby spotrebiteľského úveru, podmienky a spôsob vykonania tejto zmeny; ak sa za rôznych podmienok uplatňujú rôzne úrokové sadzby spotrebiteľského úveru, uvádzajú sa tieto informácie o všetkých uplatniteľných úrokových sadzbách spotrebiteľského úveru, h) ročnú percentuálnu mieru nákladov a celkovú čiastku, ktorú musí spotrebiteľ zaplatiť, vypočítané na základe údajov platných v čase uzatvorenia zmluvy o spotrebiteľskom úvere; uvedú sa všetky predpoklady použité na výpočet tejto ročnej percentuálnej miery nákladov, i) výšku, počet, frekvenciu splátok a prípadné poradie, v ktorom sa budú splátky priraďovať k jednotlivým nesplateným zostatkom s rôznymi úrokovými sadzbami spotrebiteľského úveru na účely jeho splatenia, j) právo spotrebiteľa vyžiadať si výpis z účtu vo forme amortizačnej tabuľky podľa odseku 5, ak sa amortizuje istina na základe zmluvy o spotrebiteľskom úvere na dobu určitú, a to bezplatne a kedykoľvek počas celej doby trvania zmluvy o spotrebiteľskom úvere,</w:t>
      </w:r>
    </w:p>
    <w:p>
      <w:r>
        <w:t>k) súhrnný prehľad, ktorý obsahuje lehoty a podmienky splácania úrokov a súvisiacich pravidelných a nepravidelných poplatkov, ak sa poplatky a úroky majú platiť bez amortizácie istiny, l) prípadne poplatky za vedenie jedného alebo viacerých účtov, na ktorých sa zaznamenávajú platobné transakcie a čerpania, ak je otvorenie účtu povinné, spoločne s poplatkami za používanie platobných prostriedkov na platobné transakcie a čerpania a inými poplatkami vyplývajúcimi zo zmluvy o spotrebiteľskom úvere a podmienkami, za akých sa tieto poplatky môžu zmeniť, m) úrokovú sadzbu, ktorá sa použije v prípade omeškania spotrebiteľa s platením splátok, a spôsob jej úpravy a prípadné poplatky pri neplnení zmluvy o spotrebiteľskom úvere, n) upozornenie týkajúce sa následkov nesplácania spotrebiteľského úveru, o) veriteľom vyžadované ručenie alebo poistenie, p) výšku poplatkov hradených spotrebiteľom za úkony notára, ak sú veriteľovi známe, q) informácie o právach podľa § 15 a podmienky ich uplatnenia, r) právo na splatenie spotrebiteľského úveru pred lehotou splatnosti, postup pri takom splatení spotrebiteľského úveru a spôsob určenia výšky poplatku za splatenie spotrebiteľského úveru pred lehotou splatnosti podľa § 16, s) spôsob zániku záväzku zo zmluvy o spotrebiteľskom úvere, t) informáciu o možnosti mimosúdneho riešenia sporov zo zmluvy o spotrebiteľskom úvere, u) právo na odstúpenie od zmluvy o spotrebiteľskom úvere, lehotu, počas ktorej možno toto právo uplatniť, a ďalšie podmienky jeho vykonania vrátane informácie o povinnosti spotrebiteľa zaplatiť čerpanú istinu a príslušný úrok podľa § 13 ods. 3, ako aj o výške úroku za deň alebo o spôsobe jej výpočtu, v) názov a adresu príslušného orgánu dohľadu podľa § 23. 15. Podľa § 11 ods. 1 zákona o spotrebiteľských úveroch, poskytnutý spotrebiteľský úver sa považuje za bezúročný a bez poplatkov, ak a) zmluva o spotrebiteľskom úvere nemá písomnú formu podľa § 9 ods. 1, b) zmluva o spotrebiteľskom úvere neobsahuje náležitosti podľa § 9 ods. 2 písm. d), e), g) až i), l) a p), c) zmluva o spotrebiteľskom úvere formou povoleného prečerpania, ktorý sa musí splatiť na požiadanie alebo do troch mesiacov, neobsahuje náležitosti podľa § 9 ods. 2 písm. d), e), g) a § 10 ods. 1 písm. b) a c) alebo d) v zmluve o spotrebiteľskom úvere je uvedená nesprávne ročná percentuálna miera nákladov v neprospech spotrebiteľa, e) veriteľ spotrebiteľský úver poskytne inak ako bezhotovostným prevodom finančných prostriedkov na platobný účet spotrebiteľa, poštovým poukazom, ktorého adresátom je spotrebiteľ alebo platobným prostriedkom vydaným na meno spotrebiteľa a nejde o bezhotovostné poskytnutie viazaného spotrebiteľského úveru podľa § 15 alebo poskytnutie spotrebiteľského úveru bezhotovostne na splatenie iného úveru alebo úverov úhradou veriteľovi oprávnenému poskytovať úver podľa tohto zákona alebo osobitného predpisu f) veriteľ v zmluve o spotrebiteľskom úvere neuvedie všetky plnenia, ktoré pre spotrebiteľa vyplývajú z poskytnutia spotrebiteľského úveru alebo s ním súvisia, g) ročná percentuálna miera nákladov spotrebiteľského úveru prekračuje najvyššiu prípustnú výšku odplaty stanovenej podľa osobitných predpisov. 16. V zmysle § 3 ods. 3 zákona č. 250/2007 Z.z. o ochrane spotrebiteľa a o zmene zákona Slovenskej národnej rady č. 372/1990 Zb. o priestupkoch v znení neskorších predpisov, každý spotrebiteľ má právo na ochranu pred neprijateľnými podmienkami v spotrebiteľských zmluvách podľa § 52 až § 54 Občianskeho zákonníka. 17. V zmysle § 52 ods. 1 až ods. 4 zákona č. 40/1964 Zb. Občianskeho zákonníka v znení účinnom v čase uzavretia úverovej zmluvy (ďalej len „Občiansky zákonník“), spotrebiteľskou zmluvou je každá zmluva bez ohľadu na právnu formu, ktorú uzatvára dodávateľ so spotrebiteľom. Ustanovenia o spotrebiteľských zmluvách, ako aj všetky iné ustanovenia upravujúce právne vzťahy, ktorých účastníkom je spotrebiteľ, použijú sa vždy, ak je to na prospech zmluvnej strany, ktorá je spotrebiteľom. Odlišné zmluvné dojednania alebo dohody, ktorých obsahom alebo účelom je obchádzanie tohto ustanovenia, sú neplatné. Na všetky právne vzťahy, ktorých účastníkom je spotrebiteľ, sa vždy prednostne použijú ustanovenia Občianskeho zákonníka, aj keď by sa inak mali použiť normy obchodného práva. Dodávateľ je osoba, ktorá pri uzatváraní a plnení spotrebiteľskej zmluvy koná v rámci predmetu svojej</w:t>
      </w:r>
    </w:p>
    <w:p>
      <w:r>
        <w:t>obchodnej alebo inej podnikateľskej činnosti. Spotrebiteľ je fyzická osoba, ktorá pri uzatváraní a plnení spotrebiteľskej zmluvy nekoná v rámci predmetu svojej obchodnej činnosti alebo inej podnikateľskej činnosti. 18. Podľa § 53 ods. 1 Občianskeho zákonníka, spotrebiteľské zmluvy nesmú obsahovať ustanovenia, ktoré spôsobujú značnú nerovnováhu v právach a povinnostiach zmluvných strán v neprospech spotrebiteľa (ďalej len „neprijateľná podmienka“). To neplatí, ak ide o zmluvné podmienky, ktoré sa týkajú hlavného predmetu plnenia a primeranosti ceny, ak tieto zmluvné podmienky sú vyjadrené určito, jasne a zrozumiteľne alebo ak boli neprijateľné podmienky individuálne dojednané. 19. Ako vyplýva z ustanovenia § 53 ods. 2, ods. 3 Občianskeho zákonníka, za individuálne dojednané zmluvné ustanovenia sa nepovažujú také, s ktorými mal spotrebiteľ možnosť oboznámiť sa pred podpisom zmluvy, ak nemohol ovplyvniť ich obsah. Ak dodávateľ nepreukáže opak, zmluvné ustanovenia dohodnuté medzi dodávateľom a spotrebiteľom sa nepovažujú za individuálne dojednané. 20. Podľa § 53 ods. 5 Občianskeho zákonníka, neprijateľné podmienky upravené v spotrebiteľských zmluvách sú neplatné. 21. V zmysle § 54 ods. 1, ods. 2 Občianskeho zákonníka, zmluvné podmienky upravené spotrebiteľskou zmluvou sa nemôžu odchýliť od tohto zákona v neprospech spotrebiteľa. Spotrebiteľ sa najmä nemôže vopred vzdať svojich práv, ktoré mu tento zákon alebo osobitné predpisy na ochranu spotrebiteľa priznávajú, alebo si inak zhoršiť svoje zmluvné postavenie. V pochybnostiach o obsahu spotrebiteľských zmlúv platí výklad, ktorý je pre spotrebiteľa priaznivejší. 22. Podľa § 37 ods. 1 Občianskeho zákonníka, právny úkon sa musí urobiť slobodne a vážne, určite a zrozumiteľne; inak je neplatný. 23. Ako vyplýva z § 39 Občianskeho zákonníka, neplatný je právny úkon, ktorý svojím obsahom alebo účelom odporuje zákonu alebo ho obchádza alebo sa prieči dobrým mravom. 24. V zmysle § 41 Občianskeho zákonníka, ak sa dôvod neplatnosti vzťahuje len na časť právneho úkonu, je neplatnou len táto časť, pokiaľ z povahy právneho úkonu alebo z jeho obsahu alebo z okolností, za ktorých k nemu došlo, nevyplýva, že túto časť nemožno oddeliť od ostatného obsahu. 25. Ako vyplýva z § 517 ods. 1 Občianskeho zákonníka dlžník, ktorý svoj dlh riadne a včas nesplní, je v omeškaní. Ak ho nesplní ani v dodatočnej primeranej lehote poskytnutej mu veriteľom, má veriteľ právo od zmluvy odstúpiť; ak ide o deliteľné plnenie, môže sa odstúpenie veriteľa za týchto podmienok týkať aj len jednotlivých plnení. 26. V zmysle § 517 ods. 2 Občianskeho zákonníka ak ide o omeškanie s plnením peňažného dlhu, má veriteľ právo požadovať od dlžníka popri plnení úroky z omeškania, ak nie je podľa tohto zákona povinný platiť poplatok z omeškania; výšku úrokov z omeškania a poplatku z omeškania ustanovuje vykonávací predpis. Týmto vykonávacím predpisom je nariadenie vlády SR č. 87/1995 Z. z., ktorý vo svojom §3 stanovuje, že výška úrokov z omeškania je o päť percentuálnych bodov vyššia ako základná úroková sadzba Európskej centrálnej banky platná k prvému dňu omeškania s plnením peňažného dlhu. 27. Podľa § 879v Občianskeho zákonníka, konanie, predmetom ktorého je pohľadávka vzniknutá zo spotrebiteľskej zmluvy, začaté pred účinnosťou tohto zákona, sa dokončí podľa doterajších predpisov. 28. Podľa § 100 Občianskeho zákonníka, právo sa premlčí, ak sa nevykonalo v dobe v tomto zákone ustanovenej (§ 101 až 110). Na premlčanie súd prihliadne len na námietku dlžníka. Ak sa dlžník premlčania dovolá, nemožno premlčané právo veriteľovi priznať. 29. Podľa § 101 Občianskeho zákonníka, pokiaľ nie je v ďalších ustanoveniach uvedené inak, premlčacia doba je trojročná a plynie odo dňa, keď sa právo mohlo vykonať po prvý raz.</w:t>
      </w:r>
    </w:p>
    <w:p>
      <w:r>
        <w:t>30. Podľa § 103 Občianskeho zákonníka, ak bolo dohodnuté plnenie v splátkach, začína plynúť premlčacia doba jednotlivých splátok odo dňa ich zročnosti. Ak sa pre nesplnenie niektorej zo splátok stane zročným celý dlh (§ 565), začne plynúť premlčacia doba odo dňa zročnosti nesplnenej splátky. 31. Pre spotrebiteľskú zmluvu je charakteristické, že spotrebiteľ vstupuje do zmluvného vzťahu s dodávateľom, ktorým je najčastejšie predávajúci, za zmluvných podmienok, ktoré si vopred určil dodávateľ, pričom spotrebiteľ nemá možnosť tieto podmienky individuálne ovplyvniť. Občiansky zákonník podrobnejšie špecifikuje všeobecné pravidlá pre dojednanie podmienok v spotrebiteľských zmluvách a výslovne ustanovuje, že takéto ustanovenia v zmluvách, ktoré spôsobujú nerovnováhu v právach a povinnostiach v neprospech spotrebiteľa sú neprijateľné, a preto neplatné. Vychádza sa z toho, že predovšetkým spotrebiteľ v dobrej viere uzatvára zmluvu s dodávateľom, od ktorého sa očakáva, že vzhľadom na jeho podnikanie a ponúkaný tovar a služby koná profesionálne a v súlade s poctivým prístupom k podnikaniu. Predpokladá sa, že dodávateľ má vedomosti a skúsenosti a oproti spotrebiteľovi vystupuje ako zvýhodnený účastník zmluvného vzťahu založeného spotrebiteľskou zmluvou. 32. Ustanovenie § 53 Občianskeho zákonníka sa týka iba podmienok, ktoré zákon označuje za neprijateľné. Ide o podmienky, ktoré sú nečestné, neslušné, hrubo poškodzujúce spotrebiteľa a preto ich použitie zákon sankcionuje absolútnou neplatnosťou. Vyjadruje snahu, aby dodávateľ v spotrebiteľských zmluvách pristupoval k tvorbe podmienok v súlade s dobrými mravmi. Je potrebné dodať, že spotrebiteľ z povahy veci v súčasných podmienkach štandardizácie produktov bežnej spotreby, ako aj zmluvných podmienok, má iba fiktívnu možnosť ovplyvniť podstatu zmluvných podmienok, ktoré sú mu zo strany dodávateľa predložené, pričom často vzhľadom na ich rozsiahlosť a použitú právnu terminológiu nemá možnosť, či už ich vôbec prečítať, resp. pochopiť ich obsah. Ide teda o zákonný zákaz používania neprijateľných podmienok, ktoré vyvolá právoplatné súdne rozhodnutie a dodávateľ je povinný zdržať sa ich používania. Ochrana spotrebiteľa sa týka iba formulárových zmlúv, ktoré sú uzatvárané na základe predbežne formulovaného zmluvného formulára, ktorý má dodávateľ vopred pripravený a ktorý používa v dvoch alebo viacerých prípadoch, pričom spotrebiteľ spravidla obsah zmluvy nemení. 33. V tomto prípade ide o spotrebiteľskú zmluvu v zmysle § 52 a nasl. Občianskeho zákonníka, pretože ju uzatváral žalobca ako dodávateľ a žalovaný ako spotrebiteľ, pričom obsah zmluvy, ako aj obsah všeobecných obchodných podmienok bol daný žalobcom bez možnosti žalovaného privodiť akúkoľvek zmenu, preto je potrebné predmetný právny vzťah posúdiť podľa príslušných ustanovení Občianskeho zákonníka. Súd má za to, že tým, že na daný právny vzťah bol použitý režim Obchodného zákonníka, došlo by k znevýhodneniu postavenia žalovaného ako spotrebiteľa v danom právnom vzťahu. 34. Súd v danej súvislosti poukazuje aj na skutočnosť, že Slovenská republika ako člen Európskej únie je povinná plniť záväzky vyplývajúce z tohto členstva. Členské štáty Únie sú povinné zabezpečiť, aby nekalé podmienky použité v zmluvách uzatvorených so spotrebiteľom zo strany predajcu alebo dodávateľa podľa ich vnútroštátneho práva, neboli záväzné pre spotrebiteľa a aby zmluva bola podľa týchto podmienok naďalej záväzná pre strany, ak je jej ďalšia existencia možná bez nekalých podmienok (čl. 6 Smernice Rady 93/13/EHS z 5. apríla 1993 o nekalých podmienkach v spotrebiteľských zmluvách, ďalej len „smernica“). 35. Nepochybne zmluva uzavretá medzi stranami sporu je teda spotrebiteľskou zmluvou v zmysle zákona o ochrane spotrebiteľa, pričom tento výklad je v súlade aj s komunitárnou úpravou ochrany spotrebiteľa v zmysle smernice Rady 93/13/EHS zo dňa 05.04.1993 o nekalých podmienkach v spotrebiteľských zmluvách. Pri závere o tom, že spornú zmluvu je potrebné považovať za spotrebiteľskú zmluvu, je potrebné na ňu aplikovať ustanovenia Občianskeho zákonníka. 36. Z vykonaného dokazovania mal súd za preukázané, že žalobca ako veriteľ a žalovaný ako klient uzavreli dňa 5.6.2023 zmluvu o spotrebiteľskom úvere, pričom výška úveru predstavovala sumu 803,eur, ktorú mal žalovaný uhradiť v 10 mesačných splátkach a celková čiastka predstavovala sumu 939,38 eur, výška mesačnej splátky predstavovala sumu 93,94 eur, posledná splátka bola vo výške 93,92 eur a ročná úroková sadzba 45,40 %, RPMN bola uvedená vo výške 45,40%. Celkové náklady spotrebiteľa boli uvedené vo výške 136,38 eur. Frekvencia splácania pravidelných mesačných splátok bola mesačne vždy k 20.dňu v mesiaci ( rovnako aj bod 6.1 zmluvy). Prvá splátka bola splatná nasledujúci kalendárny mesiac po uzavretí zmluvy, pokiaľ nie je dohodnuté inak (bod 6.2 zmluvy). Žalovaný k tejto zmluve uhradil sumu 375,76 eur.</w:t>
      </w:r>
    </w:p>
    <w:p>
      <w:r>
        <w:t>37. V zmysle § 54a Občianskeho zákonníka účinného od 05.12.2018, premlčané právo zo spotrebiteľskej zmluvy nemožno vymáhať a ani ho platne zabezpečiť, pričom z dôvodovej správy k tomuto ustanoveniu je zrejmé, že za vymáhanie premlčaného práva zo spotrebiteľskej zmluvy sa v tomto kontexte rozumie súdne konanie, exekučné konanie a rozhodcovské konanie. 38. Začiatok plynutia premlčacej doby je potrebné stanoviť v súlade s ust. § 103 Občianskeho zákonníka, podľa ktorého, ak bolo dohodnuté plnenie v splátkach, začína plynúť premlčacia doba jednotlivých splátok odo dňa ich zročnosti. Ak sa pre nesplnenie niektorej zo splátok stane zročným celý dlh (§ 565), začne plynúť premlčacia doba odo dňa zročnosti nesplnenej splátky. Jednotlivé splátky sa opäť premlčujú samostatne od ich zročnosti až do okamihu, keď dlžník nesplní niektorú zo splátok. 39. Ako je zrejmé zo zmluvy o spotrebiteľskom úvere, splatnosť úveru bola rozvrhnutá na 10 mesiacov. Prvá splátka bola splatná dňa 20.7.2023. Žaloba bola podaná na súde dňa 17.4.2026. Premlčané tak nemohli byť žiadne splátky úveru a žalobca si žalobou neuplatňuje žiadnu premlčanú splátku istiny úveru. 40. Pokiaľ ide o aplikáciu všeobecnej trojročnej premlčacej doby podľa Občianskeho zákonníka a nie štvorročnej podľa Obchodného zákonníka na daný vzťah zo spotrebiteľskej zmluvy, súd považuje za potrebné poukázať na to, že prednosť majú osobitné ustanovenia právneho poriadku, ktoré sú súčasťou špeciálnej právnej úpravy v oblasti spotrebiteľského práva vrátane ustanovení § 52 až § 54 Občianskeho zákonníka. 41. Ustanovenie § 54 ods. 1 OZ preto treba vykladať tak, že v prípade dualistickej právnej úpravy inštitútov súkromného práva sa na spotrebiteľské právne vzťahy nepoužije obchodné právo (Obchodný zákonník), ak aplikáciou konkrétnej zmluvnej podmienky by sa postavenie spotrebiteľa oproti občianskoprávne úprave zhoršilo. Ustanovenie § 54 ods. 1 je dôsledkom transpozície čl. 8 smernice. Smernica síce neharmonizuje dualistické právne úpravy inštitútov súkromného práva, no na druhej strane nebráni ani regulácii, akú predstavuje ustanovenie § 54 ods. 1 OZ a ktoré bráni akémukoľvek zhoršeniu postavenia spotrebiteľa oproti Občianskemu zákonníku, § 54 ods. 1 OZ. 42. Podľa rozhodnutia Krajského súdu Prešov sp.zn. 6Co/105/2013 zo dňa 10.12.2013 „..súd so zreteľom na uvedené nevidí dôvod na vylúčenie aplikácie priaznivejšieho ustanovenie o premlčacej dobe trojročnej podľa Občianskeho zákonníka oproti premlčacej dobe štvorročnej typickej podľa Obchodného zákonníka, a to s poukazom na ust. § 54 ods. 1 OZ. Občiansky zákonník ako kódex občianskeho súkromného práva úpravu premlčania má a je pre nepodnikateľov výhodnejšia (porov. tiež uznesenie Najvyššieho súdu Slovenskej republiky z 25.1.2011 sp. zn. 5 M Cdo 20/2009).“ 43. Odplata za poskytnutie úveru však musí byť úmerná okrem iného aj bonite klienta, pričom vzhľadom na nároky, ktoré na dodávateľa kladie únijné právo a s poukazom na ust. § 7 ods. 1 zákona o spotrebiteľských úveroch je plne opodstatnené vyžadovať v súdnom konaní preukázanie skúmania bonity klienta žalobcom. Pokiaľ si žalobca uplatňuje právo na plnenie zo zmluvy o spotrebiteľskom úvere, je nutné vyhodnotiť, či pri uzatvorení zmluvy boli splnené všetky povinnosti a podmienky, ktoré na tieto zmluvné vzťahy kladie právna úprava zameraná na ochranu spotrebiteľa, t.j. § 52 a nasl. Občianskeho zákonníka, zákon o spotrebiteľských úveroch a ďalšie. Bolo na žalobcovi, aby tento preukázal, že bonitu žalovaného náležite skúmal, že si splnil povinnosť vyplývajúcu mu z ust. § 7 ods. 1 zákona o spotrebiteľských úveroch. 44. Z vykonaného dokazovania súdu je zrejmé, že pri overovaní bonity žalovaného žalobca mal údaje preukazujúce skutočnú výšku príjmu žalovaného, tiež údaje, ktoré zodpovedali jeho skutočným výdavkom, čo žalovaný sám potvrdil na pojednávaní, keď uviedol, že žalobcom zistené informácie zodpovedali jeho vtedajšiemu stavu, nakoľko žil u rodičov, nemal žiadne výdavky okrem mesačných paušálnych platieb za telefón, nemal žiadne vyživovacie povinnosti, nebol ženatý. Potvrdil tiež, že v čase poskytnutia úveru nemal žiadne iné dlhy. 45. Aj keď posúdenie bonity žalovaného žalobcom v čase uzavretia zmluvy nezodpovedalo úplne odbornej starostlivosti vyžadovanej v § 7 ods. 1 zákona o spotrebiteľských úveroch, je možné konštatovať, najmä po potvrdení zistených skutočností žalovaným, že nemohlo ísť o hrubé porušenie povinností veriteľa a žalobca mi nanajvýš nemohol vyžadovať od spotrebiteľa jednorazové splatenie</w:t>
      </w:r>
    </w:p>
    <w:p>
      <w:r>
        <w:t>spotrebiteľského úveru (§ 11 ods. 2, veta prvá, zákona o spotrebiteľských úveroch). Žalobca však ani nežiada zosplatnený úver, ale jednotlivé splátky, ktorých splatnosť nastala v zmysle samotnej zmluvy. 46. Pre účely posúdenia splnenia povinnosti uloženej dodávateľovi v ust. 7 ods. 1 zákona o spotrebiteľských úveroch totiž nie je smerodajné, aká bola reálna finančná, majetková, sociálna situácia spotrebiteľa, ale akým spôsobom dodávateľ pristupoval k zisťovaniu a hodnoteniu bonity klienta. 47. Schopnosť spotrebiteľa splácať spotrebiteľský úver treba chápať ako situáciu, v ktorej v závislosti na frekvencii splácania zostane spotrebiteľovi v jeho osobnom/domácom rozpočte dostatok finančných prostriedkov, aby mohol bez akýchkoľvek problémov a obmedzení splácať splátku v predpokladanej výške. Preto dodávateľ musí okrem iného analyzovať spotrebiteľov osobný/domáci rozpočet, a to ako stranu príjmov, tak stranu výdavkov, a to vždy vo vzťahu ku konkrétnemu žiadateľovi o úver (t. j. konkrétne príjmy zo zamestnaneckej alebo inej činnosti, konkrétne náklady na bývanie, dopravu, domácnosť alebo nezaopatrené deti). Analýza iba niektorej zo strán rozpočtu sama osebe k posúdeniu úverovej schopnosti nepostačuje. Dostatočnými informáciami dokladujúcimi schopnosť spotrebiteľa splácať úver nie sú považované informácie získané výlučne od spotrebiteľa. Kľúčová je i povinnosť veriteľa využívať verejne dostupné informácie akými sú napríklad štátom publikované údaje o životnom a existenčnom minime, priemerných výdavkoch obyvateľstva a pod. a tieto porovnávať so známymi alebo od spotrebiteľa zistenými (nie len tvrdenými) informáciami o jeho príjmoch a výdavkoch (pozri Rozsudok NS ČR z 25.7.2018, sp. zn. 33Cdo 2178/2018). Overovanie bonity žalovaného iba na podklade informácií poskytnutých žalovaným v žiadosti o poskytnutie úveru a z reportu zo Sociálnej poisťovne a prostredníctvom Spoločného registra bankových informácií, nemožno považovať za posúdenie schopnosti spotrebiteľa splácať úver s odbornou starostlivosťou (porovnaj rozhodnutie Krajského súdu v Prešove č.k. 2CoCsp/20/2020 z 23.09.2020). 48. Pokiaľ teda žalobca hrubo neporušil svoje povinnosti pri overovaní bonity žalovaného ako spotrebiteľa v zmysle § 7 ods. 1, v spojení s § 11 ods. 2 zákona o spotrebiteľských úveroch, predmetný úver nie je bezúročný a žalobca má nárok na jednotlivé splatné splátky úveru. Keďže žalobca nevyužil možnosť jednorazového splatenia úveru a žiada iba splátky, ktorých splatnosť nastala v súlade so zmluvou, žalobou uplatnený nárok je dôvodný. 49. Žalobca má v danom prípade nárok na jednotlivé splátky splatné od 20.11.2023 do 20.4.2024, ako boli žalobcom uplatnené v žalobe, respektíve na súčet splátok úveru po odrátaní úhrad vykonaných žalovaným k predmetnej zmluve. Žalovaného tak súd zaviazal na úhradu nesplatených splátok úveru v sume 563,62 eur (9 splátok úveru po 93,94 eur a jedna po 93,92 eur – úhrady v sume 375,76 eur, teda 939,38 eur – 375,76 eur = 563,62 eur). Súd preto žalobe v uvedenom rozsahu vyhovel. 50. Žalovaného zároveň súd zaviazal na úhradu úroku z omeškania, neprekračujúc samotný žalobný návrh, preto priznal žalobcovi úrok z omeškania najskôr od žalobcom žiadaného dátumu 20.4.2024, kedy už bolo splatných 9 splátok úveru (splatnosť ktorých v zmysle zmluvy nastala od 20.7.2023 do 20.3.2024) v požadovanej výške 5% ročne z istiny splátok, a to až do dňa zaplatenia. Úrok z omeškania od žiadaného dátumu priznal súd žalobcovi zo sumy 469,70 eur (9 splátok po 93,94 eur – úhrady 375,76 eur = 469,70 eur) a z poslednej splátky úveru od 21.4.2024, teda odo dňa nasledujúceho po splatnosti poslednej splátky, ktorý deň je zároveň prvým dňom omeškania žalovaného s poslednou splátkou. Žalobu žalobcu preto súd zamietol v časti úroku z omeškania vo výške 5% ročne zo sumy 93,92 eur za deň 20.4.2024, kedy ešte s uvedenou sumou žalovaný nebol v omeškaní a žalobcovi zaň úrok z omeškania nepatrí. 51. Žalovaného súd zaviazal na úhradu úroku z omeškania vo výške, ktorá je v súlade s príslušnými ustanoveniami Občianskeho zákonníka v spojení s nariadením vlády v období od 20.4.2024. 52. Keďže ide o spotrebiteľskú zmluvu, výšku úroku súd priznal s poukazom na ust. § 517 ods. 2 Občianskeho zákonníka a § 3 Nariadenia Vlády SR č. 87/95 Z.z. V období od 20.4.2024 bola základná úroková sadzba európskej centrálnej banky vo výške 4,50 % p.a. a úroky z omeškania tak predstavujú 9,50 % ročne. Žalobcom požadované úroky z omeškania tak neprekračujú zákonný limit. 53. Podľa § 232 ods. 3 a ods. 4 zákona č. 160/2015 Z.z. Civilného sporového poriadku (ďalej len ,,CSP“) lehota na plnenie je tri dni a plynie od právoplatnosti rozsudku. Súd môže v odôvodnených prípadoch</w:t>
      </w:r>
    </w:p>
    <w:p>
      <w:r>
        <w:t>určiť dlhšiu lehotu. Ak súd uložil povinnosť plniť opakujúce sa a v budúcnosti splatné dávky a splátky, vykonateľnosť týchto dávok a splátok sa spravuje poradím ich splatnosti, ak súd nerozhodne inak; súd môže rozhodnúť, že omeškanie s plnením jednej dávky alebo splátky má za následok splatnosť celého plnenia. 54. Bezprostredne vo výroku rozhodnutia je súd oprávnený určiť, že peňažné plnenie bude vykonané v splátkach. Žalovaný je zamestnaný s výškou príjmu 930,- eur mesačne. Je ženatý, má dve maloleté deti vo veku 1 rok a 2 roky, manželka sa nachádza momentálne na materskej dovolenke. Žalovaný býva s manželkou a s dvoma maloletými deťmi u rodičov, ktorým v súvislosti s bývaním uhrádza sumu okolo 400,- eur mesačne, ďalšie osoby nebývajú v rodičovskom dome. Na výdavky na výživu pre neho, manželku a maloleté deti a na ošatenie mesačne minú spolu sumu okolo 400,- eur. Osobitné výdavky v súvislosti s výživou alebo zdravotným stavom nemá. Mesačne uhrádza internet a televíziu v sume spolu 51 eur, iné dlhy nemá. 55. Vzhľadom na uvedené skutočnosti prihliadnuc na majetkové pomery žalovaného, jeho celkovú majetkovú situáciu, najmä skutočnosť, že má vyživovaciu povinnosť k dvom maloletým deťom vo veku jeden rok a dva roky, pričom jeho manželka je na materskej dovolenke, povolil mu súd splácať dlh v primeraných splátkach po 50,- eur mesačne. Súd vzal tiež do úvahy výšku dlžnej sumy, ktorú je žalovaný povinný uhradiť žalobcovi a skutočnosť, že pri mesačných výdavkoch na štvorčlennú rodinu a výške príjmu 930,- eur mesačne, by úhrada celého dlhu naraz bola spôsobilá ohroziť najmä výživu maloletých detí. Súd prihliadol aj na postoj žalovaného v konaní a ochotu a snahu dlžnú sumu splatiť, naviac splátkami v primeranej výške vo vzťahu svojim majetkovým pomerom, nie iba formálne deklarovanými splátkami dlhu v bagateľných sumách. 56. Jedným z ustálených pravidiel rozhodovacej praxe súdov je pravidlo, podľa ktorého by k zaplateniu dlhu i vo forme splátok malo prísť najneskôr do 36 mesiacov od právoplatnosti rozhodnutia (napríklad rozsudok Krajského súd Trnava sp.zn. 10Co/293/2016 zo dňa 14. 06. 2017). Splácanie dlhu nepresiahne dobu 36 mesiacov. Účelom priznania dlžnej sumy súdnym rozhodnutím nemôže byť likvidačné pôsobenie na spotrebiteľa, ktorý sa dostáva z finančných problémov, ale uspokojenie nároku veriteľa. Žalobca vzhľadom na priznanie nároku na úrok z omeškania nebude takýmto rozhodnutím nijako ukrátený. 57. Povolenie splátok na uhradenie prisúdenej čiastky nie je spôsobilé žalobcovi spôsobiť ekonomické problémy v jeho obchodnej činnosti. Splácanie prisúdenej sumy v mesačných splátkach nezasiahne neprimerane do hospodárskych pomerov žalobcu ako spoločnosti ktorá má v predmete svojej obchodnej činnosti okrem iného zaradené aj poskytovanie úverov. Žalovaný sa nachádza v nepriaznivej životnej situácii. Žalovaný ako spotrebiteľ si zaslúži ochranu, keď sa objektívne ocitol v takej situácii, že by zaplatenie dlhu do troch dní od právoplatnosti rozhodnutia bolo pre neho devastujúce. 58. Súd, ktorý rozhoduje o čase plnenia žalobou uplatneného nároku nie je viazaný pôvodne dojednanými splátkami, môže však pri stanovení výšky splátok zohľadniť situáciu existujúcu v čase rozhodovania. Ak spotrebiteľ svoj dlh nebude plniť spôsobom určeným rozsudkom, omeškanie jednej zo splátok bude mať za následok zročnosť celého dlhu. Plynutie času nemá na postavenie žalobcu negatívny dopad, keďže mu patrí nárok na úroky z omeškania z dlžnej sumy až do času úplného splnenia dlhu. Žalobca je obchodnou spoločnosťou so stabilným zázemím na trhu, preto možnosť postupnej úhrady dlhu splátkami v súdom určenej výške nemožno vnímať ako zásah do pomerov žalobcu, ktorý by bol spôsobilý ohroziť ďalšiu činnosť žalobcu, neprimerane zhoršiť jeho majetkovú situáciu (v súvislosti s uvedeným porovnaj rozsudok Krajského súdu v Prešove sp.zn. 18Co/130/2018 z 17. 12. 2018). 59. Splácanie pôvodného dlhu podľa zmluvy bolo rozvrhnuté na 10 splátok, pričom v danom prípade splácanie priznanej dlžnej istiny 563,62 eur stanovenými primeranými splátkami po 50,- eur mesačne približne zodpovedá pôvodne dohodnutej dobe splácania, respektíve táto doba nie je neprimerane dlhá (12 mesiacov). 60. Stanovená výška splátky neúmerne nepredĺži dobu splácania oproti pôvodnej zmluve a zároveň existenčne neohrozí žalovaného (v súvislosti s uvedeným porovnaj napríklad rozsudok Krajského súdu v Prešove sp.zn. 25Co/101/2018 z 30. 04. 2019).</w:t>
      </w:r>
    </w:p>
    <w:p>
      <w:r>
        <w:t>61. Súd na záver udáva, že neboli naplnené predpoklady ustanovené v § 282 CSP, z ktorého vyplýva, že pokiaľ žalovaný uzná nárok uplatnený žalobcom alebo jeho časť, rozhodne súd na návrh žalobcu rozsudkom pre uznanie nároku. V prejednávanej veci sa jedná o spor spotrebiteľský, kedy spotrebiteľ požíva zvýšenú ochranu tak, ako to predpokladá ust. § 290 až 306 CSP a s prihliadnutím na túto zvýšenú ochranu zo strany súdu vo vzťahu k žalovanému, t.z. vo vzťahu k spotrebiteľovi z čoho vyplýva s prihliadnutím na ust. § 295 CSP, súd môže výnimočne vykonať aj dôkazy, ktoré strany nenavrhli, preto sa vo vzťahu k spotrebiteľovi prikláňa k tzv. vyšetrovaciemu princípu, pokiaľ je to potrebné pre rozhodnutie vo veci (porovnaj Krajský súd Trenčín sp.zn. 5Co/244/2017 zo dňa 08. 11. 2017, pozri tiež uznesenie Krajského súdu v Prešove sp.zn. 17Co/79/2015 zo dňa 25. 2. 2016, rozhodnutie Krajského súdu v Prešove sp.zn. 8Co/92/2019 z 29. 06. 2020, rozsudok NS SR z 30. novembra 2021 sp. zn. 7Cdo/179/2020). 62. Súd ďalej konštatuje, že v súlade s § 299 ods. 1 CSP sa nepoužijú ani ustanovenia o rozsudku pre zmeškanie, ak by mal byť tento rozsudok vydaný v neprospech spotrebiteľa. 63. Podľa § 251 CSP trovy konania sú všetky preukázané, odôvodnené a účelne vynaložené výdavky, ktoré vzniknú v konaní v súvislosti s uplatňovaním alebo bránením práva. 64. Podľa § 255 ods. 1 CSP, súd prizná strane náhradu trov konania podľa pomeru jej úspechu vo veci. 65. Podľa § 255 ods. 2 CSP, ak mala strana vo veci úspech len čiastočný, súd náhradu trov konania pomerne rozdelí, prípadne vysloví, že žiadna zo strán nemá na náhradu trov konania právo. 66. Podľa § 262 ods. 1, ods. 2 CSP, o nároku na náhradu trov konania rozhodne aj bez návrhu súd v rozhodnutí, ktorým sa konanie končí. O výške náhrady trov konania rozhodne súd prvej inštancie v lehote do 60 dní po právoplatnosti rozhodnutia, ktorým sa konanie končí, samostatným uznesením, ktoré vydá súdny úradník. 67. V danom konaní bol žalobca plne úspešný pokiaľ išlo o žiadanú istinu a iba nepatrne neúspešný pokiaľ išlo o nekapitalizované príslušenstvo pohľadávky (úrok z omeškania). Vzhľadom na uvedené mu patrí nárok na priznanie náhrady trov konania proti žalovanému v rozsahu 100 %, pričom uvedenú náhradu mu súd aj priznal. 68. Úspech žalobcu napriek čiastočnému zamietnutiu žaloby, avšak iba ohľadne časti nevyčísleného príslušenstva uplatnenej pohľadávky, tak predstavoval 100%. Uvedenú náhradu trov v plnom rozsahu proti žalovanému mu súd aj priznal. Žalobca uviedol úroky z omeškania ako príslušenstvo pohľadávky bez toho, aby ich špecifikoval v kapitalizovanej forme, teda vo forme, ktorá by predstavovala v istom slova zmysle uplatňovanú istinu. Za týchto okolností by nebolo dôvodné, aby súd tieto úroky kapitalizoval, takýmto spôsobom z nich vlastne vytváral istinu a bral ju do úvahy aj ako základ pre posúdenie miery úspechu a neúspechu sporových strán v tomto konaní. Nie je dôvod započítavať nepriznané a nevyčíslené príslušenstvo pohľadávky viažuce sa na úspešne priznanú istinu žalobcovi ako neúspech v otázke náhrady trov konania. V súvislosti s vyššie uvedeným názorom súd poukazuje na judikatúru Krajského súdu v Prešove, napríklad na rozhodnutie Krajského súdu v Prešove sp.zn. 1Co/3/2019 zo dňa 26. 02. 2019, rozhodnutie Krajského súdu v Prešove sp.zn. 5Co/141/2018 zo 4.4.2019. V súvislosti s vyššie uvedeným spôsobom určenia úspechu strán sporu, súd poukazuje na názor vyjadrený v rozhodnutí Krajského súdu v Trenčíne sp.zn. 27Co/136/2017 zo dňa 31. 10. 2017, ktoré rozhodnutie zohľadňuje uznesenie NS SR sp.zn.6Obo/243/2007 z 27.11.2008. 69. V zmysle platnej právnej úpravy o konkrétnej výške náhrady trov konania bude rozhodnuté samostatným uznesením po právoplatnosti tohto rozhodnutia. Súd z obsahu spisu nevzhliadol žiadne dôvody hodné osobitného zreteľa v zmysle § 257 CSP a ani neboli neúspešnou stranou takéto dôvody v priebehu konania prezentované. 70. Vzhľadom na vyššie uvedené súd rozhodol tak, ako je uvedené vo výrokovej časti tohto rozsudku. Poučenie:</w:t>
      </w:r>
    </w:p>
    <w:p>
      <w:r>
        <w:t>Proti tomuto rozsudku možno podať odvolanie v lehote 15 dní odo dňa jeho doručenia na Okresný súd Vranov nad Topľou, písomne, v príslušnom počte rovnopisov s prílohami tak, aby sa jeden rovnopis s prílohami mohol založiť do súdneho spisu a aby každý ďalší subjekt dostal jeden rovnopis s prílohami. V odvolaní sa popri všeobecných náležitostiach podania uvedie, proti ktorému rozhodnutiu smeruje, v akom rozsahu sa napáda, z akých dôvodov sa rozhodnutie považuje za nesprávne (odvolacie dôvody) a čoho sa odvolateľ domáha (odvolací návrh). Rozsah, v akom sa rozhodnutie napáda a dôvody odvolania môže odvolateľ rozšíriť len do uplynutia lehoty na odvolanie. Odvolanie možno odôvodniť len tým, že a) neboli splnené procesné podmienky, b) súd nesprávnym procesným postupom znemožnil strane, aby uskutočňovala jej patriace procesné práva v takej miere, že došlo k porušeniu práva na spravodlivý proces, c) rozhodoval vylúčený sudca alebo nesprávne obsadený súd, d) konanie má inú vadu, ktorá mohla mať za následok nesprávne rozhodnutie vo veci, e) súd prvej inštancie nevykonal navrhnuté dôkazy, potrebné na zistenie rozhodujúcich skutočností, f) súd prvej inštancie dospel na základe vykonaných dôkazov k nesprávnym skutkovým zisteniam, g) zistený skutkový stav neobstojí, pretože sú prípustné ďalšie prostriedky procesnej obrany alebo ďalšie prostriedky procesného útoku, ktoré neboli uplatnené, alebo h) rozhodnutie súdu prvej inštancie vychádza z nesprávneho právneho posúdenia veci. Odvolanie proti rozhodnutiu vo veci samej možno odôvodniť aj tým, že právoplatné uznesenie súdu prvej inštancie, ktoré predchádzalo rozhodnutiu vo veci samej, má vadu uvedenú v odseku 1, ak táto vada mala vplyv na rozhodnutie vo veci samej. Odvolacie dôvody a dôkazy na ich preukázanie možno meniť a dopĺňať len do uplynutia lehoty na podanie odvolania. Prostriedky procesného útoku alebo prostriedky procesnej obrany, ktoré neboli uplatnené v konaní pred súdom prvej inštancie, možno v odvolaní použiť len vtedy, ak a) sa týkajú procesných podmienok, b) sa týkajú vylúčenia sudcu alebo nesprávneho obsadenia súdu, c) má byť nimi preukázané, že v konaní došlo k vadám, ktoré mohli mať za následok nesprávne rozhodnutie vo veci alebo d) ich odvolateľ bez svojej viny nemohol uplatniť v konaní pred súdom prvej inštancie. Ak nebude povinnosť uložená týmto rozhodnutím splnená v stanovenej lehote, možno sa jej splnenia domáhať návrhom na vykonanie exekúcie podľa osobitného predpisu.</w:t>
      </w:r>
    </w:p>
    <w:p/>
    <w:p>
      <w:r>
        <w:t>Zdroj: KAUZIS.SK – https://www.kauzis.sk/judikatura/r/ECLI:SK:OSVT:2026:8826200699.2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