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7P/83/2026 z 10. 9. 2026</w:t>
      </w:r>
    </w:p>
    <w:p>
      <w:r>
        <w:t>Rozsudok Okresného súdu Vranov nad Topľou z 10. septembra 2026, sp. zn. 7P/83/2026, ECLI:SK:OSVT:2026:8826201303.3</w:t>
      </w:r>
    </w:p>
    <w:p>
      <w:r>
        <w:t>Súd: Okresný súd Vranov nad Topľou</w:t>
      </w:r>
    </w:p>
    <w:p>
      <w:r>
        <w:t>Spisová značka: 7P/83/2026</w:t>
      </w:r>
    </w:p>
    <w:p>
      <w:r>
        <w:t>ECLI: ECLI:SK:OSVT:2026:8826201303.3</w:t>
      </w:r>
    </w:p>
    <w:p>
      <w:r>
        <w:t>Dátum vydania: 10.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7P/83/2026 8826201303 10. 09. 2026 JUDr. Martina Melníková ECLI:SK:OSVT:2026:8826201303.3</w:t>
      </w:r>
    </w:p>
    <w:p>
      <w:r>
        <w:t>ROZSUDOK V MENE SLOVENSKEJ REPUBLIKY Okresný súd Vranov nad Topľou sudkyňou JUDr. Martinou Melníkovou v právnej veci starostlivosti súdu o maloletého A. B., nar. XX.XX.XXXX, bytom pri matke, zastúpený kolíznym opatrovníkom Úradom práce, sociálnych vecí a rodiny vo Vranove nad Topľou, oddelenie sociálnoprávnej ochrany detí a sociálnej kurately, so sídlom Námestie slobody 5, Vranov nad Topľou, na návrh maloletej matky: C. B., nar. XX.XX.XXXX, trvale bytom D. E. XXX, zastúpená zák. zástupcami: A. B., nar. XX.XX.XXXX, trvale bytom D. E. XXX a B. F., nar. XX.XX.XXXX, trvale bytom D. E. XXX, o priznanie rodičovských práv a povinností vo vzťahu k osobnej starostlivosti o maloleté dieťa, t a k t o rozhodol: I. Súd p r i z n á v a maloletej matke C. B., nar. XX.XX.XXXX rodičovské práva a povinnosti vo vzťahu k osobnej starostlivosti o maloleté dieťa A. B., nar. XX.XX.XXXX. II. Súd u s t a n o v u j e maloletému dieťaťu poručníka a to A. B., nar. XX.XX.XXXX. III. Poručník je p o v i n n ý zabezpečovať výchovu maloletého dieťaťa, zastupovať ho a spravovať jeho majetok nadobudnutý po vyhlásení tohto rozhodnutia. Ak nejde o bežnú vec, je na nakladanie s majetkom potrebné schválenie súd. IV. Poručník je p o v i n n ý podávať súdu vždy k 30.06. a k 31.12. toho ktorého roka, správy o nakladaní s majetkom dieťa a správy o maloletom dieťati. V. Ustanovený poručník je p o v i n n ý vykonávať svoju funkciu riadne a v najlepšom záujme maloletého dieťaťa. Za riadny výkon zodpovedá súdu. Rozhodnutie poručníka týkajúce sa každej podstatnej veci maloletého dieťa vyžaduje schválenie súdu. VI. Po zániku poručníctva je poručník p o v i n n ý predložiť súdu záverečný účet zo správy majetku maloletého dieťaťa najneskôr do 2 mesiacov po zániku poručníctva. VII.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w:t>
      </w:r>
    </w:p>
    <w:p/>
    <w:p>
      <w:r>
        <w:t>Zdroj: KAUZIS.SK – https://www.kauzis.sk/judikatura/r/ECLI:SK:OSVT:2026:8826201303.3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