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8P/81/2026 z 22. 7. 2026</w:t>
      </w:r>
    </w:p>
    <w:p>
      <w:r>
        <w:t>Uznesenie Okresného súdu Vranov nad Topľou z 22. júla 2026, sp. zn. 8P/81/2026, ECLI:SK:OSVT:2026:8826201313.2</w:t>
      </w:r>
    </w:p>
    <w:p>
      <w:r>
        <w:t>Súd: Okresný súd Vranov nad Topľou</w:t>
      </w:r>
    </w:p>
    <w:p>
      <w:r>
        <w:t>Spisová značka: 8P/81/2026</w:t>
      </w:r>
    </w:p>
    <w:p>
      <w:r>
        <w:t>ECLI: ECLI:SK:OSVT:2026:8826201313.2</w:t>
      </w:r>
    </w:p>
    <w:p>
      <w:r>
        <w:t>Dátum vydania: 22. 7.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8P/81/2026 8826201313 22. 07. 2026 JUDr. Silvia Šviderská ECLI:SK:OSVT:2026:8826201313.2</w:t>
      </w:r>
    </w:p>
    <w:p>
      <w:r>
        <w:t>Uznesenie Okresný súd Vranov nad Topľou v právnej veci starostlivosti súdu o maloletých, mal. A. B., nar. XX.XX.XXXX, mal. C. B., nar. XX.XX.XXXX, mal. A. B., nar. XX.XX.XXXX, všetci bytom pri navrhovateľke, zastúpených kolíznym opatrovníkom Úradom práce, sociálnych vecí a rodiny, odbor sociálnych vecí a rodiny, oddelenie sociálnoprávnej ochrany detí a sociálnej kurately, Námestie slobody 5, Vranov nad Topľou, za účasti matky D. E., nar. XX.XX.XXXX, trvale bytom F. XXX, G., toho času Ústav na výkon trestu odňatia slobody, Sučany, na návrh navrhovateľky H. B., nar. XX.XX.XXXX, trvale bytom F. XXX, G., o nariadenie neodkladného opatrenia, t a k t o rozhodol: N a r i a ď u j e toto neodkladné opatrenie: Súd dočasne z v e r u j e mal. A. B., nar. XX.XX.XXXX, mal. C. B., nar. XX.XX.XXXX a mal. A. B., nar. XX.XX.XXXX do osobnej starostlivosti navrhovateľky H. B., nar. XX.XX.XXXX, trvale bytom F. XXX, G.. U k l a d á navrhovateľke v lehote 30 dní odo dňa doručenia uznesenia podať návrh na začatie konania na zverenie maloletých detí do náhradnej osobnej starostlivosti. odôvodnenie: 1. Navrhovateľka sa návrhom doručeným tunajšiemu súdu domáhala nariadenia neodkladného opatrenia, ktorým žiadala dočasne zveriť mal. A. B., nar. XX.XX.XXXX, mal. C. B., nar. XX.XX.XXXX a mal. A. B., nar. XX.XX.XXXX do svojej osobnej starostlivosti. Vo svojom návrhu uviedla, že z družného vzťahu rodičov, matky, D. E., nar. XX.XX.XXXX a nebohého otca, A. B., nar. XX.XX.XXXX, zomr. XX.XX.XXXX pochádza 5 maloletých detí, A. B., nar. XX.XX.XXXX, C. B., nar. XX.XX.XXXX, A. B., nar. XX.XX.XXXX, I. B., nar. XX.XX.XXXX a F. B., nar. XX.XX.XXXX. Matka maloletých detí sa od 01.07.2026 nachádza vo výkone trestu odňatia slobody a od toho času sa o mal. deti staral ich otec, A. B. aj s jej pomocou a pomocou ďalších príbuzných, v jej domácnosti maloleté deti aj prespávali. Otec mal. detí však dňa XX.XX.XXXX zomrel, deti sa tak ocitli bez zákonného zástupcu. Z tohto dôvodu sa rozhodla podať návrh na dočasné zverenie maloletých detí, A. B., C. B. a A. B. do svojej starostlivosti, o dočasné zverenie ďalších maloletých detí sa rozhodla požiadať otcova sestra, C. B., nar. XX.XX.XXXX. Býva v 2-izbovom murovanom príbytku v miestnej komunite v obci G., spolu so svojim plnoletým synom a jeho rodinou. Po smrti otca maloletým deťom poskytuje potrebnú starostlivosť a je ochotná sa o mal. deti starať až do príchodu ich matky z výkonu trestu. Mal. C. a A. sú školopovinní, mal. Zdena už má ukončenú povinnú školskú dochádzku, dňa 05.10.2025 sa stala maloletou matkou a porodila mal. A. J.. Žije vo vzťahu s otcom jej dieťaťa, K. J.. Navrhovateľka je zdravá, schopná a ochotná sa o mal. deti postarať. V súčasnosti je nezamestnaná, evidovaná v evidencii uchádzačov o zamestnanie. Starostlivosť o maloleté deti zvládne. 2. Podľa rodných listov mal. detí sa mal. A. B. narodila XX.XX.XXXX, mal. C. B. dňa 13.12.2010 a mal. A. B. dňa 25.04.2019, všetci z matky D. E., nar. XX.XX.XXXX a otca A. B., nar. XX.XX.XXXX.</w:t>
      </w:r>
    </w:p>
    <w:p>
      <w:r>
        <w:t>3. Z lustrácie v ZVJS súd zistil, že matka mal. detí vykonáva trest odňatia slobody v Ústave na výkon trestu odňatia slobody v Sučanoch, a to od 01.07.2026. 4. Podľa predloženého úmrtného listu otec mal. detí zomrel dňa XX.XX.XXXX. 5. Na tunajšom súde sa pod sp. zn. 8P/82/2026 vedie konanie o nariadenie neodkladného opatrenia na dočasné zverenie mal. detí, I. B., nar. XX.XX.XXXX a F. B. do osobnej starostlivosti ich tety C. B., nar. XX.XX.XXXX. 6. Zo správy kolízneho opatrovníka vyplýva, že matka maloletých detí sa nachádza odo dňa 01.07.2026 vo výkone trestu odňatia slobody. Po nástupe matky do výkonu trestu odňatia slobody sa o mal. deti staral ich otec A. B.. Dňa 15.07.2026 rodinu navštívili, pričom bolo zistené, že otec mal. detí dňa XX.XX.XXXX zomrel. Maloletým deťom tak potrebnú starostlivosť poskytovala stará matka H. B., nar. XX.XX.XXXX spolu s ďalšími príbuznými. Pri rozhovore uvádzala, že o maloleté deti je ochotná sa starať až do príchodu matky detí z výkonu trestu odňatia slobody. Stará matka maloletých detí býva v 2-izbovom murovanom príbytku v miestnej komunite v obci G., spolu so svojim plnoletým synom a jeho rodinou. Domácnosť je zariadená základným nevyhnutným nábytkom, v domácnosti je zavedená elektrina a vodovod. Hygiena domácnosti zodpovedá štandardným pomerom miestnej komunity. Stará matka uvádzala, že je zdravá, schopná a ochotná sa o maloleté deti postarať. V súčasnosti je nezamestnaná, evidovaná v evidencii uchádzačov o zamestnanie. O ostatné dve maloleté deti, I. a F. sa rozhodla postarať ich teta, otcova sestra, C. B., nar. XX.XX.XXXX, ktorá si dňa 16.07.2026 podala návrh na ich dočasné zverenie do jej osobnej starostlivosti. Maloleté dieťa A. B., nar. XX.XX.XXXX má ukončenú povinnú školskú dochádzku a dňa 05.10.2025 porodila maloletú A. J., ktorej otcom je K. J., nar. XX.XX.XXXX. Rodičia maloletej A. J. žijú v družnom vzťahu a spoločne sa starajú o dieťa. Maloletá matka si nepodala návrh na priznanie rodičovských práv a povinností, učinil tak otec dieťaťa, ktorý je aktuálne už dospelý. Rozsudkom Okresného súdu Vranov nad Topľou, sp. zn. 8P/36/2026 zo dňa 14. mája 2026 mu boli priznané rodičovské práva a povinnosti k maloletej A. J.. Maloletý C. B., nar. XX.XX.XXXX je žiakom Základnej školy G. a v danom školskom roku 2025/2026 nebol vedený ako záškolák. Povinnú školskú dochádzku si plnil pravidelne. Maloletý A., nar. XX.XX.XXXX je taktiež žiakom Základnej školy G., školskú dochádzku si neplnil v tomto školskom roku pravidelne a bol vedený ako záškolák. Pediatrička maloletých detí toho času nehlásila zanedbávajúcu starostlivosť o maloleté deti. Maloleté deti sú zdravé, doposiaľ neboli zistené žiadne závažné ochorenia. Z rozhovoru s príbuznými sa dozvedeli, že maloleté deti I. a F. sa aktuálne nachádzajú v domácnosti príbuznej, otcovej sestry, kde aj prespávajú a maloleté deti C. a A. sú pri svojej starej matke, H. B.. Maloletá A. B. je so svojim druhom J. K. a ich maloletým dieťaťom v domácnosti svojich rodičov, D. E. a nebohého A. B. a to z dôvodu, aby matka po príchode z výkonu trestu odňatia mala kde bývať. Vzhľadom na vyššie uvedené skutočnosti, kolízny opatrovník odporúča, aby súd podanému návrhu starej matky vyhovel a maloleté deti dočasne zveril do jej osobnej starostlivosti.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 9. Podľa § 328 ods. 1 CSP, ak súd nepostupoval podľa § 327, nariadi neodkladné opatrenie, ak sú splnené podmienky podľa § 325 ods. 1, inak návrh na nariadenie neodkladného opatrenia zamietne. 10. Ako vyplýva z § 329 ods. 1 CSP súd môže rozhodnúť o návrhu na nariadenie neodkladného opatrenia aj bez výsluchu a vyjadrenia účastníkov konania a bez nariadenia pojednávania. 11. V zmysle § 360 ods. 1 zákona č. 161/2015 Z. z. Civilného mimosporového poriadku (ďalej len „CMP“) neodkladné opatrenie možno nariadiť aj bez návrhu v konaniach, ktoré možno začať aj bez návrhu. 12. Vychádzajúc z vyššie uvedených skutočností a zároveň zákonných ustanovení dospel súd k záveru, že v danom prípade je dôvod na nariadenie neodkladného opatrenia podľa návrhu navrhovateľky.</w:t>
      </w:r>
    </w:p>
    <w:p>
      <w:r>
        <w:t>Neodkladné opatrenie slúži k bezodkladnej úprave pomerov a je namieste ho použiť tam, kde sa vyžaduje okamžitý zásah súdu. 13.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14.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15. Súd sa stotožnil so skutkovými dôvodmi návrhu na nariadenie neodkladného opatrenia a mal za osvedčené, že v danom prípade je potrebné dočasne upraviť pomery účastníkov konania. Mal. deťom B. poskytovali osobnú starostlivosť ich rodičia. Potom, čo matka dňa 01.07.2026 nastúpila do výkonu trestu odňatia slobody, starostlivosť o mal. deti prevzal otec mal. detí, ktorý však dňa XX.XX.XXXX zomrel. Po smrti otca zabezpečovala starostlivosť o mal. deti B. navrhovateľka, ktorá je starou matkou mal. detí. Navrhovateľka toho času zabezpečuje starostlivosť mal. Zdene, mal. C. a mal. Zdenovi a starostlivosť o ďalšie dve mal. deti, I. a F. prevzala otcova sestra, C. B.. Vzhľadom na uvedené skutočnosti mal súd osvedčenú naliehavosť bezodkladnej úpravy a potrebu rýchleho zásahu súdu do pomerov účastníkov prostredníctvom nariadenia neodkladného opatrenia, nakoľko matka z objektívnych dôvodov nemôže poskytovať starostlivosť svojim maloletým deťom. Nateraz je v najlepšom záujme maloletých detí dočasné zverenie do starostlivosti starej matky, ktorá je ochotná a schopná riadne zabezpečovať osobnú starostlivosť o maloletých a má zabezpečené vhodné bytové podmienky na jej poskytovanie. S poukazom na správu kolízneho opatrovníka mal súd za to, že navrhovateľka spĺňa predpoklady na zabezpečenie primeranej starostlivosti o maloletých, a preto na základe uvedeného dočasne zveril maloleté deti do jej osobnej starostlivosti, sledujúc ich najlepší záujem. 16. Súd zároveň uložil navrhovateľke v zmysle § 336 ods. 1 CSP povinnosť podať v lehote 30 dní od doručenia tohto uznesenia návrh vo veci samej na zverenie maloletých detí do náhradnej osobnej starostlivosti. Poučenie: 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https://www.kauzis.sk/judikatura/r/ECLI:SK:OSVT:2026:8826201313.2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