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8P/103/2026 z 6. 10. 2026</w:t>
      </w:r>
    </w:p>
    <w:p>
      <w:r>
        <w:t>Rozsudok Okresného súdu Vranov nad Topľou z 6. októbra 2026, sp. zn. 8P/103/2026, ECLI:SK:OSVT:2026:8826201535.3</w:t>
      </w:r>
    </w:p>
    <w:p>
      <w:r>
        <w:t>Súd: Okresný súd Vranov nad Topľou</w:t>
      </w:r>
    </w:p>
    <w:p>
      <w:r>
        <w:t>Spisová značka: 8P/103/2026</w:t>
      </w:r>
    </w:p>
    <w:p>
      <w:r>
        <w:t>ECLI: ECLI:SK:OSVT:2026:8826201535.3</w:t>
      </w:r>
    </w:p>
    <w:p>
      <w:r>
        <w:t>Dátum vydania: 6. 10.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8P/103/2026 8826201535 06. 10. 2026 JUDr. Silvia Šviderská ECLI:SK:OSVT:2026:8826201535.3</w:t>
      </w:r>
    </w:p>
    <w:p>
      <w:r>
        <w:t>ROZSUDOK V MENE SLOVENSKEJ REPUBLIKY Okresný súd Vranov nad Topľou sudcom JUDr. Silviou Šviderskou v právnej veci starostlivosti súdu o maloletých, mal. A. B., nar. XX.XX.XXXX, bytom pri matke, zastúpená kolíznym opatrovníkom Úradom práce, sociálnych vecí a rodiny, Vranov nad Topľou, Námestie slobody 5, Vranov nad Topľou, na návrh matky: B. C., nar. XX.XX.XXXX, bytom D. D. XXX, za účasti otca: E. B., nar. XX.XX.XXXX, bytom D. D. XXX ao zvýšenie výživného takto rozhodol: I. Súd s c h v a ľ u j e rodičovskú dohodu v tomto znení: Mení s a výživné určené rozsudkom Okresného súdu Vranov nad Topľou, č.k. 8P/178/2022-27 zo dňa 22.12.2022 a to tak, že výživné na maloletú A. B., nar. XX.XX.XXXX sa z v y š u j e zo sumy 130,- EUR mesačne na sumu 220,- EUR mesačne, ktoré výživné je otec p o v i n n ý platiť vždy do 15. dňa toho ktorého mesiaca vopred matke, počnúc dňom 01.09.2026. Dlžné výživné za obdobie od 01.09.2026 do 30.09.2026 na maloletú A. v sume 90,- EUR sa z a v ä z u j e otec uhradiť v dvoch mesačných splátkach po 45 Eur spolu s bežným výživným.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splnená v stanovenej lehote, možno sa jej splnenia domáhať návrhom na výkon rozhodnutia podľa osobitného zákona.</w:t>
      </w:r>
    </w:p>
    <w:p/>
    <w:p>
      <w:r>
        <w:t>Zdroj: KAUZIS.SK – https://www.kauzis.sk/judikatura/r/ECLI:SK:OSVT:2026:8826201535.3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