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Žiar nad Hronom sp. zn. 22Pc/2/2026 z 24. 3. 2026</w:t>
      </w:r>
    </w:p>
    <w:p>
      <w:r>
        <w:t>Opravné uznesenie Okresného súdu Žiar nad Hronom z 24. marca 2026, sp. zn. 22Pc/2/2026, ECLI:SK:OSZH:2026:6426200032.2</w:t>
      </w:r>
    </w:p>
    <w:p>
      <w:r>
        <w:t>Súd: Okresný súd Žiar nad Hronom</w:t>
      </w:r>
    </w:p>
    <w:p>
      <w:r>
        <w:t>Spisová značka: 22Pc/2/2026</w:t>
      </w:r>
    </w:p>
    <w:p>
      <w:r>
        <w:t>ECLI: ECLI:SK:OSZH:2026:6426200032.2</w:t>
      </w:r>
    </w:p>
    <w:p>
      <w:r>
        <w:t>Dátum vydania: 24. 3. 2026</w:t>
      </w:r>
    </w:p>
    <w:p>
      <w:r>
        <w:t>Forma: Opravné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Žiar nad Hronom 22Pc/2/2026 6426200032 24. 03. 2026 JUDr. Jana Zuzan ECLI:SK:OSZH:2026:6426200032.2</w:t>
      </w:r>
    </w:p>
    <w:p>
      <w:r>
        <w:t>Opravné uznesenie Okresný súd Žiar nad Hronom vo veci navrhovateľa: A. B., nar. XX.XX.XXXX, bytom C. XXX, XXX XX C., a manželky: D. B., nar. XX.XX.XXXX, bytom C. XXX, XXX XX C., o návrhu na rozvod manželstva, takto rozhodol: I. Súd o p r a v u j e záhlavie rozsudku Okresného súdu Žiar nad Hronom č.k. 22Pc/2/2026-17 zo dňa 04.03.2026 v časti označenia dátumu narodenia navrhovateľa tak, že správne znie: XX.XX.XXXX. II. Vo zvyšku ostáva rozsudok Okresného súdu Žiar nad Hronom č.k. 22Pc/2/2026-17 zo dňa 04.03.2026 nedotknutý. odôvodnenie: 1. Okresný súd Žiar nad Hronom rozhodol v predmetnom konaní rozsudkom č.k. 22Pc/2/2026-17 zo dňa 04.03.2026. 2. Pri vyhotovovaní rozsudku došlo k chybe v písaní, a to k uvedeniu nesprávneho dátumu narodenia navrhovateľa v záhlaví predmetného rozsudku. Správny dátum narodenia navrhovateľa je XX.XX.XXXX. Uvedené vyplýva z výroku predmetného rozsudku, ako aj z obsahu spisu. 3. Podľa § 224 Civilného sporového poriadku, súd kedykoľvek aj bez návrhu opraví v rozsudku chyby v písaní a počítaní, ako aj iné zrejmé nesprávnosti. O oprave súd vydá opravné uznesenie, ktoré doručí subjektom konania. 4. Na základe vyššie citovaného zákonného ustanovenia súd aj bez návrhu opravil chybu v písaní v rozsudku tunajšieho súdu č.k. 22Pc/2/2026-17 zo dňa 04.03.2026. Poučenie: Proti tomuto uzneseniu nie je prípustné odvolanie.</w:t>
      </w:r>
    </w:p>
    <w:p/>
    <w:p>
      <w:r>
        <w:t>Zdroj: KAUZIS.SK – https://www.kauzis.sk/judikatura/r/ECLI:SK:OSZH:2026:6426200032.2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