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Špecializovaného trestného súdu sp. zn. 4T/10/2013 z 4. 4. 2013</w:t>
      </w:r>
    </w:p>
    <w:p>
      <w:r>
        <w:t>Rozsudok Špecializovaného trestného súdu z 4. apríla 2013, sp. zn. 4T/10/2013, ECLI:SK:SSPK:2013:9513100034.2</w:t>
      </w:r>
    </w:p>
    <w:p>
      <w:r>
        <w:t>Súd: Špecializovaný trestný súd</w:t>
      </w:r>
    </w:p>
    <w:p>
      <w:r>
        <w:t>Spisová značka: 4T/10/2013</w:t>
      </w:r>
    </w:p>
    <w:p>
      <w:r>
        <w:t>ECLI: ECLI:SK:SSPK:2013:9513100034.2</w:t>
      </w:r>
    </w:p>
    <w:p>
      <w:r>
        <w:t>Dátum vydania: 4. 4. 2013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Špecializovaný trestný súd Spisová značka: 4T/10/2013 Identifikačné číslo súdneho spisu: 9513100034 Dátum vydania rozhodnutia: 05. 04. 2013 Meno a priezvisko sudcu, VSÚ: roman puchovsky ECLI: ECLI:SK:SSPK:2013:9513100034.2 ROZSUDOK V MENE SLOVENSKEJ REPUBLIKY Špecializovaný trestný súd, pracovisko Banská Bystrica, na verejnom zasadnutí konanom dňa 05. apríla 2013 pred samosudcom JUDr. Romanom Púchovským v trestnej veci obvineného C.. G. L. pre prečin podplácania podľa § 333 odsek 1, odsek 2 písm. b) Trestného zákona, o schválení dohody o vine a treste, takto r o z h o d o l : Podľa § 334 ods. 4 Trestného poriadku s c h v a ľ u j e dohodu o vine a treste medzi prokurátorom Úradu špeciálnej prokuratúry GP SR a obvineným C.. G. L. zo dňa 06. marca 2013, spisovej značky VII/1 Gv 205/12-11, a potvrdzuje, že obvinený C.. G. L., nar. XX.XX.XXXX v W., trvale bytom W. XXX, j e v i n n ý , ž e 1/ dňa 17.02.2011 v čase o 10:52 h, v Čadci, na Palárikovej ulici č. 24, v budove Slovenskej sporiteľne, a.s., poskytol B.. C. A., ako hlavnému radcovi štátneho dopravného úradu sekcie cestnej dopravy, pozemných komunikácií a investičných projektov Ministerstva dopravy, výstavby a regionálneho rozvoja Slovenskej republiky, hotovostným vkladom na účet č. 045195380/0900 vedený v Slovenskej sporiteľni, a.s., na meno B.. C. A., finančnú hotovosť vo výške 500,- Eur ako úplatok, v súvislosti s prijatím žiadosti, prípravou podkladov, urýchleným a bezproblémovým rozhodovaním o udelení dopravnej licencie pod číslom rozhodnutia 12233/2011/ŠDÚ/z.17634 na medzinárodnú pravidelnú dopravu autobusmi podľa zákona č. 168/1996 Z. z. o cestnej doprave v znení neskorších predpisov, v úseku Čadca - Valašské Meziříčí, 2/ dňa 14.03.2011 v čase o 10:22 h, v Čadci, na Palárikovej ulici č. 24, v budove Slovenskej sporiteľne, a.s., poskytol B.. C. A., ako hlavnému radcovi štátneho dopravného úradu sekcie cestnej dopravy, pozemných komunikácií a investičných projektov Ministerstva dopravy, výstavby a regionálneho rozvoja Slovenskej republiky, hotovostným vkladom na účet č. 045195380/0900 vedený v Slovenskej sporiteľni, a.s., na meno B.. C. A., finančnú hotovosť vo výške 500,- Eur ako úplatok, v súvislosti s prijatím žiadosti, prípravou podkladov, urýchleným a bezproblémovým rozhodovaním o udelení dopravnej licencie pod číslom rozhodnutia 12233/2011/ŠDÚ/z.17634 na medzinárodnú pravidelnú dopravu autobusmi podľa zákona č. 168/1996 Z. z. o cestnej doprave v znení neskorších predpisov, v úseku Čadca - Valašské Meziříčí, 3/ dňa 29.03.2011 v čase o 13.35 h, v Čadci, na Palárikovej ulici č. 24, v budove Slovenskej sporiteľne, a.s., poskytol B.. C. A., ako hlavnému radcovi štátneho dopravného úradu sekcie cestnej dopravy, pozemných komunikácií a investičných projektov Ministerstva dopravy, výstavby a regionálneho rozvoja Slovenskej republiky, hotovostným vkladom na účet č. 045195380/0900 vedený v Slovenskej sporiteľni, a.s., na meno B.. C. A., finančnú hotovosť vo výške 500,- Eur ako úplatok, v súvislosti s prijatím žiadosti, prípravou podkladov, urýchleným a bezproblémovým rozhodovaním o udelení dopravnej licencie pod číslom rozhodnutia 12233/2011/ŠDÚ/z.17634 na medzinárodnú pravidelnú dopravu autobusmi podľa zákona č. 168/1996 Z. z. o cestnej doprave v znení neskorších predpisov, v úseku Čadca - Valašské Meziříčí, t e d a v bodoch 1-3 inému v súvislosti s obstarávaním veci všeobecného záujmu priamo poskytol úplatok a taký čin spáchal voči verejnému činiteľovi, č í m s p á c h a l v bodoch 1-3 pokračujúci prečin podplácania podľa § 333 ods. 1, ods. 2 písm. b) Trestného zákona. Z a t o s a o d s u d z u j e : Podľa § 333 ods. 2 Trestného zákona a § 56 ods. 1, ods. 2 Trestného zákona s prihliadnutím k § 36 písm. j), l) Trestného zákona na peňažný trest v sume 1.000,- Eur (slovom: Jedentisíc eur). Podľa § 57 ods. 2 Trestného zákona zaplatená suma peňažného trestu pripadá štátu. Podľa § 57 ods. 3 Trestného zákona pre prípad, že by výkon peňažného trestu mohol byť úmyselne zmarený, ustanovuje sa náhradný trest odňatia slobody vo výmere 4 (štyri) mesiace. o d ô v o d n e n i e : Prokurátor Úradu špeciálnej prokuratúry GP SR podal dňa 08.03.2013 na Špecializovaný trestný súd návrh na schválenie dohody o vine a treste, ktorú uzavrel s obvineným C.. G. L. dňa 06.03.2013 pod č.k. VII/1 Gv 205/12-11. Samosudca preskúmal predmetný návrh dohody o vine a treste a podľa jeho obsahu a podľa obsahu spisu určil termín verejného zasadnutia na rozhodnutie o návrhu dohody o vine a treste. Na verejnom zasadnutí po prednesení návrhu dohody o vine a treste prokurátorom predseda senátu zistil formou otázok, ktoré sú uvedené v ustanovení § 333 ods. 3 písm. a) až j) Trestného poriadku, že obvinený na všetky kladené otázky osobitne odpovedal slovom „áno“. Keďže uzavretá dohoda o vine a treste v navrhnutom znení nie je zrejme neprimeraná, samosudca ju považuje za spravodlivú, dohodu o vine a treste schválil a potvrdil to rozsudkom, ktorý verejne vyhlásil. Poučenie: Proti tomuto rozsudku nie je prípustné odvolanie ani dovolanie, okrem dovolania podľa § 371 ods. 1 písm. c) Trestného poriadku.</w:t>
      </w:r>
    </w:p>
    <w:p/>
    <w:p>
      <w:r>
        <w:t>Zdroj: KAUZIS.SK – https://www.kauzis.sk/judikatura/r/ECLI:SK:SSPK:2013:9513100034.2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