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Špecializovaného trestného súdu sp. zn. 2T/17/2016 z 29. 11. 2016</w:t>
      </w:r>
    </w:p>
    <w:p>
      <w:r>
        <w:t>Uznesenie Špecializovaného trestného súdu z 29. novembra 2016, sp. zn. 2T/17/2016, ECLI:SK:SSPK:2016:9516100111.2</w:t>
      </w:r>
    </w:p>
    <w:p>
      <w:r>
        <w:t>Súd: Špecializovaný trestný súd</w:t>
      </w:r>
    </w:p>
    <w:p>
      <w:r>
        <w:t>Spisová značka: 2T/17/2016</w:t>
      </w:r>
    </w:p>
    <w:p>
      <w:r>
        <w:t>ECLI: ECLI:SK:SSPK:2016:9516100111.2</w:t>
      </w:r>
    </w:p>
    <w:p>
      <w:r>
        <w:t>Dátum vydania: 29. 11. 2016</w:t>
      </w:r>
    </w:p>
    <w:p>
      <w:r>
        <w:t>Forma: Uznesenie</w:t>
      </w:r>
    </w:p>
    <w:p>
      <w:r>
        <w:t>Oblasť práva: Trestné právo</w:t>
      </w:r>
    </w:p>
    <w:p>
      <w:pPr>
        <w:pStyle w:val="Heading2"/>
      </w:pPr>
      <w:r>
        <w:t>Text rozhodnutia</w:t>
      </w:r>
    </w:p>
    <w:p>
      <w:r>
        <w:t>Súd: Špecializovaný trestný súd Spisová značka: 2T/17/2016 Identifikačné číslo súdneho spisu: 9516100111 Dátum vydania rozhodnutia: 30. 11. 2016 Meno a priezvisko sudcu, VSÚ: JUDr. Ružena Sabová ECLI: ECLI:SK:SSPK:2016:9516100111.2 Uznesenie Špecializovaný trestný súd v senáte zloženom z predsedníčky senátu JUDr. Ruženy Sabovej a členov senátu Mgr. Ivana Matela a JUDr. Emila Klemaniča na neverejnom zasadnutí konanom dňa 30. novembra 2016 o predbežnom prejednaní obžaloby prokurátorky Úradu špeciálnej prokuratúry Generálnej prokuratúry Slovenskej republiky č. k. VII/2 Gv 220/13/1000-87 zo dňa 01. 08. 2016, ktorú podala na obvinených: 1/ R.. O. V., nar. XX. XX. XXXX vo O. I. G., trvalé bydlisko O. I. G., X. N., X. XXX/XX, prechodné bydlisko E. XX, M. Q., 2/ V. H., nar. XX. XX. XXXX v G., trvalé bydlisko G. - R., V. XXX/X, prechodné bydlisko nenahlásené K., J. XX, takto r o z h o d o l : Podľa § 244 ods. 1 písm. h) Trestného poriadku súd odmieta obžalobu prokurátorky Úradu špeciálnej prokuratúry Generálnej prokuratúry Slovenskej republiky č. k. VII/2 Gv 220/13/1000-87 zo dňa 01. 08. 2016 a vracia vec prokurátorke, pretože zistil závažné procesné chyby. o d ô v o d n e n i e : Dňa 01. 08. 2016 prokurátorka Úradu špeciálnej prokuratúry Generálnej prokuratúry Slovenskej republiky podala na tunajšom súde pod č. k. VII/2 Gv 220/13/1000-87 obžalobu na obvinených R.. O. V. a V. H. pre: - v bode 1/ obžaloby spolupáchateľstvom podľa § 20 Trestného zákona zločin neodvedenia dane a poistného podľa § 277 ods. 1, ods. 4 Trestného zákona účinného do 01. 10. 2012 a - v bodoch 1/-14/ obžaloby spolupáchateľstvom podľa § 20 Trestného zákona pokračovací zločin skrátenia dane a poistného podľa § 276 ods. 1, ods. 4 Trestného zákona (ďalej len „Tr. zák.“), na tom skutkovom základe, že: obvinený O. V. a obvinený V. H.Z.: s cieľom dosiahnuť pre daňový subjekt H., M..L..T.., J. I. X, Z., IČO: XX XXX XXX, daňovú výhodu skrátením dane z pridanej hodnoty alebo neoprávneným uplatnením nadmerného odpočtu dane z pridanej hodnoty sa na nezistenom mieste v presne nezistenom čase pravdepodobne v priebehu roka 2011 dohodli, že obv. V. H. zabezpečí konateľov spoločností tzv. „biele kone“ bez vykonávania reálnej podnikateľskej činnosti, v mene ktorých zabezpečí vystavenie faktúr deklarujúcich neexistujúce obchody, čo aj skutočne vykonal a zabezpečil dňa 17. 08. 2011 prepis spoločnosti X.-S., M..L..T.., Q. XX, Z., IČO: 45 848 769 na W. Z., prepis spoločnosti Z. G., M..L..T.., G., IČO: 46 337 270, dňa 22. 09. 2011 na O. Š. a neskôr na G. O. dňa 22. 05. 2012 a prepis spoločnosti Z. G., M..L..T.., IČO: 46 337 245, na O. Q. dňa 17. 03. 2012, v mene ktorých vystavil alebo zabezpečil vystavenie fiktívnych dodávateľských faktúr, ktorými bol deklarovaný nákup repkového oleja pre spoločnosť H., M..L..T.., J. I. X, Z., IČO: 35 908 203 a následne obv. R.. O. V. ako konateľ spoločnosti H., M..L..T.., Z. za uvedený daňový subjekt tieto fiktívne faktúry zahrnul do daňových priznaní pre daň z pridanej hodnoty, ktoré podal u správcu dane nasledovne: 1. dňa 29. 12. 2011 bolo na Daňovom úrade Bratislava 1 za daňový subjekt H., M..L..T.., J. I. X, Z., IČO: 35 908 203 podané riadne daňové priznanie na daň z pridanej hodnoty za zdaňovacie obdobie mesiaca novembra 2011, ktorým R.. O. V. ako konateľ spoločnosti H., M..L..T.., Z. pre uvedený daňový subjekt neoprávnene uplatnil nárok na vrátenie dane z pridanej hodnoty (DPH) vo výške 147.600,75 € tým, že do predmetného daňového priznania úmyselne zahrnul: - faktúru č. FO11-003 zo dňa 08. 11. 2011, u ktorej DPH predstavovala čiastku 195.301EUR, - faktúru č. FO11-0045 zo dňa 19. 11. 2011, u ktorej DPH predstavovala čiastku 181.866,10 EUR, ktorými spoločnosť H., M..L..T.., Z. deklarovala nákup repkového oleja od dodávateľa - spoločnosti X.-S., M..L..T., Q. XX, Z. a keďže spoločnosť X.-S., M..L..T.., daňovému subjektu H., M..L..T.., tovar nikdy reálne nedodala, konateľ spoločností X.-S., M..L..T.., faktúry nevystavoval, nepodpisoval ani nikoho nepoveril ich vystavením ani podpísaním, tak zaúčtovaním predmetných faktúr a ich zahrnutím do daňového priznania k DPH za mesiac november 2011 došlo u daňového subjektu H., M..L..T.., Z. k neoprávnenému uplatneniu vrátenia dane z pridanej hodnoty vo výške 147.600,75 EUR a súčasne k skráteniu dane z pridanej hodnoty vo výške 229.566,35 EUR, ktorú by daňový subjekt H., M..L..T.., Z. bol povinný zaplatiť, ak by do daňového priznania nebola zahrnutá daň z pridanej hodnoty v súhrnnej výške 377.167,10 EUR pochádzajúca z neoprávnene zaúčtovaných faktúr, ktorými spoločnosť H., M..L..T.., Z. deklarovala neexistujúci nákup repkového oleja, 2. dňa 26. 01. 2012 bolo na Daňovom úrade Bratislava za daňový subjekt H., M..L..T.., J. I. X, Z., IČO: 35 908 203, podané riadne daňové priznanie na daň z pridanej hodnoty za zdaňovacie obdobie mesiaca decembra 2011, ktorým konateľ R.. O. V. pre daňový subjekt H., M..L..T.., Z. deklaroval vlastnú daňovú povinnosť vo výške 6.644,05 €, ktorá bola skrátená o sumu 388.675,20 EUR tým, že do predmetného daňového priznania zahrnul - faktúru č. FO11-0052 zo dňa 13. 12. 2011, u ktorej DPH predstavovala čiastku 147.216,- EUR, - faktúru č. F011-0053 zo dňa 13. 12. 2011, u ktorej DPH predstavovala čiastku 49.084,80 EUR, - faktúru č. FO11-0071 zo dňa 28. 12. 2011, u ktorej DPH predstavovala čiastku 192.374,40 EUR, ktorými spoločnosť H., M..L..T.., Z. deklarovala nákup repkového oleja od dodávateľa - spoločnosti X.-S., M..L..T.., Q. XX, Z., IČO: 45 848 769 a to napriek tomu, že spoločnosť X.-S., M..L..T.., daňovému subjektu H., M..L..T.., fakturovaný tovar nikdy reálne nedodala, konateľ spoločnosti X.-S., M..L..T.., predmetné faktúry nevystavoval, nepodpisoval a ani nikoho nepoveril ich vystavením a podpísaním, 3. dňa 28. 02. 2012 bolo na Daňovom úrade Bratislava za daňový subjekt H., M..L..T.., J. I. X, Z., IČO: 35 908 203, podané riadne daňové priznanie na daň z pridanej hodnoty za zdaňovacie obdobie mesiaca januára 2012, ktorým konateľ R.. O. V. pre daňový subjekt H., M..L..T.., Z. deklaroval vlastnú daňovú povinnosť vo výške 26.093,44 €, ktorá bola skrátená o sumu 385.861,50 EUR tým, že do predmetného daňového priznania páchateľ zahrnul - faktúru č. F012-0002 zo dňa 09. 01. 2012, u ktorej DPH predstavovala čiastku 195.472 EUR, - faktúru č. F012-0012 zo dňa 18. 01. 2012, u ktorej DPH predstavovala čiastku 190.389,50 EUR, ktorými spoločnosť H., M..L..T.., Z. deklarovala nákup repkového oleja od dodávateľa - spoločnosti X.-S., M..L..T.., Q. XX, Z., IČO: 45 848 769 a to napriek tomu, že spoločnosť X.-S., M..L..T.., daňovému subjektu H., M..L..T.., fakturovaný tovar nikdy reálne nedodala, konateľ spoločnosti X.-S., M..L..T.., predmetné faktúry nevystavoval, nepodpisoval a ani nikoho nepoveril ich vystavením a podpísaním, 4. dňa 28. 03. 2012 bolo na Daňovom úrade Bratislava za daňový subjekt H., M..L..T.., J. I. X, Z., IČO: 35 908 203, podané riadne daňové priznanie na daň z pridanej hodnoty za zdaňovacie obdobie mesiaca februára 2012, ktorým konateľ R.. O. V. pre daňový subjekt H., M..L..T.., Z. deklaroval vlastnú daňovú povinnosť vo výške 1.890,81 €, ktorá bola skrátená o sumu 201.106,98 EUR tým, že do predmetného daňového priznania zahrnul faktúru č. FO12-00 zo dňa 01. 02. 2012, z ktorej DPH predstavovala čiastku 201.106,98 EUR, ktorou spoločnosť H., M..L..T.., deklarovala nákup repkového oleja od dodávateľa - spoločnosti X.-S., M..L..T.. Q. XX, Z., IČO: 45 848 769 a to napriek tomu, že spoločnosť X.-S., M..L..T.., daňovému subjektu H., M..L..T.., fakturovaný tovar nikdy reálne nedodala, konateľ spoločností X.-S., M..L..T.., predmetnú faktúru nevystavoval, nepodpisoval a ani nikoho nepoveril jej vystavením a podpísaním, 5. dňa 24. 04. 2012 bolo na Daňovom úrade Bratislava za daňový subjekt H., M..L..T.., J. I. X, Z., IČO: 35 908 203, podané riadne daňové priznanie na daň z pridanej hodnoty za zdaňovacie obdobie mesiaca marca 2012, ktorým konateľ R.. O. V. pre daňový subjekt H., M..L..T.., Z. deklaroval vlastnú daňovú povinnosť vo výške 38.259,86 €, ktorá bola skrátená o sumu 176.531,85 EUR tým, že do predmetného daňového priznania zahrnul faktúru č. F012-0060 zo dňa 16. 03. 2012, z ktorej DPH predstavovala čiastku 176.531,85 EUR, ktorou spoločnosť H., M..L..T.., deklarovala nákup repkového oleja od dodávateľa - spoločnosti X.-S., M..L..T.., Q. XX, Z., IČO: 45 848 769 a to napriek tomu, že spoločnosť X.-S., M..L..T.., daňovému subjektu H., M..L..T.., fakturovaný tovar nikdy reálne nedodala, konateľ spoločností X.-S., M..L..T.., predmetnú faktúru nevystavoval, nepodpisoval a ani nikoho nepoveril jej vystavením a podpísaním, 6. dňa 25. 05. 2012 bolo na Daňovom úrade Bratislava za daňový subjekt H., M..L..T.., J. I. X, Z., IČO: 35 908 203, podané riadne daňové priznanie na daň z pridanej hodnoty za zdaňovacie obdobie mesiaca apríla 2012, ktorým konateľ R.. O. V. pre daňový subjekt H., M..L..T.., Z. deklaroval vlastnú daňovú povinnosť vo výške 41.456,88 €, ktorá bola skrátená o sumu 1.055.699,58 EUR tým, že do predmetného daňového priznania zahrnul - faktúru č. FO12-0071 zo dňa 04. 04. 2012, z ktorej DPH predstavovala čiastku 197.000,- EUR, - faktúru č. F012-0082 zo dňa 28. 04. 2012, z ktorej DPH predstavovala čiastku 227.450,90 EUR, ktorými spoločnosť H., M..L..T.., deklarovala nákup repkového oleja od dodávateľa - spoločnosti X.-S., M..L..T.. Q. XX, Z., IČO: 45 848 769 a - faktúru č. 120100014 zo dňa 10. 04. 2012, z ktorej DPH predstavovala čiastku 214.003,40 EUR, - faktúru č. 120100016 zo dňa 15. 04. 2012, z ktorej DPH predstavovala čiastku 192.991,68 EUR, - faktúru č. 120100019 zo dňa 24. 04. 2012, z ktorej DPH predstavovala čiastku 224.253,60 EUR, - ktorými spoločnosť H., M..L..T.., deklarovala nákup repkového oleja od dodávateľa - spoločnosti Z. G., M..L..T.., G., IČO: 46 337 270 a to napriek tomu, že spoločnosť X.-S., M..L..T.., ani spoločnosť Z. G., M..L..T.., daňovému subjektu H., M..L..T.., fakturovaný tovar nikdy reálne nedodali, konatelia spoločností X.-S., M..L..T.. a Z. G., M..L..T.., predmetné faktúry nevystavovali, nepodpisovali a ani nikoho nepoverili ich vystavením a podpísaním, 7. dňa 25. 06. 2012 bolo na Daňovom úrade Bratislava za daňový subjekt H., M..L..T.., J. I. X, Z., IČO: 35 908 203, podané riadne daňové priznanie na daň z pridanej hodnoty za zdaňovacie obdobie mesiaca mája 2012, ktorým konateľ R.. O. V. pre daňový subjekt H., M..L..T.., Z. deklaroval vlastnú daňovú povinnosť vo výške 48.082,09 €, ktorá bola skrátená o sumu 629.877,15 EUR tým, že do predmetného daňového priznania zahrnul - faktúru č. 120100020 zo dňa 09. 05. 2012, z ktorej DPH predstavovala čiastku 211.917,85 EUR, - faktúru č. 120100022 zo dňa 15. 05. 2012, z ktorej DPH predstavovala čiastku 204.796,55 EUR, - faktúru č. 120100023 zo dňa 25. 05. 2012, z ktorej DPH predstavovala čiastku 213.162,75 EUR, ktorými spoločnosť H., M..L..T.., deklarovala nákup repkového oleja od dodávateľa - spoločnosti Z. G., M..L..T.., G., IČO: 46 337 270 a to napriek tomu, že spoločnosť Z. G., M..L..T.., daňovému subjektu H., M..L..T.., fakturovaný tovar nikdy reálne nedodala, konateľka spoločnosti Z. G., M..L..T.., predmetné faktúry nevystavovala, nepodpisovala a ani nikoho nepoverila ich vystavením a podpísaním, 8. dňa 25. 07. 2012 bolo na Daňovom úrade Bratislava za daňový subjekt H., M..L..T.., J. I. X, Z., IČO: 35 908 203, podané riadne daňové priznanie na daň z pridanej hodnoty za zdaňovacie obdobie mesiaca júna 2012, ktorým konateľ R.. O. V. pre daňový subjekt H., M..L..T.. Z. deklaroval vlastnú daňovú povinnosť vo výške 33.009,11 €, ktorá bola skrátená o sumu 213.993 EUR tým, že do predmetného daňového priznania zahrnul faktúru č. 120100025 zo dňa 12. 06. 2012, z ktorej DPH predstavovala čiastku 213.993,- EUR, ktorou spoločnosť H., M..L..T.., deklarovala nákup repkového oleja od dodávateľa - spoločnosti Z. G., M..L..T.., G., IČO: 46 337 270 a to napriek tomu, že spoločnosť Z. G., M..L..T.., daňovému subjektu H., M..L..T.., fakturovaný tovar nikdy reálne nedodala, konateľka spoločnosti Z. G., M..L..T.., predmetnú faktúru nevystavovala, nepodpisovala a ani nikoho nepoverila jej vystavením a podpísaním, 9. dňa 26. 08. 2012 bolo na Daňovom úrade Bratislava za daňový subjekt H., M..L..T.., J. I. X, Z., IČO: 35 908 203, podané riadne daňové priznanie na daň z pridanej hodnoty za zdaňovacie obdobie mesiaca júla 2012, ktorým konateľ R.. O. V. pre daňový subjekt H., M..L..T.., Z. deklaroval vlastnú daňovú povinnosť vo výške 19.374,67 €, ktorá bola skrátená o sumu 201.288,50 EUR tým, že do predmetného daňového priznania zahrnul faktúru č. 120100028 zo dňa 30. 07. 2012, z ktorej DPH predstavovala čiastku 201.288,50 EUR, ktorou spoločnosť H., M..L..T.., deklarovala nákup repkového oleja od dodávateľa - spoločnosti Z. G., M..L..T.., G., IČO: 46 337 270 a to napriek tomu, že spoločnosť Z. G., M..L..T.., daňovému subjektu H., M..L..T.., fakturovaný tovar nikdy reálne nedodala, konateľka spoločnosti Z. G., M..L..T.., predmetnú faktúru nevystavovala, nepodpisovala a ani nikoho nepoverila jej vystavením a podpísaním, 10. dňa 24. 09. 2012 bolo na Daňovom úrade Bratislava za daňový subjekt H., M..L..T.., J. I. X, Z., IČO: 35 908 203, podané riadne daňové priznanie na daň z pridanej hodnoty za zdaňovacie obdobie mesiaca augusta 2012, ktorým konateľ R.. O. V. pre daňový subjekt H., M..L..T.., Z. deklaroval vlastnú daňovú povinnosť vo výške 28.245,46 €, ktorá bola skrátená o sumu 599.196,58 EUR tým, že do predmetného daňového priznania zahrnul - faktúru č. 120100030 zo dňa 02. 08. 2012, z ktorej DPH predstavovala čiastku 4.651,30 EUR, - faktúru č. 120100031 zo dňa 03. 08. 2012, z ktorej DPH predstavovala čiastku 4.693,76 EUR, - faktúru č. 120100032 zo dňa 03. 08. 2012, z ktorej DPH predstavovala čiastku 4.765,17 EUR, - faktúru č. 120100033 zo dňa 03. 08. 2012, z ktorej DPH predstavovala čiastku 4.848,16 EUR, - faktúru č. 120100034 zo dňa 03. 08. 2012, z ktorej DPH predstavovala čiastku 4.618,49 EUR, - faktúru č. 120100035 zo dňa 13. 08. 2012, z ktorej DPH predstavovala čiastku 193.955,35 EUR, - faktúru č. 120100036 zo dňa 15. 08. 2012, z ktorej DPH predstavovala čiastku 186.888,75 EUR, - faktúru č. 120100037 zo dňa 27. 08. 2012, z ktorej DPH predstavovala čiastku 194.775,60 EUR, ktorými spoločnosť H., M..L..T.., deklarovala nákup repkového oleja od dodávateľa - spoločnosti Z. G., M..L..T.., G., IČO: 46 337 270 a to napriek tomu, že spoločnosť Z. G., M..L..T.., daňovému subjektu H., M..L..T.., fakturovaný tovar nikdy reálne nedodala, konateľka spoločnosti Z. G., M..L..T.., predmetné faktúry nevystavovala, nepodpisovala a ani nikoho nepoverila ich vystavením a podpísaním, 11. dňa 25. 10. 2012 bolo na Daňovom úrade Bratislava za daňový subjekt H., M..L..T.., J. I. X, Z., IČO: 35 908 203 podané riadne daňové priznanie na daň z pridanej hodnoty za zdaňovacie obdobie mesiaca septembra 2012, ktorým konateľ R.. O. V. pre daňový subjekt H., M..L..T.., Z. deklaroval vlastnú daňovú povinnosť vo výške 34.497,82 €, ktorá bola skrátená o sumu 667.406,64 EUR tým, že do predmetného daňového priznania zahrnul - faktúru č. 120100039 zo dňa 10. 09. 2012, z ktorej DPH predstavovala čiastku 176.586,64 EUR, - faktúru č. 120100041 zo dňa 17. 09. 2012, z ktorej DPH predstavovala čiastku 111.458 EUR, - faktúru č. 120100042 zo dňa 18. 09. 2012, z ktorej DPH predstavovala čiastku 185.748 EUR, - faktúru č. 120100043 zo dňa 26. 09. 2012, z ktorej DPH predstavovala čiastku 193.614 EUR, ktorými spoločnosť H., M..L..T.., deklarovala nákup repkového oleja od dodávateľa - spoločnosti Z. G., M..L..T.., G., IČO: 46 337 270 a to napriek tomu, že spoločnosť Z. G., M..L..T.., daňovému subjektu H., M..L..T.., fakturovaný tovar nikdy reálne nedodala, konateľka spoločnosti Z. G., M..L..T.., predmetné faktúry nevystavovala, nepodpisovala a ani nikoho nepoverila ich vystavením a podpísaním, 12. dňa 26. 11. 2012 bolo na Daňovom úrade Bratislava za daňový subjekt H., M..L..T.., J. I. X, Z., IČO: 35 908 203, podané riadne daňové priznanie na daň z pridanej hodnoty za zdaňovacie obdobie mesiaca októbra 2012, ktorým konateľ R.. O. V. pre daňový subjekt H., M..L..T.., Z. deklaroval vlastnú daňovú povinnosť vo výške 25.447,31 €, ktorá bola skrátená o sumu 764.833,99 EUR tým, že do predmetného daňového priznania zahrnul - faktúru č. 120100046 zo dňa 12. 10. 2012, z ktorej DPH predstavovala čiastku 79.279,20 EUR, - faktúru č. 120100047 zo dňa 02. 10. 2012, z ktorej DPH predstavovala čiastku 109.998,80 EUR, - faktúru č. 120100048 zo dňa 10. 10. 2012, z ktorej DPH predstavovala čiastku 74.621,20 EUR, - faktúru č. 120100049 zo dňa 29. 10. 2012, z ktorej DPH predstavovala čiastku 129.950,- EUR, ktorými spoločnosť H., M..L..T.., deklarovala nákup repkového oleja od dodávateľa - spoločnosti Z. G., M..L..T.., G., IČO: 46 337 270 a -faktúru č. 201200056 zo dňa 03. 10. 2012, z ktorej DPH predstavovala čiastku 181.719, EUR, - faktúru č. 201200057 zo dňa 22. 10. 2012, z ktorej DPH predstavovala čiastku 182.826,15 EUR, - faktúru č. 201200058 zo dňa 22. 10. 2012, z ktorej DPH predstavovala čiastku 4.856,36 EUR, - faktúru č. 201200059 zo dňa 24. 10. 2012, z ktorej DPH predstavovala čiastku 4.914,80 EUR, - faktúru č. 201200060 zo dňa 25. 10. 2012, z ktorej DPH predstavovala čiastku 5.298,56 EUR, - faktúru č, 201200061 zo dňa 26. 10. 2012, z ktorej DPH predstavovala čiastku 2.660,97 EUR, - faktúru č. 201200062 zo dňa 29. 10. 2012, z ktorej DPH predstavovala čiastku 178.551,10 EUR, - faktúru č. 201200063 zo dňa 31. 10. 2012, z ktorej DPH predstavovala čiastku 9.607,54 EUR, ktorými spoločnosť H., M..L..T.., deklarovala nákup repkového oleja a semena repky olejnej od dodávateľa - spoločnosti Z. G., M..L..T.., IČO: 46 337 245 a to napriek tomu, že spoločnosť Z. G., M..L..T.., G. ani spoločnosť Z. G., M..L..T.., daňovému subjektu H., M..L..T.., fakturovaný tovar nikdy reálne nedodali, konatelia spoločností Z. G., M..L..T.. a Z. G., M..L..T.., predmetné faktúry nevystavovali, nepodpisovali a ani nikoho nepoverili ich vystavením a podpísaním, pričom konateľka Z., M..L..T.., dňa 07. 10. 2012 zomrela, 13. dňa 27. 12. 2012 bolo na Daňovom úrade Bratislava za daňový subjekt H., M..L..T.., J. I. X, Z., IČO: 35 908 203, podané riadne daňové priznanie na daň z pridanej hodnoty za zdaňovacie obdobie mesiaca novembra 2012, ktorým konateľ R.. O. V. pre daňový subjekt H., M..L..T.., Z. deklaroval vlastnú daňovú povinnosť vo výške 24.639,53 €, ktorá bola skrátená o sumu 873.694,56 EUR tým, že do predmetného daňového priznania zahrnul - faktúru č. 120100050 zo dňa 09. 11. 2012, z ktorej DPH predstavovala čiastku 129. 812 EUR, - faktúru č. 120100051 zo dňa 12. 11. 2012, z ktorej DPH predstavovala čiastku 4.574,24 EUR, - faktúra č. 120100052 zo dňa 12. 11. 2012, z ktorej DPH predstavovala čiastku 4.609,20 EUR, - faktúru č. 120100053 zo dňa 12. 11. 2012, z ktorej DPH predstavovala čiastku 4.279,84 EUR, - faktúru č. 120100054 zo dňa 14. 11. 2012, z ktorej DPH predstavovala čiastku 4.622,08 EUR, - faktúru č. 120100055 zo dňa 14. 11. 2012, z ktorej DPH predstavovala čiastku 4.141, 84 EUR, - faktúru č. 120100056 zo dňa 14. 11. 2012, z ktorej DPH predstavovala čiastku 4.616,56 EUR, - faktúru č. 120100057 zo dňa 14. 11. 2012, z ktorej DPH predstavovala čiastku 4.528,24 EUR, - faktúru č. 120100058 zo dňa 14. 11. 2012, z ktorej DPH predstavovala čiastku 4.620,24 EUR, - faktúru č. 120100059 zo dňa 15. 11. 2012, z ktorej DPH predstavovala čiastku 4.609,20 EUR, - faktúru č. 120100060 zo dňa 15. 11. 2012, z ktorej DPH predstavovala čiastku 4.614,72 EUR, - faktúru č. 120100061 zo dňa 20. 11. 2012, z ktorej DPH predstavovala čiastku 4.612,88 EUR, - faktúru č. 120100062 zo dňa 20. 11. 2012, z ktorej DPH predstavovala čiastku 4.607,36 EUR, - faktúru č. 120100063 zo dňa 26. 11. 2012, z ktorej DPH predstavovala čiastku 130.051,20 EUR, ktorými spoločnosť CAPITALIA, s.r.o., deklarovala nákup repkového oleja od dodávateľa - spoločnosti BC TRADING, s.r.o., Trnava a - faktúru č. 201200067 zo dňa 09. 11. 2012, z ktorej DPH predstavovala čiastku 43.385,86 EUR, - faktúru č. 201200068 zo dňa 10. 11. 2012, z ktorej DPH predstavovala čiastku 188.662,32 EUR, - faktúru č. 201200069 zo dňa 15. 11. 2012, z ktorej DPH predstavovala čiastku 158.833,18 EUR, - faktúru č. 201200070 zo dňa 15. 11. 2012, z ktorej DPH predstavovala čiastku 8.714,20 EUR, - faktúru č. 201200071 zo dňa 16. 11. 2012, z ktorej DPH predstavovala čiastku 8.765,20 EUR, - faktúru č. 201200072 zo dňa 19. 11. 2012, z ktorej DPH predstavovala čiastku 8.415 EUR, - faktúru č. 201200073 zo dňa 20. 11. 2012, z ktorej DPH predstavovala čiastku 4.307,80 EUR, - faktúru č. 201200074 zo dňa 22. 11. 2012, z ktorej DPH predstavovala čiastku 56.760,82 EUR, - faktúru č. 201200075 zo dňa 26. 11. 2012, z ktorej DPH predstavovala čiastku 59.144,14 EUR, - faktúru č. 201200076 zo dňa 27. 11. 2012, z ktorej DPH predstavovala čiastku 13.164,84 EUR, - faktúru č. 201200077 zo dňa 29. 11. 2012, z ktorej DPH predstavovala čiastku 4.395,24 EUR, - faktúru č. 201200078 zo dňa 30. 11. 2012, z ktorej DPH predstavovala čiastku 4.856,36 EUR, ktorými spoločnosti H., M..L..T.., deklarovala nákup repkového oleja, semena repky olejnej a U. od dodávateľa - spoločnosti Z. G., M..L..T.., IČO: 46 337 245 a to napriek tomu, že spoločnosť Z. G., M..L..T.., G. ani spoločnosť Z. G., M..L..T.., daňovému subjektu H., M..L..T.., fakturovaný tovar nikdy reálne nedodali, konatelia spoločností Z. G., M..L..T.. a Z. G., M..L..T.., predmetné faktúry nevystavovali, nepodpisovali a ani nikoho nepoverili ich vystavením a podpísaním, pričom konateľka spoločnosti Z., M..L..T.., G. dňa 07. 10. 2012 zomrela, 14. dňa 27. 02. 2013 bolo na Daňovom úrade Bratislava za daňový subjekt H., M..L..T.., J. I. X, Z., IČO: 35 908 203, podané riadne daňové priznanie na daň z pridanej hodnoty za zdaňovacie obdobie mesiaca decembra 2012, ktorým konateľ R.. O. V. pre daňový subjekt H., M..L..T.., Z. deklaroval vlastnú daňovú povinnosť vo výške 24.091,66 EUR, ktorá bola skrátená o sumu 596.051,52 EUR tým, že do predmetného daňového priznania zahrnul - faktúru č. 120100064 zo dňa 03. 12. 2012, z ktorej DPH predstavovala čiastku 148.681,20 EUR, - faktúru č. 120100065 zo dňa 17. 12. 2012, z ktorej DPH predstavovala čiastku 167.044,40 EUR, - faktúru č. 120100066 zo dňa 21. 12. 2012, z ktorej DPH predstavovala čiastku 18.136,86 EUR, - faktúru č. 120100067 zo dňa 28. 12. 2012, z ktorej DPH predstavovala čiastku 167.384,80 EUR, ktorými spoločnosť CAPITALIA, s.r.o., deklarovala nákup repkového oleja od dodávateľa - spoločnosti BC TRADING, s.r.o., Trnava a - faktúru č. 201200080 zo dňa 03. 12. 2012, z ktorej DPH predstavovala čiastku 129.019,66 EUR, - faktúru č. 201200081 zo dňa 07. 12. 2012, z ktorej DPH predstavovala čiastku 17.350,84 EUR, - faktúru č. 201200082 zo dňa 10. 12. 2012, z ktorej DPH predstavovala čiastku 2.464,22 EUR, - faktúru č. 201200083 zo dňa 17. 12. 2012, z ktorej DPH predstavovala čiastku 74.989,20 EUR, ktorými spoločnosť H., M..L..T.., deklarovala nákup repky olejnej od dodávateľa - spoločnosti Z. G., M..L..T.., IČO: 46 337 245 a to napriek tomu, že spoločnosť Z. G., M..L..T.., G. ani spoločnosť Z. G., M..L..T.. daňovému subjektu H., M..L..T.., fakturovaný tovar nikdy reálne nedodali, konatelia spoločností Z. G., M..L..T.. a Z. G., M..L..T.., predmetné faktúry nevystavovali, nepodpisovali a ani nikoho nepoverili ich vystavením a podpísaním, pričom konateľka spoločnosti Z. G., M..L..T.., dňa 07. 10. 2012 zomrela, teda obv. R.. O. V. konateľ spoločnosti H., M..L..T.., skrátil daň z pridanej hodnoty v bodoch 1/ až 14/ obžaloby o celkovú sumu 7. 312 252,70 EUR a v bode 1/ obžaloby si neoprávnene uplatnil nadmerný odpočet dane z pridanej, hodnoty vo výške 147 600, 75 EUR. Obžaloba bola podaná pre spolupáchateľstvo zločinu neodvedenia dane a poistného podľa podľa § 20, § 277 ods. 1, ods. 4 Tr. zák. účinného do 01. 10. 2012 a spolupáchateľstvo pokračovacieho zločinu skrátenia dane a poistného podľa podľa § 20, § 276 ods. 1, ods. 4 Tr. zák., pri ktorých je trestná sadzba trestu odňatia slobody 7 až 12 rokov. Predsedníčka senátu v súlade s ust. § 243 ods. 1 Trestného poriadku (ďalej len „Tr. por.“) preskúmala podanú obžalobu a podľa jej obsahu a obsahu spisu posúdila, že ju treba predbežne prejednať na zasadnutí senátu, pretože, s odkazom na ust. § 243 ods. 3 Tr. por., prichádza do úvahy rozhodnutie podľa § 244 ods. 1 písm. h) Tr. por. Na neverejnom zasadnutí pri preskúmaní spisového materiálu v zmysle § 243 ods. 4 a § 238 ods. 1 Tr. por. bolo úlohou súdu posúdiť otázku, či spáchaním žalovaných daňových trestných činov vznikla na majetku štátu škoda a či ju možno uplatňovať a priznať v adhéznom konaní. Znakom skutkových podstát žalovaných trestných činov je pojem rozsah, pričom sa hľadiská na určenie škody v zmysle § 125 ods. 1 Tr. zák. použijú rovnako i na určenie rozsahu činu. Škoda je ujma, ktorá nastala v majetkovej sfére poškodeného, je objektívne vyjadriteľná peniazmi a možno ju napraviť poskytnutím majetkového plnenia. Pri trestnom čine neodvedenia dane a poistného podľa § 277 ods. 1, ods. 4 Tr. zák. účinného do 01. 10. 2012 spolupáchateľstvom podľa § 20 Tr. zák. ide o trestný čin, ktorý má majetkový charakter, pretože vyplatením neoprávnene uplatňovaného nároku na vrátenie DPH dochádza k spôsobeniu majetkovej ujmy, k reálnemu úbytku na majetku poškodeného štátu. Ide o skutočnú škodu, ktorá sa prejavuje zmenšením majetku poškodeného oproti stavu pred spôsobením škody. V prejednávanej trestnej veci si obv. R.. O. V., konateľ spoločnosti H., M..L..T.., podľa bodu 1/ obžaloby neoprávnene uplatnil nadmerný odpočet dane z pridanej hodnoty vo výške 147 600,75 eur. Teda podľa obžaloby na základe vyššie posúdeného podvodného konania mal štát daňovému subjektu vyplatiť finančné prostriedky v sume rovnajúcej sa škode veľkého rozsahu. Pri žalovanom zločine skrátenia dane a poistného podľa § 276 ods. 1, ods. 4 Tr. zák. spolupáchateľstvom podľa § 20 Tr. zák. mal daňový subjekt zatajiť svoju daňovú povinnosť voči štátu, teda majetok štátu sa nezväčšil o sumu, o ktorú by sa inak zväčšil, ak by nedošlo k spáchaniu trestného činu skrátenia dane. Skrátená daň sa považuje za ujmu na zisku a v zmysle ust. §124 ods. 2 Tr. zák. sa týmto pojmom rozumie a rozširuje pojem škoda, ktorá by bola spôsobená Slovenskej republike v dôsledku nezväčšenia jej majetku. Táto ujma na zisku je v zmysle obžaloby spôsobená v príčinnej súvislosti s trestnoprávne relevantným konaním obžalovaných osôb. Na základe týchto skutočností súd dospel k záveru, že orgány činné v trestnom konaní nesprávne určili okruh subjektov trestného konania (§ 10 ods. 11 Tr. por.), keď nekonali so Slovenskou republikou, zastúpenou príslušným správcom dane v procesnom postavení poškodeného. V trestnom konaní pre trestný čin skrátenia dane a poistného podľa § 276 Tr. zák. a pre trestný čin neodvedenia dane a poistného podľa § 277 Tr. zák. má Slovenská republika, zastúpená príslušným daňovým úradom, postavenie poškodeného. V zmysle § 10 ods. 11 Tr. por. je poškodený stranou v konaní s rovnakým postavením ako má obvinený a prokurátor. Ako subjekt trestného konania vykonáva vplyv na priebeh konania a na uskutočnenie tohto vplyvu mu zákon priznáva určité procesné práva alebo ukladá povinnosti. Podľa § 46 ods. 1 Tr. por. poškodený má právo uplatniť nárok na náhradu škody a ďalšie procesné práva v rozsahu vymedzenom Trestným poriadkom. Podľa § 49 ods. 1, ods. 2 Tr. por. orgán činný v trestnom konaní je povinný pri prvom kontakte s poškodeným poskytnúť mu v písomnej forme informácie o jeho právach v trestnom konaní, je povinný poškodeného o jeho právach poučiť a poskytnúť mu plnú možnosť na ich uplatnenie. Uznesenie o vznesení obvinenia z 11. 11. 2014, ČVS: PPZ-1028/NKA-FP-ZA-2013 (č. l. 10-19 zv. I) bolo poškodenému doručené dňa 15.12.2015, po telefonickom upovedomení obvinených a ich obhajcov o možnosti preštudovať vyšetrovací spis dňa 07.12.2015. Teda poškodený bol informovaný o vedenom trestnom stíhaní až v čase po vykonaní dokazovania v prípravnom konaní. Absentuje výslovné vyhlásenie poškodeného o vzdaní sa procesných práv, tak ako zakotvuje § 46 ods. 7 Tr. por., a preto procesné práva poškodenému v prípravnom konaní zostali zachované. Pritom nemal reálnu možnosť na ich uplatnenie s výnimkou práva na preštudovanie spisu po skončení vyšetrovania, čo mu vyšetrovateľka PZ umožnila dňa 22.12.2015. Ostatné procesné práva mu boli zo strany štátu odopreté. Pokiaľ ide o nárok poškodeného na náhradu škody, podľa názoru súdu Slovenská republika zastúpená príslušným správcom dane je oprávnená uplatňovať nárok na náhradu škody v trestnom konaní a v prípade uznania viny súd môže uložiť obžalovanému povinnosť nahradiť neuhradenú škodu, alebo odkázať poškodeného na civilný proces, ak podľa výsledku dokazovania nebude podklad na vyslovenie povinnosti na náhradu škody alebo ak bude treba na rozhodnutie o povinnosti na náhradu škody vykonať ďalšie dokazovanie, ktoré presahuje potreby trestného stíhania a predĺžilo by ho. Podľa názoru súdu daňová povinnosť síce vzniká daňovému subjektu - v danom prípade obchodnej spoločnosti H., M..L..T.., avšak zákonná povinnosť priznávať a platiť dane, ani zákonná možnosť uplatňovať nárok na vrátenie DPH škodu nespôsobuje, spôsobuje ju protiprávne konanie páchateľa - fyzickej osoby. Obvinený R.. O. V. ako konateľ obchodnej spoločnosti H., M..L..T.. podľa obžaloby nadobúdal majetok prostredníctvom tejto právnickej osoby. V prípade, ak majetok nadobudol prostredníctvom H., M..L..T.. v rozpore so zákonom, teda ak právnickú osobu použil ako prostriedok na spáchanie trestného činu., má zodpovedať za spôsobenú škodu, pričom zodpovednosť za spôsobenú škodu je súčasťou trestnoprávnej zodpovednosti. Nejedná sa o finančnoprávny vzťah - ten je medzi štátom a daňovým subjektom. Za spôsobenú škodu (pohľadávku štátu) by mali zodpovedať spoločne a nerozdielne (solidárni dlžníci) obchodná spoločnosť a odsúdený (fyzická osoba - konateľ). Poškodený by mal škodu (vrátenie vyplateného nadmerného odpočtu, doplatenie dane) vymáhať primárne od daňového subjektu, a v prípade, že majetok obchodnej spoločnosti nepostačuje na náhradu škody, by mal nárok v zvyšnej časti vymáhať od odsúdeného. Aby poškodený mohol vymáhať náhradu škody od odsúdeného, potrebuje exekučný titul, teda súd musí v odsudzujúcom rozsudku uložiť obžalovanému povinnosť nahradiť túto škodu, prípadne odkázať poškodeného na civilný proces (o nároku poškodeného musí byť rozhodnuté v adhéznom konaní alebo v konaní pred civilným súdom). Rozhodovanie o nároku poškodeného na náhradu škody patrí do právomoci civilných súdov (v prípade odkázania poškodeného s nárokom na náhradu škody na civilný proces), preto, že: Podľa § 420 ods. 1 zákona č. 40/1964 Zb. Občiansky zákonník v znení neskorších predpisov každý zodpovedá za škodu, ktorú spôsobil porušením právnej povinnosti. Podľa § 135a ods. 1 zákona č. 513/1991 Zb. Obchodný zákonník v znení neskorších predpisov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Ako konanie s odbornou starostlivosťou nemožno posudzovať konanie páchateľa, ktorý do daňových priznaní pre daň z pridanej hodnoty zahrnul fiktívne doklady. V prípade, že zákon umožňuje fyzickej osobe nadobúdať majetok prostredníctvom právnickej osoby, treba vychádzať zo všeobecnej zodpovednosti za škodu (§ 420 ods. 1 zákona č. 40/1964 Zb. Občiansky zákonník v znení neskorších predpisov), a v prípade protiprávneho konania, ktorého sa fyzická osoba dopustila prostredníctvom právnickej osoby, vymáhať chýbajúce odvody na daniach, resp. vrátenie nadmerných odpočtov aj od tejto fyzickej osoby. Preto je nevyhnutné, aby o nároku poškodeného bolo rozhodnuté primárne v trestnom konaní. V opačnom prípade štát nedostatočne chráni svoj majetok, a teda nechráni záujmy svojich obyvateľov. K možnej argumentácii, že štát chráni svoje záujmy ustanovením § 58 ods. 2 Trestného zákona, v zmysle ktorého, ak súd odsudzuje páchateľa za spáchanie trestného činu skrátenia dane a poistného podľa § 276 ods. 2, 3 alebo ods. 4, trestného činu neodvedenia dane a poistného podľa § 277 ods. 2, 3 alebo ods. 4, trestného činu daňového podvodu podľa § 277a ods. 2 alebo ods. 3 a páchateľ nadobudol majetok aspoň v značnom rozsahu trestnou činnosťou alebo z príjmov pochádzajúcich z trestnej činnosti, uloží bez splnenia podmienok uvedených v odseku 1 trest prepadnutia majetku, je potrebné uviesť, že: - súd neukladá trest prepadnutia majetku obligatórne - v konaní musí byť preukázané, že páchateľ nadobudol majetok aspoň v značnom rozsahu trestnou činnosťou alebo z príjmov pochádzajúcich z trestnej činnosti, - v praxi môže nastať situácia, že v konkurznom konaní vyhlásenom na podklade právoplatného rozhodnutia o uložení trestu prepadnutia majetku, po uspokojení všetkých pohľadávok proti podstate a všetkých prihlásených pohľadávok, nezostane žiadny majetok. Ak poškodenému bude priznaný nárok na náhradu škody proti odsúdenému (v trestnom alebo v civilnom konaní), môže u správcu prihlásiť svoju pohľadávku a v prípade nemožnosti uspokojenia všetkých pohľadávok v celom rozsahu, bude jeho pohľadávka uspokojená aspoň pomerne. Podľa § 107a ods. 1 zákona č. 7/2005 Z. z. konkurze a reštrukturalizácii a o zmene a doplnení niektorých zákonov v znení neskorších predpisov ak príslušný súd doručí konkurznému súdu právoplatné rozhodnutie o uložení trestu prepadnutia majetku, konkurzný súd bezodkladne bez návrhu rozhodne o vyhlásení konkurzu na majetok toho, komu bol takýto trest uložený. Podľa § 107a ods. 2 písm. d) zákona č. 7/2005 Z. z. konkurze a reštrukturalizácii a o zmene a doplnení niektorých zákonov v znení neskorších predpisov v konaní podľa odseku 1 nárok štátu z prepadnutia majetku možno uspokojiť až po uspokojení všetkých pohľadávok proti podstate a všetkých prihlásených pohľadávok. Podľa § 46 ods. 3 Tr. por. poškodený, ktorý má podľa zákona proti obvinenému nárok na náhradu škody, ktorá mu bola spôsobená trestným činom, je oprávnený navrhnúť, aby súd v odsudzujúcom rozsudku uložil obžalovanému povinnosť nahradiť túto škodu; návrh musí poškodený uplatniť do skončenia vyšetrovania a z návrhu musí byť zrejmé, z akých dôvodov a v akej výške sa nárok na náhradu škody uplatňuje. Odňatie možnosti poškodenému uplatniť si nárok na náhradu škody, ktorý môže uplatniť len do skončenia vyšetrovania, je procesnou chybou, ktorú v konaní pred súdom nemožno odstrániť. Preto súd rozhodol tak, ako je uvedené vo výrokovej časti tohto uznesenia. Poučenie: Proti tomuto uzneseniu je prípustná sťažnosť. Sťažnosť sa podáva u orgánu, proti ktorého uzneseniu smeruje, a to Špecializovanému trestnému súdu v Pezinku do troch dní od oznámenia uznesenia. Sťažnosť má odkladný účinok. O sťažnosti by rozhodoval Najvyšší súd Slovenskej republiky.</w:t>
      </w:r>
    </w:p>
    <w:p/>
    <w:p>
      <w:r>
        <w:t>Zdroj: KAUZIS.SK – https://www.kauzis.sk/judikatura/r/ECLI:SK:SSPK:2016:9516100111.2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