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Špecializovaného trestného súdu sp. zn. 2T/23/2020 z 5. 8. 2020</w:t>
      </w:r>
    </w:p>
    <w:p>
      <w:r>
        <w:t>Rozsudok Špecializovaného trestného súdu z 5. augusta 2020, sp. zn. 2T/23/2020, ECLI:SK:SSPK:2020:9520100167.1</w:t>
      </w:r>
    </w:p>
    <w:p>
      <w:r>
        <w:t>Súd: Špecializovaný trestný súd</w:t>
      </w:r>
    </w:p>
    <w:p>
      <w:r>
        <w:t>Spisová značka: 2T/23/2020</w:t>
      </w:r>
    </w:p>
    <w:p>
      <w:r>
        <w:t>ECLI: ECLI:SK:SSPK:2020:9520100167.1</w:t>
      </w:r>
    </w:p>
    <w:p>
      <w:r>
        <w:t>Dátum vydania: 5. 8. 2020</w:t>
      </w:r>
    </w:p>
    <w:p>
      <w:r>
        <w:t>Forma: Rozsudok</w:t>
      </w:r>
    </w:p>
    <w:p>
      <w:r>
        <w:t>Oblasť práva: Trestné právo</w:t>
      </w:r>
    </w:p>
    <w:p>
      <w:pPr>
        <w:pStyle w:val="Heading2"/>
      </w:pPr>
      <w:r>
        <w:t>Text rozhodnutia</w:t>
      </w:r>
    </w:p>
    <w:p>
      <w:r>
        <w:t>Súd: Špecializovaný trestný súd Spisová značka: 2T/23/2020 Identifikačné číslo súdneho spisu: 9520100167 Dátum vydania rozhodnutia: 06. 08. 2020 Meno a priezvisko sudcu, VSÚ: JUDr. Ružena Sabová ECLI: ECLI:SK:SSPK:2020:9520100167.1 ROZSUDOK V MENE SLOVENSKEJ REPUBLIKY Samosudkyňa Špecializovaného trestného súdu v trestnej veci proti obvinenému H. Y. pre pokračovací prečin prechovávania extrémistických materiálov podľa § 422c Trestného zákona, po schválení dohody o vine a treste podľa § 334 ods. 4 Trestného poriadku uzavretej medzi prokurátorom Úradu špeciálnej prokuratúry GP SR a obvineným H. Y., na verejnom zasadnutí dňa 06. augusta 2020 v Pezinku, takto r o z h o d o l : obvinený H. Y., narodený XX.XX.XXXX v L. L., živnostník, trvalé bydlisko R. Ľ., J. XXX/XX, j e v i n n ý, ž e 1/ - od presne nezistenej doby do 10:00 hod. dňa 10.08.2017 na presne nezistenom mieste prechovával prívesok na kľúče kruhového tvaru s priemerom 4cm s dvomi hákovými krížmi a mobilný telefón zn. HUAWEI v obale čiernej farby s nálepkou „DUKLIČKA NAŠA, FK Dukla, Banská Bystrica“, pričom predmetný prívesok, ako aj mobilný telefón sa našli v areáli pred budovou R. Y.Y. Y. J. X. C. J. XX/ XX, J. X, Česká republika, pričom v predmetnom mobilnom telefóne sa nachádzali uložené nasledovné materiály: - súbor „297073_221320031261438_1692037497_n“ obsahujúci vyobrazenie loga organizácie Slovenská pospolitosť, - súbor „Rearubajupr“, ktorý obsahuje pieseň Rež a rúbaj, ktorú nahrala hudobná skupina Krátky proces, inšpirovanú pochodom Hlinkovej gardy Slováci sme od rodu, pričom text je upravenou verziou pochodu Hlinkovej gardy „Slováci sme od rodu“ a ktorá svojim zmyslom odkazuje na protižidovskú politiku ľudáckeho režimu s textom „Od Žiliny ide vlak a v ňom sedí Šaňo Mach všetci židia .utekajú lebo majú strach. Rež a rúbaj do krve, nebude to poprvé, pokiaľ Slovák na Slovensku pánom nebude. Slováci sme od roku slovenskému národu ani jeden nebude z nás nikdy na škodu...“, - súbor s názvom „ssloboda“, ;ktorý obsahuje pieseň Sloboda od skupiny Rodobrana s textom „Politický azyl v tejto zemi dostane každý príživník, vlastní občania sú prenasledovaní, to je druhá strana tejto mince, stoky verných nacionalistov, držia za mrežami a ostnatými drôtmi, to je realita v tomto takzvane právnom štáte. Slobodu pre všetkých nacionalistov pustite našich kamarátov von, slobodu pre všetkých nacionalistov, • roztrhajte reťaze, otvorte brány väzenia. Organizácie pre ľudské práva sú už dávno skorumpované, hovno sa starajú o to, čo sa deje všade vôkol v Európe, ľudské práva sú predsa smiešne, veď platia len pre parazitov, ale ľudí národne zmýšľajúcich nechá režim skapať v base. Slobodu pre všetkých nacionalistov pustite našich kamarátov von, slobodu pre všetkých nacionalistov, roztrhajte reťaze, otvorte brány väzenia. Každý deň máte v rukách právo totalitných paragrafov, keď si hrdý nacionalista, príde tvrdý trest, nezávislá justícia existuje len na papieri, zapredaní sudcovia, to ste vy! Slobodu pre všetkých nacionalistov pustite našich kamarátov von, slobodu pre všetkých nacionalistov, roztrhajte reťaze, slobodu pre všetkých nacionalistov pustite našich kamarátov von, slobodu pre všetkých nacionalistov, roztrhajte reťaze, otvorte brány väzenia“, - súbor s názvom IMG_20170408_171551 obsahujúci fotografiu, na ktorej sa nachádza stojaci muž s prirodzením vytiahnutým z nohavíc, ktorý má zdvihnutú pravú ruku do výšky ramien ako pri nacistickom pozdrave, - súbor s názvom FB_IMG_1490509028546, ktorý obsahuje fotografiu zdraviaceho nacistického vodcu Adolfa Hitlera, jeho zástupcu Rudolfa Hessa a ďalších predstaviteľov nacistického režimu v Nemecku, - súbor s názvom FB_IMG_1495641876390, ktorý obsahuje fotografiu hrude muža, ktorý má na ľavej strane (na srdci) vytetovaná lebku s helmou, ktorú používala nemecké armáda v časoch pred a počas 2. svetovej vojny, pričom na helme je zobrazená šedivá orlica, ktorá v pazúroch drží hákový kríž, - súbor s názvom 569425 ktorý obsahuje vyobrazenia emblémov divízií Zbraní SS Dirlewanger (prekrížené granáty) a Hohenstaufen (H s mečom), - súbor s názvom „Flag_of_the_Schutzstaffel.svg“, pričom Schutzstaffel (SS) bola polovojenskou zložkou nacistickej strany v Nemecku, ktorá v sebe postupom času koncentrovala značné policajné, spravodajské a vojenské kompetencie, pričom príslušníci tejto organizácie sa v priebehu vojny dopustili obrovského množstva vojnových zločinov a zločinov proti ľudskosti a na základe toho bola SS ako celok tzv. Norimberským súdom v roku 1946 označená za zločineckú organizáciu, - súbor s názvom FB_IMG_14923818589169380. Ide o obrázok zobrazujúci prezidenta Jozefa Tisu, dátum jeho narodenia a popravy, rovnoramenný dvojkríž a nápisy „Verní sebe, svorne napred“, „Za Boha, za národ“ a „Na stráž!“, - súbor s názvom FB_IMG_14971747816612276, ktorý obsahuje fotografiu dvoch mužov, z ktorých jeden má na ramene vytetovaný symbol kolovrat, druhý má väčšie tetovanie, z ktorého je zreteľná lebka a Mjôlnir, - súbor s názvom FB_IMG_14971819270911745, ktorý obsahuje fotografiu muža v nemeckej poľnej uniforme z čias 2. svetovej vojny so znakmi SS, - súbor s názvom FB_IMG_14972973168148055, ktorý obsahuje vyobrazenie dvoch citátov, ktoré sa týkajú generála žandárstva Timoteja Ištóka, prvého slovenský žandára, ktorý dosiahol hodnosť generála a až do poslednej chvíle ostal verný ľudáckemu režimu a po skončení vojny ho Národný súd odsúdil na trest smrti pre trestné činy spáchané počas druhej svetovej vojny, - súbory s názvom FB_IMG_149942540479013 83 a FB_IMG_14994266939187852, ktoré obsahujú fotografie, na ktorých je zachytený muž, ktorý má na mikine kolovrat vo vavrínovom venci, - súbor s názvom FBIMG15004695866728800, ktorý obsahuje fotografiu, ktorá zachytáva slávnosť Deutsche Arbeitsfront, nacistickej odborovej organizácie, - súbor s názvom FB_IMG_15004959488373168, ktorý obsahuje obrázok znázorňujúci rôzne typy brigadírok požívaných v Nemecku v ére nacizmu s anglickými popiskami, - súbor s názvom FB_IMG_15015331029679610, ktorý obsahuje fotografiu dvoch príslušníkov SS v uniformách, - súbor s názvom FB_IMG_15015370273090078, ktorý obsahuje fotografiu 50 ks striebornej mince, vydanej v roku 1944 s reliéfom prezidenta J. Tisa a jeho prezidentským heslom Verní sebe svorne napred, - súbor s názvom received_l 399773403449944, ktorý obsahuje fotografiu muža, ktorý na skúmanej fotografii leží a má na sebe tričko so symbolikou americkej rasistickej organizácie Ku Klux Klan, - súbor s názvom received_1583585128340498, ktorý obsahuje fotografiu troch spiacich osôb, z ktorých má jeden na sebe mikinu známej nemeckej neonacistickej hudobnej skupiny Landser, ktorej viacerí členovia boli za svoju extrémistickú činnosť odsúdení, - súbor s názvom received_l 634266659937314, ktorý obsahuje fotografiu troch osôb, z ktorých jedna má na predlaktí značné množstvo tetovaní, z ktorých je zreteľné tetovanie runy tyr v štíte, ktorá bola emblémom 32. divízie Zbraní SS, sformovanej zo zvyškov rôznych jednotiek v januári 1945, - súbory s názvom received_1634266763270637 a received_1634266923270621, ktoré obsahujú fotografie, na ktorých muž vľavo má na sebe oblečené tričko s obrázkom nemeckého vojaka, príslušníka SS, a nápisom „mistreat Allways on the frontline“ - súbor s názvom Screenshot_2017-03-21-22-43-03, ktorý obsahuje vyobrazenie ríšskej orlice stojacej na dubovom venci s hákovým krížom uprostred (používaná v rokoch 1935- 1945) s nápisom Blink 1488 v hornej časti, pričom tzv. 14 slov znie ,,We must secure the existence of our people and a future for white children“ (musíme zabezpečiť existenciu našich ľudí (národa, rasy) a budúcnosť bielych detí“ a na ne nadväzuje ďalších 14 slov: „Because the beauty of the White Aryan woman must not perish from the earth“ (pretože krása bielych árijských žien nesmie zmiznúť z našej zeme) a číselný kód 88 používaný namiesto pozdravu Heil Hitler, keď H je ôsme písmeno abecedy a teda 88=HH=Heil Hitler, - súbor s názvom Screenshot_2017-07-09-18-02-11, obsahujúci obrázok, na ktorom je zreteľná ríšska vojnová vlajka z obdobia 2. svetovej vojny s veľkým hákovým krížom, - súbor s názvom Screenshot_2017-07-12-11-40-48, ktorý obsahuje fotografiu šálu s nápisom Defend Europe a European Brotherhood s okrúhlym symbolom tzv. slnečným krížom, tvorený štylizovanými písmenami E a B, ktorý je jedným zo známych zástupných symbolov za hákový kríž, - súbor s názvom Screenshot_2017-07-21-22-43-32, ktorý obsahuje vyobrazenie trička s nápisom Defend Europe a s tzv. lebens mnou a mečom so štítom, na ktorom je uvedená rúna nakreslená, pričom tzv. lebens rúna bola v ére nacizmu symbolom programu Lebensbom, v rámci ktorého nacisti odoberali „rasovo hodnotné“ deti rodičom, aby ich vychovali ako Nemcov a aj heslo „Defend Európe“ sa vyskytuje v prostredí pravicového extrémizmu, keď jeho zmyslom je boj za rasovú čistotu Európy, resp. ochrana pred imigráciou príslušníkov neeurópskych etník, 2/ - od presne nezistenej doby až do dňa 21.08.2018 na adrese J. Č.. XXX/XX, R. Ľ., v ním užívanom byte č. XX, prechovával nasledovné materiály: • obálku s popisom „A.C.A.B. K.O. ??, pričom symbol ?? predstavuje insígnie nacistickej organizácie Schutzstaffel - SS, ktorá bola tzv. Norimberským súdnym tribunálom v roku 1946 označená za zločineckú organizáciu, • materiály v mobilnom telefóne zn. Motorola, čiernej farby, bez iného zjavného označenia, IMEI: 355630081451317 a 35563008145325, konkrétne: - skladba s označením „CIRHÓZA 88- Obesiť“ v ktorej texte sa vyzýva ku páchaniu vrážd, obsahuje rasistické vyjadrenia, konkrétne „...ochraňujú parazitov...“ a antisemitské vyjadrenie v znení,,...kto náš národ zotročil, kto židákom zapredal...“, - fotografia muža s predpaženou pravou rukou do výšky ramien s vystretou dlaňou a prstami ako pri nacistickom pozdrave, - obrázok s fotografiou Rudolfa Hessa a pod ním je anglický nápis v preklade „V tento deň, 17. augusta, si uctievame pamiatku Rudolfa Hessa. Muža, ktorý obetoval pre NS (rozumej: národnosocialistický .= nacistický) boj všetko, Muža, ktorý bol umučený našimi nepriateľmi. Muža, ktorého si cnostné srdcia navždy zapamätajú ako hrdinu.“, pričom Rudolf Hess (1894 - 1987) patril medzi popredných politikov nacistickej strany a bol najbližším spolupracovníkom nacistického vodcu Adolfa Hitlera, stal sa zástupcom vodcu a medzi nacistickú elitu patril až do roku 1941, kedy odletel do Veľkej Británie s ambíciou rokovať o mieri medzi oboma krajinami, následne bol uväznený a strávil zvyšok života vo väzení a stal ikonou medzi neonacistami, ktorí ho považujú za martýra a v deň jeho úmrtia usporadúvajú spomienkové pochody, • materiály na USB kľúči červenej farby s oceľovým krytom zn. Kingston DT101G2, 8 GB, konkrétne: - priečinok s názvom „Kremator“, v ktorom sú dva priečinky, jeden s názvom „Kremator- A replay of the Final Solution“ a priečinok „Kremator-Sacred Land“ v ktorých sa nachádzajú skladby kanadskej neonacistickej hudobnej skupiny Kremator, - priečinok s názvom „Oidoxie“ obsahujúci 6 albumov piesní tejto skupiny, pričom skupina Oidoxie smeruje svoju tvorbu pre subkultúru neonacistických skinheadov, v ktorej textoch piesní sa objavujú rasistické a neonacistické motívy, oslava násilia a podobne, - v priečinku s názvom „Orlík“ pieseň s názvom Bílá liga, ktorá obsahuje rasistický text, - priečinok s názvom „Orteľ, v ktorom sa nachádza album hudobnej skupiny Ortel s názvom Boj nekončí, ktorý obsahuje piesne s názvami Ortel, Parazit, Národ, Ružek, Nezvanej host, K.K.K,, Rudý prežitek a Padlým kamarádum, ktoré obsahujú neonacistické a rasistické texty, texty o vraždení osôb s inou farbou pleti, text vyzývajúce národ, aby povstal v menej rasovo čistej bielej budúcnosti, text o udržiavaní rasovo čistej krajiny skinheadmi, text o napodobňovaní praktík rasistickej a teroristickej organizácie Ku Klux Klan a text reflektujúci nacistickú propagandu, - priečinok s názvom „W.R.E“, v ktorom sa nachádza priečinok s názvom „W.R.E- cítim Zmenu“, v ktorom sa nachádza 10 piesní tejto kapely s extrémistickým charakterom textov piesní, - skladba s názvom „Ku- Klux Klan“ od neonacistickej skupiny Útok, pričom uvedená skladba priamo odkazuje na teroristickú a rasistickú organizáciu Ku Klux Klan a na jej program nadradenosti bielej rasy, - skladba s názvom „Anti Antifa song“ od ruskej neonacistickej skupiny Sturmrise, • materiály v mobilnom telefóne zn. Nokia bielej farby , IMEI 1: 352396060088545, konkrétne: - skladba s názvom „Ku- Klux Klan“ od neonacistickej skupiny Útok, pričom uvedená skladba priamo odkazuje na teroristickú a rasistickú organizáciu Ku Klux Klan a na jej program nadradenosti bielej rasy, • materiály na USB kľúči čierno- striebornej farby bez iného zjavného označenia, konkrétne: - skladba s názvom „Ku- Klux Klan“ od neonacistickej skupiny Útok, pričom uvedená skladba priamo odkazuje na teroristickú a rasistickú organizáciu Ku Klux Klan a na jej program nadradenosti bielej rasy, - skladba s názvom „01-01-Výnimočný klub, výnimočné jubileum“ od slovenskej skupiny Cobweb, ktorá obsahuje číselnú symboliku „88“ v znení textu „osem, osem, osemdesiat osem“ odkazujúci na pozdrav Heil Hitler, - skladba s názvom „anti-cigan“ zistená aj pod názvom „Dosť bolo cigáňov“ od neznámeho interpreta, pričom v texte skladby sú urážaní Rómovia, text obsahuje vyhrážanie sa Rómom smrťou a hlási sa k Adolfo vi Hitlerovi, - skladba s názvom „spirit of 88 - white power skinheads-[www_flvto_comj“, kde sa jedná o pieseň nemeckej neonacistickej skupiny Spirit of 88 s názvom White power skinheads, ktorá obsahuje extrémistické heslá a viaže sa na komunitu rasistických, resp. neonacistických príslušníkov skinheadskej subkultúry, - skladba s názvom „Division Germania Nazihorrorshow“ od hudobného projektu nemeckého neonacistu Andreasa Koroschetza s názvom Division Germania, ktorý je aktívny vo viacerých nemeckých neonacisticky orientovaných skupinách, - skladba s názvom „blitzkrieg - scheinheilige mission-[www_flvto_com]“, pričom sa jedná o pieseň nemeckej neonacistickej skupiny Blitzkrieg s názvom Schneinheilige Mission, - skladba s názvom „gigi und die braunen stadtmusikanten die ersten, die gehén“ pričom sa jedná o pieseň od nemeckej neonacistickej formácie Gigi &amp; Die Braunen Stadtmusikanten s názvom Die Ersten die Gehen, - skladba s názvom „gigi Uber gräber vorwärts“ pričom sa jedná o pieseň od nemeckej neonacistickej formácie Gigi &amp; Die Braunen Stadtmusikanten s názvom Die ersten, die gehen, ktorá obsahuje neonacistickú slovnú symboliku, • materiály v mobilnom telefóne zn. Sony Ericsson K530i, IMEI: 35780401-536220-9 s pamäťovou kartou Sandisc M2 512 MB, konkrétne: - obrázok s názvom „a“ na ktorom je vyobrazená podobizeň Adolfa Hitlera, - obrázok s názvom „adolfhitler“ na ktorom je vyobrazený portrét Adolfa Hitlera s výrezom vlajky s pravotočivým hákovým krížom pod tvárou, - skladba s názvom „03 .Krátky proces“, pričom sa jedná o pieseň neonacistickej skupiny Krátky proces s názvom skladby Krátky proces a samotná hudobná skupina patrí medzi najznámejšie skinheadské a neonacistické skupiny na Slovensku, a text uvedenej skladby je rasistický, kde osoby s inou farbou pleti označuje za veľké čierne muchy pochádzajúce zo smetiska, - skladba s názvom „Slováci“, pričom sa jedná o pieseň s názvom Rež a rúbaj od neonacistickej skupiny Krátky proces a samotná pieseň je inšpirovaná pochodom Hlinkovej gardy s názvom Slováci sme od rodu, svojim zmyslom odkazuje na protižidovskú politiku ľudáckeho režimu, • materiály v mobilnom telefóne zn. SONY XPERIA, biela farba, IMEI:35380905- 731730-4, konkrétne: - obrázok s názvom „_884“ na ktorom je vyobrazený symbol „Totenkopf ' na popredí symbolu „keltský kríž“ a s nápisom „BATTAGLIONE“ v hornej časti a nápisom „E1 fuego de la revuelta“ v spodnej časti, pričom ide o obal albumu argentínskej neonacistickej skupiny Battaglione s názvom E1 fuego de la Revulta, pričom uvedené symboly vo vzájomnej súvislosti ako aj jednotlivo používajú neonacisti a rasisti a v minulosti boli používané nacistami a Ku Klux Klanom, • materiál uložený na Micro SD karte s kapacitou 128 MB, konkrétne: - obrázok s názvom „ACAB“ na ktorom je vyobrazený nacistický symbol „Totenkopf“ za ktorý sú prekrížené baseballové pálky a nad ním nápis „ACAB“ a pod ním nápis „All cops are bastards“, t e d a v bode 1/ - prechovával extrémistické materiály, v bode 2/ - prechovával extrémistické materiály, č í m s p á c h a l v bodoch 1/ a 2/ pokračovací prečin prechovávania extrémistických materiálov podľa § 422c Trestného zákona. Z a t o s a o d s u d z u j e : Podľa § 364 odsek 1 Trestného zákona, za použitia § 36 písmeno j) a písmeno l), § 37 písmeno h), § 38 odsek 3, § 41 odsek 1 a § 42 odsek 1 Trestného zákona na súhrnný trest odňatia slobody v trvaní 20 /dvadsať/ mesiacov. Podľa § 49 odsek 1 písmeno a) Trestného zákona sa výkon uloženého trestu odňatia slobody podmienečne odkladá a podľa § 50 odsek 1 Trestného zákona sa určuje skúšobná doba v trvaní 3 / tri/ roky. Podľa § 60 odsek 1 písmeno a) Trestného zákona sa mu ukladá trest prepadnutia veci: a) prívesok na kľúče kruhového tvaru s priemerom 4cm s dvomi hákovými krížmi, b) mobilný telefón zn. HUAWEI v obale čiernej farby s nálepkou „DUKLIČKA NAŠA, FK Dukla, Banská Bystrica“, c) mobilný telefón zn. Motorola, čiernej farby, bez iného zjavného označenia, IMEI: 355630081451317 a 35563008145325, d) USB kľúč červenej farby s oceľovým krytom zn. Kingston DT101G2, 8 GB, e) mobilný telefón zn. Nokia bielej farby , IMEI 1: 352396060088545, f) USB kľúč čierno- striebornej farby bez iného zjavného označenia, g) mobilný telefón zn. Sony Ericsson K530i, IMEI: 35780401-536220-9 s pamäťovou kartou Sandisc M2 512 MB, h) obálka s popisom „A.C.A.B. K.O., i) mobilný telefón zn. SONY XPERIA, biela farba, IMEL35380905-731730-4, j) Micro SD karta s kapacitou 128 MB. Podľa § 60 odsek 5 Trestného zákona sa vlastníkom prepadnutých vecí stáva štát Slovenská republika. Podľa § 42 odsek 2 Trestného zákona sa zrušuje výrok o treste uložený trestným rozkazom Okresného súdu Banská Bystrica sp. zn. 1T/9/2019 z 08.02.2019, právoplatný dňa 01.03.2019, ako aj všetky ďalšie rozhodnutia na tento výrok obsahovo nadväzujúce, ak vzhľadom na zmenu, ku ktorej došlo zrušením, stratili podklad. o d ô v o d n e n i e : Prokurátor Úradu špeciálnej prokuratúry GP SR v predmetnej trestnej veci obvineného H. Y., pod č. k. VII/2 Gv 254/17/1000-26, predložil súdu návrh na schválenie dohody o vine a treste, ktorá bola uzavretá na Úrade špeciálnej prokuratúry GP SR s obvineným dňa 13.07.2020. Prokurátor navrhol, aby dohodnutý rozsudok bol súdom schválený. Samosudkyňa podľa § 331 ods. 1 Trestného poriadku preskúmala predložený návrh dohody o vine a treste podľa jeho obsahu a obsahu spisu a určila termín verejného zasadnutia na rozhodnutie o tomto návrhu. Po otvorení verejného zasadnutia prokurátor predniesol návrh dohody o vine a treste v súlade s jeho písomným znením nachádzajúcim sa v spise. Obvinený vyhlásil, že s predneseným návrhom súhlasí. Následne samosudkyňa poučila obvineného o jeho právach a formou otázok kladených mu v zmysle §-u 333 odsek 3 písmeno a) až j) Trestného poriadku zisťovala nasledujúce skutočnosti: a) Rozumiete podanému návrhu na dohodu o vine a treste? Odpoveď obvineného: Áno. b) Súhlasíte, aby sa Vaša trestná vec prejednala touto skrátenou formou, čím sa vzdávate práva na verejný súdny proces? Odpoveď obvineného: Áno. c) Rozumiete čo tvorí podstatu skutkov, ktoré sa Vám kladú za vinu? Odpoveď obvineného: Áno. d) Boli ste ako obvinený poučený o svojich právach, najmä o práve na obhajobu, bola Vám daná možnosť na slobodnú voľbu obhajcu a mohli ste sa s obhajcom radiť o spôsobe obhajoby? Odpoveď obvineného: Áno. e) Rozumiete podstate konania o návrhu na dohodu o vine a treste? Odpoveď obvineného: Áno. f) Rozumiete právnej kvalifikácii skutkov ako pokračovacieho prečinu prechovávania extrémistických materiálov podľa § 422c Trestného zákona? Odpoveď obvineného: Áno. g) Boli ste oboznámený s trestnými sadzbami, ktoré zákon ustanovuje za trestný čin, ktorý sa Vám kladie za vinu? Odpoveď obvineného: Áno. h) Dobrovoľne ste sa priznali a uznali ste vinu za spáchané skutky, ktoré sa v návrhu dohody o vine a treste kvalifikujú ako pokračovací prečin prechovávania extrémistických materiálov podľa § 422c Trestného zákona? Odpoveď obvineného: Áno. i) Súhlasíte s navrhovaným trestom, trest prijímate a v stanovených lehotách sa podriadite výkonu trestu? Odpoveď obvineného: Áno. j) Uvedomujete si, že ak súd prijme návrh na dohodu o vine a treste a vynesie rozsudok, ktorý nadobudne právoplatnosť vyhlásením, nebude možné proti tomuto rozsudku podať odvolanie? Odpoveď obvineného: Áno. Na základe položených otázok, na ktoré obvinený odpovedal slovíčkom „Áno“, súd nadobudol presvedčenie o dobrovoľnosti dohody zo strany obvineného a o tom, že pochopil podstatu dohody o vine a treste, je s ňou uzrozumený a je si vedomý aj následkov takejto dohody. Súd posudzoval skutky, ich právnu kvalifikáciu a primeranosť trestu a na základe zistených skutočností dohodu o vine a treste vyhodnotil ako primeranú a spravodlivú a návrh na dohodu o vine a treste akceptoval rozhodnutím podľa § 334 odsek 4 Trestného poriadku, ktorým predloženú dohodu schválil. Schválenú dohodu potvrdil týmto rozsudkom. Podľa § 334 odsek 5 Trestného poriadku rozsudok nadobudol právoplatnosť jeho vyhlásením. v bode 1/ - prechovával extrémistické materiály, v bode 2/ - prechovával extrémistické materiály, Poučenie: Proti tomuto rozsudku nie je podľa § 334 odsek 4 Trestného poriadku prípustné odvolanie. Dovolanie, ako mimoriadny opravný prostriedok, je prípustné iba za podmienky uvedenej podľa § 371 ods. 1 písm. c) Trestného poriadku.</w:t>
      </w:r>
    </w:p>
    <w:p/>
    <w:p>
      <w:r>
        <w:t>Zdroj: KAUZIS.SK – https://www.kauzis.sk/judikatura/r/ECLI:SK:SSPK:2020:9520100167.1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