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155/2016 z 9. 3. 2016</w:t>
      </w:r>
    </w:p>
    <w:p>
      <w:r>
        <w:t>Uznesenie Ústavného súdu SR z 9. marca 2016, sp. zn. I. ÚS 155/2016, ECLI:SK:USSR:2016:1.US.155.2016.1</w:t>
      </w:r>
    </w:p>
    <w:p>
      <w:r>
        <w:t>Súd: Ústavný súd Slovenskej republiky</w:t>
      </w:r>
    </w:p>
    <w:p>
      <w:r>
        <w:t>Spisová značka: I. ÚS 155/2016</w:t>
      </w:r>
    </w:p>
    <w:p>
      <w:r>
        <w:t>ECLI: ECLI:SK:USSR:2016:1.US.155.2016.1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w:t>
      </w:r>
    </w:p>
    <w:p>
      <w:r>
        <w:t>I. ÚS 155/2016-23 Ústavný súd Slovenskej republiky na neverejnom zasadnutí senátu 9. marca 2016 predbežne prerokoval sťažnosti obchodnej spoločnosti</w:t>
      </w:r>
    </w:p>
    <w:p>
      <w:r>
        <w:t>,</w:t>
      </w:r>
    </w:p>
    <w:p>
      <w:r>
        <w:t>, zastúpenej advokátom</w:t>
      </w:r>
    </w:p>
    <w:p>
      <w:r>
        <w:t>,</w:t>
      </w:r>
    </w:p>
    <w:p>
      <w:r>
        <w:t>,</w:t>
      </w:r>
    </w:p>
    <w:p>
      <w:r>
        <w:t>, vedené pod sp.</w:t>
      </w:r>
    </w:p>
    <w:p>
      <w:r>
        <w:t>Advokátska kancelária</w:t>
      </w:r>
    </w:p>
    <w:p>
      <w:r>
        <w:t>zn. Rvp 10256/2015, sp. zn. Rvp 10741/2015, sp. zn. Rvp 11103/2015, sp. zn. Rvp 13017/2015 ̶ sp. zn. Rvp 13019/2015, sp. zn. Rvp 13079/2015, sp. zn. Rvp 13610/2015 ̶ sp. zn. Rvp 13616/2015, sp. zn. Rvp 13776/2015 ̶ sp. zn. Rvp 13777/2015, sp. zn. Rvp 14404/2015 ̶ sp. zn. Rvp 14407/2015, sp. zn. Rvp 14667/2015 ̶ sp. zn. Rvp 14672/2015, sp. zn. Rvp 14956/2015 ̶</w:t>
      </w:r>
    </w:p>
    <w:p>
      <w:r>
        <w:t>sp. zn. Rvp 14957/2015, sp. zn. Rvp 15586/2015, sp. zn. Rvp</w:t>
      </w:r>
    </w:p>
    <w:p>
      <w:r>
        <w:t>15651/2015 ̶ sp. zn. Rvp 15655/2015 a sp. zn. Rvp 16870/2015 ̶ sp. zn. Rvp 16873/2015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namietaného porušenia čl. 12 ods. 2 Ústavy Slovenskej republiky a čl. 14 Dohovoru o ochrane ľudských práv a základných slobôd a zároveň namietaného porušenia čl. 47 Charty základných práv Európskej únie postupom Krajského súdu v Nitre a jeho uzneseniami sp. zn. 7 CoE/6/2015 z 19. marca 2015, sp. zn. 25 CoE/15/2015 z 31. marca 2015, sp. zn. 26 CoE/57/2015 z 31. marca 2015, sp. zn. 11CoE/121/2015 z 27. mája 2015, sp. zn. 9CoE/26/2015 z 25. júna 2015, sp. zn. 11 CoE/120/2015 z 27. mája 2015, sp. zn. 15 CoE/157/2015 z 29. mája 2015, sp. zn. 11 CoE 4/2015 z 30. júna 2015, sp. zn. 15 CoE/153/2015 z 30. júna 2015,</w:t>
      </w:r>
    </w:p>
    <w:p>
      <w:r>
        <w:t>sp. zn. 25</w:t>
      </w:r>
    </w:p>
    <w:p>
      <w:r>
        <w:t>CoE/3/2015 z 29. júna 2015, sp. zn. 9 CoE/65/2015 z 30. júna 2015, sp. zn. 5 CoE/57/2015 z 29. mája 2015, sp. zn. 15 CoE/150/2015 z 30. júna 2015, sp. zn. 15 CoE/125/2015 z 30. júna 2015, sp. zn. 15 CoE/121/2015 z 30. júna 2015, sp. zn. 9 CoE/46/2015 zo 16. júla 2015, sp. zn. 15 CoE/154/2015 z 30. júna 2015, sp. zn. 11 CoE/99/2015 z 30. júna 2015, sp. zn. 11 CoE/97/2015 z 30. júna 2015, sp. zn. 25 CoE/66/2015 z 23. júla 2015, sp. zn. 9 CoE/82/2015 z 10. septembra 2015, sp. zn. 11 CoE/156/2015 z 27. júla 2015, sp. zn. 11 CoE/85/2015 z 27. júla 2015, sp. zn. 15 CoE/124/2015 z 30. júna 2015, sp. zn. 11 CoE/98/2015 z 27. júla 2015, sp. zn. 26 CoE/125/2015 z 22. júla 2015, sp. zn. 9 CoE/135/2015 z 21. augusta 2015, sp. zn. 7 CoE/32/2015 z 24. júla 2015, sp. zn. 15 CoE/196/2015 z 31. augusta 2015, sp. zn. 8 CoE/66/2015 z 31. augusta 2015, sp zn. 25 CoE/27/2015 z 30. septembra 2015, sp. zn. 9 CoE/51/2015 z 24. septembra 2015, sp. zn. 25 CoE/53/2015 z 30. septembra 2015, sp. zn. 25 CoE/29/2015 z 30. septembra 2015, sp. zn. 25 CoE/82/2015 z 20. októbra 2015, sp. zn. 11 CoE/231/2015 z 30. septembra 2015, sp. zn. 25 CoE/60/2015 z 30. septembra 2015 a sp. zn. 25 CoE/82/2015 z 20. októbra 2015 v spojení s uzneseniami Okresného súdu Topoľčany sp. zn. 6 Er/106/2006 z 27. októbra 2014, sp. zn. 5 Er/1021/2014 zo 16. októbra 2014, sp. zn. 6 Er/1030/2007 z 22. októbra 2014, sp. zn. 8 Er/411/2014 z 3. októbra 2014, sp. zn. 6 Er/747/2007 z 2. decembra 2014, sp. zn. 8 Er/465/2014 z 3. decembra 2014, sp. zn. 5 Er/694/2008 z 10. marca 2015, sp. zn. 5 Er/968/2014 z 30. septembra 2014, sp. zn. 8 Er/361/2008 z 10. februára 2015, sp. zn. 5 Er/973/2014 zo 16. októbra 2014, sp. zn. 4 Er/967/2014 z 11. decembra 2014, sp. zn. 4 Er/880/2014 z 11. decembra 2014, sp. zn. 8 Er/361/2014 z 10. októbra 2014, 4 Er/1029/2014 z 11. decembra 2014, sp. zn. 7 Er/967/2014 z 22. januára 2015, sp. zn. 7 Er/1024/2014 z 19. januára 2015, sp. zn. 5 Er/922/2014 z 13. marca 2015, sp. zn. 4 Er/1022/2014 z 11. decembra 2014, sp. zn. 7 Er/922/2014 z 26. januára 2015, sp. zn. 4 Er/966/2014 z 11. decembra 2014, sp. zn. 8 Er/467/2014 zo 7. októbra 2014, sp. zn. 7 Er/1031/2014 z 28. januára 2015, sp. zn. 4 Er/864/2014 zo 4. februára 2015, sp. zn. 4 Er/969/2014 z 11. decembra 2014, sp. zn. 4 Er/971/2014 z 11. decembra 2014, sp. zn. 4 Er/1028/2014 z 18. februára 2015, sp. zn. 7 Er/1025/2014 z 25. mája 2015, sp. zn. 8 Er/1091/2007 z 3. decembra 2014, sp. zn. 8 Er/308/2004 zo 17. marca 2015, sp. zn. 4 Er/924/2014 z 11. decembra 2014, sp. zn. 6 Er/293/2004 z 2. decembra 2014, sp. zn. 7 Er/861/2014 z 22. januára 2015, sp. zn. 5 Er/1236/2007 zo 16. januára 2015, sp. zn. 5</w:t>
      </w:r>
    </w:p>
    <w:p>
      <w:r>
        <w:t>2</w:t>
      </w:r>
    </w:p>
    <w:p>
      <w:r>
        <w:t>Er/923/2014 z 12. novembra 2014, sp. zn. 8 Er/471/2014 z 9. októbra 2014, sp. zn. 5 Er/522/2015 zo 6. júla 2015, sp. zn. 7 Er/1021/2014 z 3. februára 2015 a sp. zn. 8 Er/471/2014 z 9. októbra 2014 a takto rozhodol: 1. Sťažnosti obchodnej spoločnosti</w:t>
      </w:r>
    </w:p>
    <w:p>
      <w:r>
        <w:t>, vedené pod sp. zn. Rvp</w:t>
      </w:r>
    </w:p>
    <w:p>
      <w:r>
        <w:t>10256/2015, sp. zn. Rvp 10741/2015, sp. zn. Rvp 11103/2015, sp. zn. Rvp 13017/2015 ̶ sp. zn. Rvp 13019/2015, sp. zn. Rvp 13079/2015, sp. zn. Rvp 13610/2015 ̶</w:t>
      </w:r>
    </w:p>
    <w:p>
      <w:r>
        <w:t>sp. zn. Rvp</w:t>
      </w:r>
    </w:p>
    <w:p>
      <w:r>
        <w:t>13616/2015, sp. zn. Rvp 13776/2015 ̶ sp. zn. Rvp 13777/2015, sp. zn. Rvp 14404/2015 ̶ sp. zn. Rvp 14407/2015, sp. zn. Rvp 14667/2015 ̶ sp. zn. Rvp 14672/2015, sp. zn. Rvp 14956/2015 ̶ sp. zn. Rvp 14957/2015, sp. zn. Rvp 15586/2015, sp. zn. Rvp 15651/2015 ̶ sp. zn. Rvp 15655/2015 a sp. zn. Rvp 16870/2015 ̶ sp. zn. Rvp 16873/2015</w:t>
      </w:r>
    </w:p>
    <w:p>
      <w:r>
        <w:t>spája</w:t>
      </w:r>
    </w:p>
    <w:p>
      <w:r>
        <w:t>na spoločné konanie, ktoré bude ďalej vedené pod sp. zn. Rvp 10256/2015. 2. Sťažnosti obchodnej spoločnosti</w:t>
      </w:r>
    </w:p>
    <w:p>
      <w:r>
        <w:t>, odmieta.</w:t>
      </w:r>
    </w:p>
    <w:p>
      <w:r>
        <w:t>Odôvodnenie: I. 1. Ústavnému súdu Slovenskej republiky (ďalej len „ústavný súd“) boli od 6. júla 2015 do 21. decembra 2015 doručené sťažnosti obchodnej spoločnosti (ďalej len „sťažovateľka“), ktorými namieta porušenie základného práva na súdnu ochranu podľa čl. 46 ods. 1 Ústavy Slovenskej republiky (ďalej len „ústava“), práva na spravodlivé súdne konanie podľa čl. 6 ods. 1 Dohovoru o ochrane ľudských práv a základných slobôd (ďalej len „dohovor“), základného práva vlastniť majetok podľa čl. 20 ods. 1 ústavy, práva na ochranu majetku podľa čl. 1 Dodatkového protokolu k Dohovoru o ochrane ľudských práv a základných slobôd (ďalej len „dodatkový protokol“) a zákazu diskriminácie zaručeného čl. 12 ods. 2 ústavy a čl. 14 dohovoru a zároveň aj porušenie práva na účinný prostriedok nápravy a spravodlivý proces podľa</w:t>
      </w:r>
    </w:p>
    <w:p>
      <w:r>
        <w:t>3</w:t>
      </w:r>
    </w:p>
    <w:p>
      <w:r>
        <w:t>čl. 47 Charty základných práv Európskej únie (ďalej len „charta“) postupom Krajského súdu v Nitre (ďalej len „krajský súd“) a jeho uzneseniami uvedenými v záhlaví tohto rozhodnutia (ďalej aj „napadnuté rozhodnutia krajského súdu“) v spojení s uzneseniami Okresného súdu Topoľčany (ďalej aj „okresný súd“) uvedenými v záhlaví tohto rozhodnutia (ďalej aj „napadnuté rozhodnutia okresného súdu“). 2. Sťažovateľka v predostretej argumentácii (už mnohonásobne a pravidelne sa opakujúcej, pozn.) atakuje závery vyplývajúce z rozhodovacej činnosti uvedeného okresného súdu a krajského súdu, ktorým vytýka ich nesprávnosť z hľadiska právneho posúdenia relevantných hmotnoprávnych ustanovení príslušných právnych predpisov vzťahujúcich sa na ich postup a rozhodnutia v exekučných konaniach vedených pred uvedenými všeobecnými súdmi a zároveň poskytuje ústavnému súdu vlastnú interpretáciu právnych predpisov vzťahujúcich sa na uvedené konania.</w:t>
      </w:r>
    </w:p>
    <w:p>
      <w:r>
        <w:t>3. V petite podaných sťažností sťažovateľka žiadala, aby ústavný súd vydal nález, v ktorom vysloví porušenie jej v záhlaví tohto rozhodnutia označených práv postupom a napadnutými rozhodnutiami okresného súdu a krajského súdu, ktoré ďalej zruší a predmetné veci vráti na ďalšie konanie, prizná jej primerané finančné zadosťučinenie a úhradu trov konania. II.</w:t>
      </w:r>
    </w:p>
    <w:p>
      <w:r>
        <w:t>4.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4</w:t>
      </w:r>
    </w:p>
    <w:p>
      <w:r>
        <w:t>5.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spoločnému prerokovaniu vecí 6. Podľa § 31a zákona o ústavnom súde ak tento zákon neustanovuje inak a povaha veci to nevylučuje, použijú sa na konanie pred ústavným súdom primerane ustanovenia Občianskeho súdneho poriadku v znení neskorších predpisov. V zmysle § 112 ods. 1 OSP (ďalej len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7. S prihliadnutím na obsah sťažností vedených ústavným súdom pod sp. zn. Rvp 10256/2015, sp. zn. Rvp 10741/2015, sp. zn. Rvp 11103/2015, sp. zn. Rvp 13017/2015 ̶ sp. zn. Rvp 13019/2015, sp. zn. Rvp 13079/2015, sp. zn. Rvp 13610/2015 ̶ sp. zn. Rvp 13616/2015, sp. zn. Rvp 13776/2015 ̶ sp. zn. Rvp 13777/2015, sp. zn. Rvp 14404/2015 ̶ sp. zn. Rvp 14407/2015, sp. zn. Rvp 14667/2015 ̶ sp. zn. Rvp 14672/2015, sp. zn. Rvp 14956/2015 ̶ sp. zn. Rvp 14957/2015, sp. zn. Rvp 15586/2015, sp. zn. Rvp 15651/2015 ̶ sp. zn. Rvp 15655/2015 a sp. zn. Rvp 16870/2015 ̶ sp. zn. Rvp 16873/2015 a z tohto obsahu vyplývajúcu právnu a skutkovú súvislosť uvedených sťažností a taktiež prihliadajúc</w:t>
      </w:r>
    </w:p>
    <w:p>
      <w:r>
        <w:t>5</w:t>
      </w:r>
    </w:p>
    <w:p>
      <w:r>
        <w:t>na totožnosť v osobe sťažovateľky, okresného súdu a krajského súdu, proti ktorému tieto sťažnosti smerujú, rozhodol ústavný súd uplatniac citované právne normy tak, ako to je uvedené v bode l výroku tohto uznesenia.</w:t>
      </w:r>
    </w:p>
    <w:p>
      <w:r>
        <w:t>II.B K namietanému porušeniu označených základných práv a slobôd napadnutými rozhodnutiami okresného súdu 8.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9. Pokiaľ ide o napadnuté rozhodnutia okresného súdu, ústavný súd vzhľadom na už uvedené poukazuje na skutočnosť, že proti týmto bolo možné podať odvolanie ako riadny opravný prostriedok (čo sťažovateľka aj využila), a preto ňou podané sťažnosti v tejto ich časti bolo potrebné odmietnuť pre nedostatok právomoci ústavného súdu podľa § 25 ods. 2 zákona o ústavnom súde.</w:t>
      </w:r>
    </w:p>
    <w:p>
      <w:r>
        <w:t>6</w:t>
      </w:r>
    </w:p>
    <w:p>
      <w:r>
        <w:t>II.C K namietanému porušeniu označených základných práv a slobôd napadnutými rozhodnutiami krajského súdu</w:t>
      </w:r>
    </w:p>
    <w:p>
      <w:r>
        <w:t>10. Ústavný súd po preskúmaní predmetu týchto sťažností a v kontexte aj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vo vzťahu k právnemu posudzovaniu notárskych zápisníc, ako aj rozsudkov rozhodcovského súdu ako exekučných titulov koncipovaných na podklade neprijateľných podmienok v úverových zmluvách vrátane posúdenia zmlúv o úvere koncipovaných</w:t>
      </w:r>
    </w:p>
    <w:p>
      <w:r>
        <w:t>formulárovou</w:t>
      </w:r>
    </w:p>
    <w:p>
      <w:r>
        <w:t>formou</w:t>
      </w:r>
    </w:p>
    <w:p>
      <w:r>
        <w:t>ako</w:t>
      </w:r>
    </w:p>
    <w:p>
      <w:r>
        <w:t>spotrebiteľských</w:t>
      </w:r>
    </w:p>
    <w:p>
      <w:r>
        <w:t>zmlúv</w:t>
      </w:r>
    </w:p>
    <w:p>
      <w:r>
        <w:t>v nadväznosti</w:t>
      </w:r>
    </w:p>
    <w:p>
      <w:r>
        <w:t>na podmienky v nich uvedené vrátane záverov vyplývajúcich z rozsudku Súdneho dvora Európskej únie (ďalej len ,,Súdny dvor“) vo veci Banif Plus</w:t>
      </w:r>
    </w:p>
    <w:p>
      <w:r>
        <w:t>proti</w:t>
      </w:r>
    </w:p>
    <w:p>
      <w:r>
        <w:t>a spol. sp. zn. C-472/11 z 21. februára 2013, ako aj postup všeobecných súdov v rozpore s § 57 ods. 5 zákona Národnej rady Slovenskej republiky č. 233/1995 Z. z. o súdnych exekútoroch a exekučnej činnosti (Exekučný poriadok) a o zmene a doplnení ďalších zákonov v znení neskorších predpisov a krajského súdu v odvolacom konaní v rozpore s § 214 ods. 1 OSP a v neposlednom rade vo vzťahu k prejudiciálnemu konaniu. Vzhľadom na totožnosť tak v osobe sťažovateľky, ako aj totožnosť v použitej právnej argumentácii a skutkových okolnostiach, ktoré boli podstatné pre ustálenie záverov všeobecných súdov aj v prípadoch predošlých, dospel ústavný súd k záveru, že vzhľadom na to, že sťažovateľke sú notoricky známe dôvody odmietnutia sťažností v úplne rovnakých prípadoch a ustálený právny názor ústavného súdu na danú právnu problematiku v závislosti od predmetu napadnutých rozhodnutí všeobecných súdov a ňou použitej argumentácie bez relevantných zmien, nie je potrebné uvádzať tie isté dôvody odmietnutia, ako to je aj v prípade týchto sťažností. Vzhľadom na uvedené sa preto ústavný súd plne stotožňuje s odôvodnením svojich predchádzajúcich rozhodnutí (napr. sp. zn. I. ÚS 220/2011 z 9. júna 2011, sp. zn. I. ÚS 227/2012</w:t>
      </w:r>
    </w:p>
    <w:p>
      <w:r>
        <w:t>zo</w:t>
      </w:r>
    </w:p>
    <w:p>
      <w:r>
        <w:t>16.</w:t>
      </w:r>
    </w:p>
    <w:p>
      <w:r>
        <w:t>mája</w:t>
      </w:r>
    </w:p>
    <w:p>
      <w:r>
        <w:t>2012,</w:t>
      </w:r>
    </w:p>
    <w:p>
      <w:r>
        <w:t>sp. zn. I. ÚS 379/2012</w:t>
      </w:r>
    </w:p>
    <w:p>
      <w:r>
        <w:t>z 22. augusta</w:t>
      </w:r>
    </w:p>
    <w:p>
      <w:r>
        <w:t>2012,</w:t>
      </w:r>
    </w:p>
    <w:p>
      <w:r>
        <w:t>sp. zn. I. ÚS 381/2012 z 22. augusta 2012, sp. zn. I. ÚS 382/2012 z 22. augusta 2012, sp. zn. I. ÚS 409/2012 z 22. augusta 2012, sp. zn. I. ÚS 410/2012 z 22. augusta 2012, sp. zn. 7</w:t>
      </w:r>
    </w:p>
    <w:p>
      <w:r>
        <w:t>I. ÚS 3/2013 zo 16. januára 2013, sp. zn. I. ÚS 110/2013 z 20. februára 2013, sp. zn. I. ÚS 146/2013 z 13. marca 2013, sp. zn. I. ÚS 157/2013 z 13. marca 2013, sp. zn. I. ÚS 745/2013 z 11. decembra 2013, sp. zn. I. ÚS 99/2014 z 5. marca 2014, sp. zn. I. ÚS 100/2014 z 5. marca 2014, sp. zn. I. ÚS 212/2014 zo 7. mája 2014, sp. zn. II. ÚS 473/2011 z 20. októbra 2011, sp. zn. II. ÚS 303/2011 z 24. augusta 2012, sp. zn. II. ÚS 337/2012 z 13. septembra 2012, sp. zn. II. ÚS 62/2013 z 30. januára 2013, sp. zn. II. ÚS 79/2013 zo 7. februára 2013, sp. zn. II. ÚS 365/2013 z 26. júna 2013, sp. zn. II. ÚS 344/2013 z 19. júna 2013, sp. zn. II. ÚS 562/2013 z 30. októbra 2013, sp. zn. III. ÚS 178/2014 zo 4. marca 2011, sp. zn. III. ÚS 242/2011 z 31. mája 2011, sp. zn. III. ÚS 397/2011 z 27. septembra 2011, sp. zn. III. ÚS 488/2012 z 2. októbra 2012, sp. zn. III. ÚS 7/2013 z 15. januára 2013, sp. zn. III. ÚS 453/2013 z 26. septembra 2013, sp. zn. III. ÚS 173/2014 zo 4. marca 2014, sp. zn. III. ÚS 176/2014 zo 4. marca 2014, sp. zn. III. ÚS 178/2014 zo 4. marca 2014, sp. zn. III. ÚS 214/2014 z 25. marca 2014, sp. zn. III. ÚS 297/2014 z 24. apríla 2014, sp. zn. IV. ÚS 299/2012 zo 7. júna 2012, sp. zn. IV. ÚS 467/2012 z 18. septembra 2012, sp. zn. IV. ÚS 50/2013 z 31. januára 2013, sp. zn. IV. ÚS 51/2013 z 31. januára 2013, sp. zn. IV. ÚS 52/2013 z 31. januára 2013, sp. zn. IV. ÚS 181/2014 z 20. marca 2014, sp. zn. IV. ÚS 182/2014 z 20. marca 2014, sp. zn. IV. ÚS 183/2014 z 20. marca 2014, sp. zn. IV. ÚS 186/2014 z 20. marca 2014, sp. zn. IV. ÚS 187/2014 z 20. marca 2014...), ktoré skončili odmietnutím podobných a opakujúcich sa sťažností sťažovateľky z dôvodov tam uvedených. Ústavný súd v takýchto a obdobných prípadoch nemá dôvod meniť svoje už ustálené právne názory, a preto v podrobnostiach odkazuje na svoje už citované svoje rozhodnutia. Zároveň ústavný súd prízvukuje, že sťažovateľka ani nevzniesla žiadny presvedčivý dôkaz potvrdzujúci, že iba ústna časť pojednávania nasledujúca po výmene písomných stanovísk by mohla zaručiť spravodlivé konanie (rozsudok ESĽP vo veci Lino Carlos Varela Assalino proti Portugalsku z 25. apríla 2002, sťažnosť č. 64336/01, ako aj rozsudky Najvyššieho súdu Slovenskej republiky sp. zn. 5 Cdo 218/2009, sp. zn. 3 Cdo 51/2011, sp. zn. 3 Cdo 186/2012, sp. zn. 7 Cdo 56/2011). 11. Na podporu svojej argumentácie iba upriamuje pozornosť sťažovateľky aj na rozhodnutie Súdneho dvora sp. zn. C-76/10 zo 16. novembra 2010 vydané vo veci</w:t>
      </w:r>
    </w:p>
    <w:p>
      <w:r>
        <w:t>8</w:t>
      </w:r>
    </w:p>
    <w:p>
      <w:r>
        <w:t>iniciovanej sťažovateľkou, ako aj na ďalšiu početnú judikatúru Súdneho dvora (napr. C 240/98 až C-244/98, C-473/00, C-168/05, C-243/08, C-40/08, C-227/08 a C-76/10) dotýkajúcu sa problematiky spotrebiteľského práva, ktoré podporujú právne závery ústavným súdom predostreté v jeho predošlých rozhodnutiach a ktoré sú aj sťažovateľke notoricky známe. V ostatnom poukazuje na rozsudok Súdneho dvora z 27. februára 2014 vo veci sp. zn. C-470/12, bod 41 (v rámci sporu, ktorého účastníkom je sťažovateľka, pozn.), v ktorom Súdny dvor výslovne deklaroval, že „možnosť súdu skúmať nekalú povahu podmienky aj bez návrhu predstavuje vhodný prostriedok na dosiahnutie výsledku stanoveného v článku 6 smernice 93/13, teda zabránenie tomu, aby bol jednotlivý spotrebiteľ viazaný nekalou podmienkou, a zároveň na dosiahnutie cieľa stanoveného v článku 7 tejto smernice, pretože takéto preskúmanie môže mať odradzujúci účinok smerujúci</w:t>
      </w:r>
    </w:p>
    <w:p>
      <w:r>
        <w:t>k ukončeniu</w:t>
      </w:r>
    </w:p>
    <w:p>
      <w:r>
        <w:t>používania</w:t>
      </w:r>
    </w:p>
    <w:p>
      <w:r>
        <w:t>nekalých</w:t>
      </w:r>
    </w:p>
    <w:p>
      <w:r>
        <w:t>podmienok</w:t>
      </w:r>
    </w:p>
    <w:p>
      <w:r>
        <w:t>v zmluvách</w:t>
      </w:r>
    </w:p>
    <w:p>
      <w:r>
        <w:t>uzavretých</w:t>
      </w:r>
    </w:p>
    <w:p>
      <w:r>
        <w:t>so spotrebiteľmi zo strany predajcov alebo dodávateľov (rozsudky z 21. novembra 2002, Cofidis, C-473/00, Zb. s. I-10875, bod 32, a Mostaza Claro, C-168/05, Zb. s. I-10421, bod 25)“. 12. Taktiež už len dodáva, že v súčasnom období platná právna úprava formulovaná v § 58 ods. 2 Exekučného poriadku, ktorá bola zavedená zákonom č. 335/2012 Z. z. a je účinná od 1. januára 2013, počíta s možnosťou nariadenia pojednávania pred rozhodnutím exekučného súdu o zastavení vedeného exekučného konania podľa § 57 ods. 1 písm. a) až j) len ako s fakultatívnou možnosťou, a to len v prípade, že je to nevyhnutné pre objasnenie veci. K sťažovateľkou namietanému postupu všeobecných súdov podľa § 57 ods. 1 písm. g) v spojení s § 57 ods. 5 Exekučného poriadku, právna úprava ktorá bola účinná v čase od 9. augusta 2012 do 31. decembra 2012, ústavný súd konštatuje, že aj v prípade, ak by tento postup nebol zo strany všeobecných súdov dodržaný (nariadenie pojednávania pred vyhlásením exekúcie za neprípustnú a jej zastavenie, pozn.), nepredstavoval by také porušenie označených práv sťažovateľky, ktoré by svojou intenzitou bolo spôsobilé zasiahnuť do ňou onačených práv v takom smere, aby ústavný súd mohol vysloviť ich porušenie (napr. I. ÚS 367/2014). Naostatok postup podľa § 57 ods. 5 Exekučného poriadku ani neprichádzal do úvahy v žiadnom z napadnutých konaní okresného súdu z dôvodu neúčinnosti predmetnej právnej úpravy.</w:t>
      </w:r>
    </w:p>
    <w:p>
      <w:r>
        <w:t>9</w:t>
      </w:r>
    </w:p>
    <w:p>
      <w:r>
        <w:t>13. V ďalšom ústavný súd poukazuje na to, že z väčšiny posudzovaných vecí (s výnimkou veci vedených pod sp. zn. Rvp 11103/2015, sp. zn. Rvp 13018/2015, sp. zn. Rvp 13079/2015, sp. zn. Rvp 13611/2015, sp. zn. Rvp 14957/2015, sp. zn. Rvp 15586/2015, sp. zn. Rvp 15652/2015 a sp. zn. Rvp 15654/2015) vyplýva, že postup všeobecných súdov tak v prvostupňovom konaní, ako aj v odvolacom konaní bol odvodený od neodstrániteľnej prekážky konania, ktorým sťažovateľkou napadnuté konania a v nich vydané rozhodnutia trpeli a tou neodstrániteľnou prekážkou postupu súdu v konaní bola prekážka už rozhodnutej veci ̶ res iudicata. Okresný súd lustráciou v právoplatne skončených veciach zistil, že o sťažovateľkou predložených exekučných tituloch, a to rozsudkoch Stáleho rozhodcovského súdu zriadeného</w:t>
      </w:r>
    </w:p>
    <w:p>
      <w:r>
        <w:t>, ktorého ten-ktorý</w:t>
      </w:r>
    </w:p>
    <w:p>
      <w:r>
        <w:t>rozsudok bol/mal byť spôsobilým exekučným titulom v exekučných konaniach vedených pred okresným súdom, už rozhodol v predošlom období, v dôsledku čoho vo svojich napadnutých rozhodnutiach exekučné konanie zastavil z dôvodu prekážky už rozhodnutej veci a prvostupňové rozhodnutia boli krajským súdom v odvolacom konaní potvrdené ako vecne správne. Ak sa sťažovateľka opätovne domáha vydania poverenia na výkon exekúcie zvolenému súdnemu exekútorovi na podklade exekučného titulu, ktorý bol okresným súdom uznaný za nespôsobilý exekučný titul v inom exekučnom konaní, po zhodnotení všetkých relevantných okolností veci a aplikujúc spotrebiteľskú legislatívu, výsledkom čoho bol záver zastavenia exekučného konania, neostávalo ani ústavnému súdu nič iné ako s postupom okresného súdu podľa § 159 ods. 3 OSP v spojení s § 103 OSP, § 104 OSP a § 57 ods. 2 Exekučného poriadku vrátane postupu krajského súdu v napadnutých rozhodnutiach vydaných v odvolacom konaní súhlasiť. 14. V kontexte uvedeného ústavný súd odmietol sťažovateľkou podané sťažnosti týkajúce sa postupu a rozhodnutí krajského súdu z dôvodu ich zjavnej neopodstatnenosti a nedostatku právomoci ústavného súdu podľa § 25 ods. 2 zákona o ústavnom súde. Ústavný súd prihliadajúc na zásadu procesnej hospodárnosti konania sťažovateľkou podané sťažnosti odmietol bez podrobnejšieho odôvodnenia (§ 25 ods. 2 posledná veta zákona o ústavnom súde). Keďže boli sťažnosti odmietnuté, ústavný súd o ďalších návrhoch sťažovateľky v nich uplatnených nerozhodoval.</w:t>
      </w:r>
    </w:p>
    <w:p>
      <w:r>
        <w:t>10</w:t>
      </w:r>
    </w:p>
    <w:p>
      <w:r>
        <w:t>15. V kontexte s už uvedeným ústavný súd už iba dodáva, že právny zástupca sťažovateľky aj takýmto spôsobom zahlcuje ústavný súd podaniami, o ktorých je/musí si byť už dopredu vedomý, že nebudú v konaní pred ústavným súdom vzhľadom buď na rovnaký spôsob ich vybavenia v predošlom období, alebo na dôvod namietania neexistujúcich porušení základných práv a slobôd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to porušením buď zákonných, alebo etických povinností advokáta. P o u č e n i e : Proti tomuto rozhodnutiu nemožno podať opravný prostriedok. V Košiciach 9. marca 2016</w:t>
      </w:r>
    </w:p>
    <w:p>
      <w:r>
        <w:t>11</w:t>
      </w:r>
    </w:p>
    <w:p/>
    <w:p>
      <w:r>
        <w:t>Zdroj: KAUZIS.SK – https://www.kauzis.sk/judikatura/r/ECLI:SK:USSR:2016:1.US.155.2016.1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