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174/2016 z 16. 3. 2016</w:t>
      </w:r>
    </w:p>
    <w:p>
      <w:r>
        <w:t>Uznesenie Ústavného súdu SR z 16. marca 2016, sp. zn. I. ÚS 174/2016, ECLI:SK:USSR:2016:1.US.174.2016.1</w:t>
      </w:r>
    </w:p>
    <w:p>
      <w:r>
        <w:t>Súd: Ústavný súd Slovenskej republiky</w:t>
      </w:r>
    </w:p>
    <w:p>
      <w:r>
        <w:t>Spisová značka: I. ÚS 174/2016</w:t>
      </w:r>
    </w:p>
    <w:p>
      <w:r>
        <w:t>ECLI: ECLI:SK:USSR:2016:1.US.174.2016.1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174/2016-8 Ústavný súd Slovenskej republiky na neverejnom zasadnutí senátu 16. marca 2016 predbežne</w:t>
      </w:r>
    </w:p>
    <w:p>
      <w:r>
        <w:t>prerokoval</w:t>
      </w:r>
    </w:p>
    <w:p>
      <w:r>
        <w:t>sťažnosti</w:t>
      </w:r>
    </w:p>
    <w:p>
      <w:r>
        <w:t>obchodnej</w:t>
      </w:r>
    </w:p>
    <w:p>
      <w:r>
        <w:t>spoločnosti</w:t>
      </w:r>
    </w:p>
    <w:p>
      <w:r>
        <w:t>, zastúpenej advokátskou kanceláriou</w:t>
      </w:r>
    </w:p>
    <w:p>
      <w:r>
        <w:t>, ,</w:t>
      </w:r>
    </w:p>
    <w:p>
      <w:r>
        <w:t>, v mene ktorej koná konateľ a advokát , vedené pod sp. zn. Rvp 10072/2015 – sp. zn. Rvp 10130/2015, sp. zn. Rvp 10150/2015, sp. zn. Rvp 11177/2015 – sp. zn. Rvp 11200/2015, sp. zn. Rvp 11925/2015 – sp. zn. Rvp 11968/2015, sp. zn. Rvp 12216/2015 - sp. zn. Rvp 12242/2015, sp. zn. Rvp 12600/2015 – sp. zn. Rvp 12629/2015, sp. zn. Rvp 13130/2015 – sp. zn. Rvp 13145/2015, sp. zn. Rvp 13316/2015 – sp. zn. Rvp 13359/2015, sp. zn. Rvp 13485/2015 – sp. zn. Rvp 13510/2015, sp. zn. Rvp 13869/2015 – sp. zn. Rvp 13896/2015, sp. zn. Rvp 14736/2015 – sp. zn. Rvp 14772/2015 a sp. zn. Rvp 15035/2015 – sp. zn. Rvp 15118/2015 vo veci namietaného porušenia jej základných práv podľa čl. 46 ods. 1 Ústavy Slovenskej republiky a práva podľa čl. 6 ods. 1 Dohovoru o ochrane ľudských práv a základných slobôd uzneseniami Krajského súdu v Nitre uvedených v prílohe tohto rozhodnutia a takto rozhodol: 1. Sťažnosti obchodnej spoločnosti</w:t>
      </w:r>
    </w:p>
    <w:p>
      <w:r>
        <w:t>, vedené pod sp. zn.</w:t>
      </w:r>
    </w:p>
    <w:p>
      <w:r>
        <w:t>Rvp 10072/2015 – sp. zn. Rvp 10130/2015, sp. zn. Rvp 10150/2015, sp. zn.</w:t>
      </w:r>
    </w:p>
    <w:p>
      <w:r>
        <w:t>Rvp 11177/2015 – sp. zn. Rvp 11200/2015, sp. zn. Rvp 11925/2015 – sp. zn. Rvp 11968/2015, sp. zn. Rvp 12216/2015</w:t>
      </w:r>
    </w:p>
    <w:p>
      <w:r>
        <w:t>̶</w:t>
      </w:r>
    </w:p>
    <w:p>
      <w:r>
        <w:t>sp. zn. Rvp 12242/2015, sp. zn.</w:t>
      </w:r>
    </w:p>
    <w:p>
      <w:r>
        <w:t>Rvp 12600/2015 – sp. zn. Rvp 12629/2015, sp. zn. Rvp 13130/2015 – sp. zn. Rvp 13145/2015, sp. zn. Rvp 13316/2015 – sp. zn. Rvp 13359/2015, sp. zn. Rvp 13485/2015 – sp. zn. Rvp 13510/2015, sp. zn. Rvp 13869/2015 – sp. zn. Rvp 13896/2015, sp. zn. Rvp 14736/2015 – sp. zn. Rvp 14772/2015 a sp. zn. Rvp 15035/2015 – sp. zn. Rvp 15118/2015 s p á j a na spoločné konanie, ktoré bude ďalej vedené pod sp. zn. Rvp 10072/2015. 2. Sťažnosti obchodnej spoločnosti</w:t>
      </w:r>
    </w:p>
    <w:p>
      <w:r>
        <w:t>, odmieta.</w:t>
      </w:r>
    </w:p>
    <w:p>
      <w:r>
        <w:t>Odôvodnenie: I. 1. Ústavnému súdu Slovenskej republiky (ďalej len „ústavný súd“) boli od 6. júla2015 do 13. novembra 2015 doručené sťažnosti obchodnej spoločnosti ,</w:t>
      </w:r>
    </w:p>
    <w:p>
      <w:r>
        <w:t>(ďalej len „sťažovateľka“), vo veci</w:t>
      </w:r>
    </w:p>
    <w:p>
      <w:r>
        <w:t>namietaného porušenia jej základných práv podľa čl. 46 ods. 1 Ústavy Slovenskej republiky (ďalej len „ústava“) a práva podľa čl. 6 ods. 1 Dohovoru o ochrane ľudských práv a základných slobôd (ďalej len „dohovor“) uzneseniami Krajského súdu v Nitre (ďalej len „krajský súd“) uvedených v prílohe tohto rozhodnutia (ďalej len „napadnuté rozhodnutia krajského súdu“). 2. Zo sťažností a z ich príloh vyplýva, že sťažovateľka vystupuje v postavení žalobkyne v konaniach vedených Okresným súdom Topoľčany, Okresným súdom Nitra, Okresným súdom Nové Zámky, Okresným súdom Levice a Okresným súdom Komárno, (ďalej aj „okresné súdy“), ktorých predmetom je rozhodovanie o náhrade majetkovej škody a nemajetkovej ujmy v zmysle podmienok vyplývajúcich zo zákona č. 514/2003 Z. z. o zodpovednosti za škodu spôsobenú pri výkone verejnej moci a o zmene niektorých zákonov v znení neskorších predpisov spôsobenej nesprávnym úradným postupom</w:t>
      </w:r>
    </w:p>
    <w:p>
      <w:r>
        <w:t>2</w:t>
      </w:r>
    </w:p>
    <w:p>
      <w:r>
        <w:t>okresných súdov v exekučných konaniach, v ktorých sťažovateľka vystupovala ako oprávnená. Okresné súdy rozhodovali vo veci samej rozsudkami, proti ktorým sťažovateľka podala odvolania, v dôsledku čoho jej ten-ktorý okresný súd vyrubil súdny poplatok 20 € podľa položky č. 7a Sadzobníka súdnych poplatkov [(príloha zákona Slovenskej národnej rady č. 71/1992 Zb. o súdnych poplatkoch a o poplatku za výpis z registra trestov v znení neskorších predpisov (ďalej len „zákon o súdnych poplatkoch“)]. Krajský súd sťažovateľkou podané odvolania, ktorými namietala uloženie povinnosti zaplatiť súdny poplatok za podané odvolanie/odvolania, zamietol a príslušné rozhodnutia prvostupňových okresných súdov potvrdil ako vecne správne. V ostatnom podala sťažovateľka sťažnosti ústavnému súdu. 3. V petite podaných sťažností sťažovateľka žiadala, aby ústavný súd vydal nález, ktorým vysloví porušenie jej základných práv podľa čl. 46 ods. 1 ústavy a podľa čl. 6 ods. 1 dohovoru napadnutými rozhodnutiami krajského súdu, ktoré zruší a veci vráti krajskému súdu na ďalšie konanie a sťažovateľke prizná primerané finančné zadosťučinenie, ako aj úhradu trov konania. II. 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w:t>
      </w:r>
    </w:p>
    <w:p>
      <w:r>
        <w:t>3</w:t>
      </w:r>
    </w:p>
    <w:p>
      <w:r>
        <w:t>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6.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10072/2015 – sp. zn. Rvp 10130/2015, sp. zn. Rvp 10150/2015, sp. zn. Rvp 11177/2015 – sp. zn. Rvp 11200/2015, sp. zn. Rvp 11925/2015 – sp. zn. Rvp 11968/2015, sp. zn. Rvp 12216/2015</w:t>
      </w:r>
    </w:p>
    <w:p>
      <w:r>
        <w:t>̶</w:t>
      </w:r>
    </w:p>
    <w:p>
      <w:r>
        <w:t>sp. zn. Rvp 12242/2015, sp. zn.</w:t>
      </w:r>
    </w:p>
    <w:p>
      <w:r>
        <w:t>Rvp 12600/2015 – sp. zn. Rvp 12629/2015, sp. zn. Rvp 13130/2015 – sp. zn. Rvp 13145/2015, sp. zn. Rvp 13316/2015 – sp. zn. Rvp 13359/2015, sp. zn. Rvp 13485/2015 – sp. zn. Rvp 13510/2015, sp. zn. Rvp 13869/2015 – sp. zn. Rvp 13896/2015, sp. zn. Rvp 14736/2015 – sp. zn. Rvp 14772/2015 a sp. zn. Rvp 15035/2015 – sp. zn. Rvp 15118/2015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8. Ústavný súd po preskúmaní predmetu týchto sťažností týkajúcich sa napadnutých rozhodnutí krajského súdu a v kontexte svojich zistení dospel k záveru, že použitá argumentácia sťažovateľky v podaných sťažnostiach je totožná s jej právnou 4</w:t>
      </w:r>
    </w:p>
    <w:p>
      <w:r>
        <w:t>argumentáciou, ktorú použila v stovkách predošlých sťažností, ktorými sa ústavný súd už zaoberal v uplynulom období a v ktorých atakovala právne závery všeobecných súdov rozhodujúcich v odvolacom konaní o potvrdení rozhodnutí/uznesení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9. Vo vzťahu k sťažnostiam vedených pod sp. zn. Rvp 12608/2015, sp. zn. Rvp 13492/2015 a sp. zn. Rvp 15051/2015 ústavný súd konštatuje, že sťažovateľka nedoložila k podaným sťažnostiam žiadne z napadnutých rozhodnutí krajského súdu, čím tak konala v rozpore s § 20 ods. 1, § 50 ods. 1 písm. b) a c) a § 50 ods. 2 zákona o ústavnom súde. Vzhľadom na uvedené ústavný súd odmieta predmetné sťažnosti podľa § 25 ods. 2 zákona o ústavnom súde z dôvodu nesplnenia zákonom predpísaných náležitostí. 10. Vo vzťahu k sťažnostiam vedených pod sp. zn. Rvp 10092/2015, sp. zn. Rvp 10097/2015 – sp. zn. Rvp 10098/2015, sp. zn. Rvp 10110/2015, sp. zn. Rvp 12232/2015, sp. zn. Rvp 13497/2015, sp. zn. Rvp 13885/2015, sp. zn. Rvp 15060/2015, sp. zn. Rvp 15065/2015, sp. zn. Rvp 15067/2015 a sp. zn. Rvp 15118/2015 ústavný súd 5</w:t>
      </w:r>
    </w:p>
    <w:p>
      <w:r>
        <w:t>konštatuje, že krajský súd svojimi v týchto sťažnostiach napadnutými rozhodnutiami (pozri priložená tabuľka, pozn.) rozhodol o zrušení prvostupňových rozhodnutí Okresného súdu Nitra a Okresného súdu Nové Zámky a vrátení vecí na ďalšie konanie. Z uvedeného je teda zrejmé, že Okresný súd Nitra a Okresný súd Nové Zámky ako súdy prvostupňové budú opätovne v predmetných veciach konať a rozhodovať. Z uvedeného dôvodu rozhodol ústavný súd o odmietnutí predmetných ústavných sťažností podľa § 25 ods. 2 zákona o ústavnom súde z dôvodu nedostatku svojej právomoci na ich prejednanie, pretože právomoci ústavného súdu v predmetných veciach predchádza právomoc Okresného súdu Nitra a Okresného súdu Nové Zámky. 11.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12. V závere ústavný súd poznamenáva, že právny zástupca sťažovateľky aj takýmto spôsobom zahlcuje ústavný súd podaniami, o ktorých je/musí si byť už dopredu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16. marca 2016</w:t>
      </w:r>
    </w:p>
    <w:p>
      <w:r>
        <w:t>6</w:t>
      </w:r>
    </w:p>
    <w:p>
      <w:r>
        <w:t>Príloha k uzneseniu Ústavného súdu Slovenskej republiky sp. zn. I. ÚS 174/2016 Por.</w:t>
      </w:r>
    </w:p>
    <w:p>
      <w:r>
        <w:t>sp. zn. sťažností vedených</w:t>
      </w:r>
    </w:p>
    <w:p>
      <w:r>
        <w:t>sp. zn. uznesení Krajského súdu v Nitre</w:t>
      </w:r>
    </w:p>
    <w:p>
      <w:r>
        <w:t>č. 1. 2. 3. 4. 5. 6. 7. 8. 9. 10. 11. 12. 13. 14. 15. 16. 17. 18. 19. 20. 21. 22. 23. 24. 25. 26. 27. 28. 29. 30. 31. 32. 33. 34. 35. 36. 37. 38. 39.</w:t>
      </w:r>
    </w:p>
    <w:p>
      <w:r>
        <w:t>ústavným súdom (Rvp) Rvp 10072/2015 Rvp 10073/2015 Rvp 10074/2015 Rvp 10075/2015 Rvp 10076/2015 Rvp 10077/2015 Rvp 10078/2015 Rvp 10079/2015 Rvp 10080/2015 Rvp 10081/2015 Rvp 10082/2015 Rvp 10083/2015 Rvp 10084/2015 Rvp 10085/2015 Rvp 10086/2015 Rvp 10087/2015 Rvp 10088/2015 Rvp 10089/2015 Rvp 10090/2015 Rvp 10091/2015 Rvp 10093/2015 Rvp 10094/2015 Rvp 10095/2015 Rvp 10096/2015 Rvp 10099/2015 Rvp 10100/2015 Rvp 10101/2015 Rvp 10102/2015 Rvp 10103/2015 Rvp 10104/2015 Rvp 10105/2015 Rvp 10106/2015 Rvp 10107/2015 Rvp 10108/2015 Rvp 10109/2015 Rvp 10111/2015 Rvp 10112/2015 Rvp 10113/2015 Rvp 10114/2015</w:t>
      </w:r>
    </w:p>
    <w:p>
      <w:r>
        <w:t>sp. zn. 7 Co 101/2015 z 19. marca 2015 sp. zn. 7 Co 331/2014 z 5. februára 2015 sp. zn. 11 Co 106/2015 z 31. marca 2015 sp. zn. 11 Co 4/2015 z 27. februára 2015 sp. zn. 9 Co 53/2015 z 25. marca 2015 sp. zn. 9 Co 775/2014 z 25. marca 2015 sp. zn. 9 Co 666/2014 z 25. marca 2015 sp. zn. 11 Co 187/2014 z 31. marca 2015 sp. zn. 8 Co 854/2014 z 5. marca 2015 sp. zn. 6 Co 510/2014 z 25. marca 2015 sp. zn. 2 Co 201/2014 z 11. marca 2014 sp. zn. 6 Co 715/2014 z 25. marca 2015 sp. zn. 8 Co 1128/2014 z 18. marca 2015 sp. zn. 26 Co 164/2014 z 19. marca 2015 sp. zn. 25 Co 803/2014 z 11. marca 2015 sp. zn. 7 Co 257/2015 z 19. marca 2015 sp. zn. 6 Co 738/2014 z 31. marca 2015 sp. zn. 25 Co 175/2015 z 31. marca 2015 sp. zn. 8 Co 746/2014 z 18. marca 2015 sp. zn. 1 Co 122/2014 z 21. apríla 2015 sp. zn. 6 Co 2/2015 z 31. marca 2015 sp. zn. 15 Co 135/2014 z 24. marca 2015 sp. zn. 11 Co 57/2015 z 31. marca 2015 sp. zn. 6 Co 713/2014 z 15. apríla 2015 sp. zn. 6 Co 514/2014 z 25. marca 2014 sp. zn. 26 Co 214/2014 z 26. marca 2015 sp. zn. 8 Co 836/2014 z 2. apríla 2015 sp. zn. 6 Co 711/2014 z 15. apríla 2015 sp. zn. 6 Co 709/2014 z 25. marca 2015 sp. zn. 26 Co 33/2015 z 19. marca 2015 sp. zn. 7 Co 97/2015 z 19. marca 2015 sp. zn. 26 Co 47/2015 z 19. marca 2015 sp. zn. 7 Co 153/2015 z 19. marca 2015 sp. zn. 7 Co 146/2015 z 19. marca 2015 sp. zn. 7 Co 175/2015 z 26. marca 2015 sp. zn. 2 Co 156/2014 z 11. marca 2014 sp. zn. 9 Co 896/2014 z 25. marca 2015 sp. zn. 6 Co 443/2014 z 18. marca 2015 sp. zn. 9 Co 788/2014 z 25. marca 2015</w:t>
      </w:r>
    </w:p>
    <w:p>
      <w:r>
        <w:t>7</w:t>
      </w:r>
    </w:p>
    <w:p>
      <w:r>
        <w:t>40. 41. 42. 43. 44. 45. 46. 47. 48. 49. 50. 51. 52. 53. 54. 55. 56. 57. 58. 59. 60. 61. 62. 63. 64. 65. 66. 67. 68. 69. 70. 71. 72. 73. 74. 75. 76. 77. 78. 79. 80. 81. 82. 83. 84.</w:t>
      </w:r>
    </w:p>
    <w:p>
      <w:r>
        <w:t>Rvp 10115/2015 Rvp 10116/2015 Rvp 10117/2015 Rvp 10118/2015 Rvp 10119/2015 Rvp 10120/2015 Rvp 10121/2015 Rvp 10122/2015 Rvp 10123/2015 Rvp 10124/2015 Rvp 10125/2015 Rvp 10126/2015 Rvp 10127/2015 Rvp 10128/2015 Rvp 10129/2015 Rvp 10130/2015 Rvp 10150/2015 Rvp 11177/2015 Rvp 11178/2015 Rvp 11179/2015 Rvp 11180/2015 Rvp 11181/2015 Rvp 11182/2015 Rvp 11183/2015 Rvp 11184/2015 Rvp 11185/2015 Rvp 11186/2015 Rvp 11187/2015 Rvp 11188/2015 Rvp 11189/2015 Rvp 11190/2015 Rvp 11191/2015 Rvp 11192/2015 Rvp 11193/2015 Rvp 11194/2015 Rvp 11195/2015 Rvp 11196/2015 Rvp 11197/2015 Rvp 11198/2015 Rvp 11199/2015 Rvp 11200/2015 Rvp 11925/2015 Rvp 11926/2015 Rvp 11927/2015 Rvp 11928/2015</w:t>
      </w:r>
    </w:p>
    <w:p>
      <w:r>
        <w:t>sp. zn. 6 Co 520/2014 z 15. apríla 2015 sp. zn. 8 Co 960/2014 z 18. marca 2015 sp. zn. 6 Co 587/2014 z 25. marca 2015 sp. zn. 26 Co 170/2014 z 12. marca 2015 sp. zn. 26 Co 175/2014 z 12. marca 2015 sp. zn. 6 Co 446/2014 z 18. marca 2015 sp. zn. 8 Co 1128/2014 z 18. marca 2015 sp. zn. 11 Co 129/2015 z 30. apríla 2015 sp. zn. 6 Co 16/2015 z 15. apríla 2015 sp. zn. 6 Co 413/2014 z 15. apríla 2015 sp. zn. 8 Co 52/2015 z 31. marca 2015 sp. zn. 11 Co 18/2015 z 30. apríla 2015 sp. zn. 25 Co 818/2014 z 31. marca 2015 sp. zn. 11 Co 151/2015 z 30. apríla 2015 sp. zn. 9 Co 1086/2014 z 19. marca 2015 sp. zn. 11 Co 192/2014 z 31. marca 2015 sp. zn. 11 Co 69/2015 z 30. apríla 2015 sp. zn. 8 Co 881/2014 z 30. apríla 2015 sp. zn. 26 Co 48/2015 z 31. marca 2015 sp. zn. 9 Co 1/2015 z 30. apríla 2015 sp. zn. 2 Co 154/2014 zo 7. mája 2015 sp. zn. 6 Co 145/2015 z 30. apríla 2015 sp. zn. 11 Co 158/2015 z 30. apríla 2015 sp. zn. 9 Co 61/2015 z 30. apríla 2015 sp. zn. 6 Co 462/2014 z 31. marca 2015 sp. zn. 2 Co 46/2014 z 26. februára 2015 sp. zn. 7 Co 369/2014 z 12. marca 2015 sp. zn. 9 Co 831/2014 z 9. apríla 2015 sp. zn. 25 Co 66/2015 z 15. apríla 2015 sp. zn. 2 Co 152/2014 zo 7. mája 2015 sp. zn. 9 Co 81/2015 z 30. apríla 2015 sp. zn. 8 Co 815/2014 z 20. februára 2015 sp. zn. 2 Co 85/2014 z 25. marca 2015 sp. zn. 2 Co 83/2014 z 11. marca 2014 sp. zn. 1 Co 164/2014 z 26. mája 2015 sp. zn. 7 Co 180/2015 z 26. marca 2015 sp. zn. 25 Co 814/2014 z 15. apríla 2015 sp. zn. 7 Co 91/2015 z 19. marca 2015 sp. zn. 2 Co 136/2014 z 22. apríla 2015 sp. zn. 9 Co 828/2014 z 16. apríla 2014 sp. zn. 9 Co 728/2014 z 9. apríla 2015 sp. zn. 26 Co 88/2015 z 30. apríla 2015 sp. zn. 11 Co 214/2015 z 27. mája 2015 sp. zn. 25 Co 133/2015 z 20. mája 2015 sp. zn. 6 Co 182/2015 z 27. mája 2015 8</w:t>
      </w:r>
    </w:p>
    <w:p>
      <w:r>
        <w:t>85. 86. 87. 88. 89. 90. 91. 92. 93. 94. 95. 96. 97. 98. 99. 100. 101. 102. 103. 104. 105. 106. 107. 108. 109. 110. 111. 112. 113. 114. 115. 116. 117. 118. 119. 120. 121. 122. 123. 124. 125. 126. 127. 128. 129.</w:t>
      </w:r>
    </w:p>
    <w:p>
      <w:r>
        <w:t>Rvp 11929/2015 Rvp 11930/2015 Rvp 11931/2015 Rvp 11932/2015 Rvp 11933/2015 Rvp 11934/2015 Rvp 11935/2015 Rvp 11936/2015 Rvp 11937/2015 Rvp 11938/2015 Rvp 11939/2015 Rvp 11940/2015 Rvp 11941/2015 Rvp 11942/2015 Rvp 11943/2015 Rvp 11944/2015 Rvp 11945/2015 Rvp 11946/2015 Rvp 11947/2015 Rvp 11948/2015 Rvp 11949/2015 Rvp 11950/2015 Rvp 11951/2015 Rvp 11952/2015 Rvp 11953/2015 Rvp 11954/2015 Rvp 11955/2015 Rvp 11956/2015 Rvp 11957/2015 Rvp 11958/2015 Rvp 11959/2015 Rvp 11960/2015 Rvp 11961/2015 Rvp 11962/2015 Rvp 11963/2015 Rvp 11964/2015 Rvp 11965/2015 Rvp 11966/2015 Rvp 11967/2015 Rvp 11968/2015 Rvp 12216/2015 Rvp 12217/2015 Rvp 12218/2015 Rvp 12219/2015 Rvp 12220/2015</w:t>
      </w:r>
    </w:p>
    <w:p>
      <w:r>
        <w:t>sp. zn. 25Co 95/2015 z 20. mája 2015 sp. zn. 25 Co 127/2015 z 20. mája 2015 sp. zn. 25 Co 801/2014 z 22. apríla 2015 sp. zn. 2 Co 169/2014 zo 7. mája 2015 sp. zn. 25 Co 1134/2014 zo 6. mája 2015 sp. zn. 11 Co 174/2015 z 27. mája 2015 sp. zn. 11 Co 232/2014 z 31. marca 2015 sp. zn. 2 Co 167/2014 zo 7. mája 2015 sp. zn. 2 Co 165/2014 zo 7. mája 2015 sp. zn. 25 Co 890/2014 z 22. apríla 2015 sp. zn. 2 Co 181/2014 z 27. mája 2015 sp. zn. 6 Co 102/2015 z 30. apríla 2015 sp. zn. 26 Co 277/2014 z 31. marca 2015 sp. zn. 11 Co 79/2015 z 30. apríla 2015 sp. zn. 25 Co 962/2014 zo 6. mája 2015 sp. zn. 8 Co 225/2015 zo 7. mája 2015 sp. zn. 7 Co 223/2015 z 9. apríla 2015 sp. zn. 6 Co 161/2015 z 30. apríla 2015 sp. zn. 1 Co 109/2014 z 9. júna 2015 sp. zn. 11 Co 149/2015 z 30. apríla 2015 sp. zn. 26 Co 112/2015 z 30. apríla 2015 sp. zn. 6 Co 116/2015 z 30. apríla 2015 sp. zn. 7 Co 533/2014 z 26. marca 2015 sp. zn. 9 Co 282/2015 z 21. mája 2015 sp. zn. 11 Co 153/2015 z 30. apríla 2015 sp. zn. 11 Co 229/2015 z 27. mája 2015 sp. zn. 8 Co 134/2015 z 30. apríla 2015 sp. zn. 25 Co 215/2015 z 24. apríla 2015 sp. zn. 1 Co 180/2014 z 9. júna 2015 sp. zn. 9 Co 252/2015 z 21. mája 2015 sp. zn. 1 Co 135/2014 z 9. júna 2015 sp. zn. 1 Co 115/2014 z 9. júna 2015 sp. zn. 26 Co 159/2014 z 12. marca 2015 sp. zn. 15 Co 83/2015 z 30. apríla 2015 sp. zn. 26 Co 131/2015 z 30. apríla 2015 sp. zn. 11 Co 138/2015 z 27. mája 2015 sp. zn. 11 Co 132/2015 z 27. mája 2015 sp. zn. 15 Co 11/2015 z 30. apríla 2015 sp. zn. 26 Co 117/2015 z 30. apríla 2015 sp. zn. 25 Co 1148/2014 zo 6. mája 2015 sp. zn. 25 Co 838/2014 z 15. apríla 2015 sp. zn. 11 Co 97/2015 z 27. mája 2015 sp. zn. 25 Co 1021/2014 zo 6. mája 2015 sp. zn. 25 Co 1136/2014 zo 6. mája 2015 sp. zn. 2 Co 173/2014 zo 7. mája 2015 9</w:t>
      </w:r>
    </w:p>
    <w:p>
      <w:r>
        <w:t>130. 131. 132. 133. 134. 135. 136. 137. 138. 139. 140. 141. 142. 143. 144. 145. 146. 147. 148. 149. 150. 151. 152. 153. 154. 155. 156. 157. 158. 159. 160. 161. 162. 163. 164. 165. 166. 167. 168. 169. 170. 171. 172. 173. 174.</w:t>
      </w:r>
    </w:p>
    <w:p>
      <w:r>
        <w:t>Rvp 12221/2015 Rvp 12222/2015 Rvp 12223/2015 Rvp 12224/2015 Rvp 12225/2015 Rvp 12226/2015 Rvp 12227/2015 Rvp 12228/2015 Rvp 12229/2015 Rvp 12230/2015 Rvp 12231/2015 Rvp 12233/2015 Rvp 12234/2015 Rvp 12235/2015 Rvp 12236/2015 Rvp 12237/2015 Rvp 12238/2015 Rvp 12239/2015 Rvp 12240/2015 Rvp 12241/2015 Rvp 12242/2015 Rvp 12600/2015 Rvp 12601/2015 Rvp 12602/2015 Rvp 12603/2015 Rvp 12604/2015 Rvp 12605/2015 Rvp 12606/2015 Rvp 12607/2015 Rvp 12609/2015 Rvp 12610/2015 Rvp 12611/2015 Rvp 12612/2015 Rvp 12613/2015 Rvp 12614/2015 Rvp 12615/2015 Rvp 12616/2015 Rvp 12617/2015 Rvp 12618/2015 Rvp 12619/2015 Rvp 12620/2015 Rvp 12621/2015 Rvp 12622/2015 Rvp 12623/2015 Rvp 12624/2015</w:t>
      </w:r>
    </w:p>
    <w:p>
      <w:r>
        <w:t>sp. zn. 2 Co 175/2014 zo 7. mája 2015 sp. zn. 25 Co 1140/2014 zo 6. mája 2015 sp. zn. 11 Co 126/2015 z 27. mája 2015 sp. zn. 25 Co 1003/2014 z 24. apríla 2015 sp. zn. 25 Co 960/2014 zo 6. mája 2015 sp. zn. 11 Co 223/2015 z 27. mája 2015 sp. zn. 4 Co 187/2014 z 21. mája 2015 sp. zn. 4 Co 183/2014 z 21. mája 2015 sp. zn. 4 Co 177/2014 z 21. mája 2015 sp. zn. 4 Co 181/2014 z 21. mája 2015 sp. zn. 25 Co 958/2014 zo 6. mája 2015 sp. zn. 9 Co 81/2015 z 30. apríla 2015 sp. zn. 6 Co 489/2014 z 27. mája 2015 sp. zn. 15 Co 155/2014 z 21. apríla 2015 sp. zn. 7 Co 418/2014 z 26. marca 2015 sp. zn. 15 Co 135/2015 z 30. apríla 2015 sp. zn. 25 Co 3/2015 z 22. mája 2015 sp. zn. 9 Co 712/2014 z 28. mája 2015 sp. zn. 15 Co 152/2014 z 21. apríla 2015 sp. zn. 25 Co 787/2014 z 11. marca 2015 sp. zn. 25 Co 3/2015 z 22. mája 2015 sp. zn. 26 Co 25/2015 zo 7. mája 2015 sp. zn. 25 Co 199/2015 z 20. mája 2015 sp. zn. 26 Co 126/2015 z 30. apríla 2015 sp. zn. 7 Co 362/2014 z 30. apríla 2015 sp. zn. 15 Co 133/2014 z 5. mája 2015 sp. zn. 9 Co 3/2015 z 28. mája 2015 sp. zn. 9 Co 187/2015 z 28. mája 2015 sp. zn. 9 Co 127/2015 z 28. mája 2015 sp. zn. 7 Co 593/2014 z 9. apríla 2015 sp. zn. 9 Co 370/2015 z 28. mája 2015 sp. zn. 9 Co 287/2015 z 28. mája 2015 sp. zn. 15 Co 17/2015 z 30. apríla 2015 sp. zn. 15 Co 162/2014 z 28. apríla 2015 sp. zn. 26 Co 27/2015 zo 7. mája 2015 sp. zn. 26 Co 80/2015 z 30. apríla 2015 sp. zn. 11 Co 136/2015 z 27. mája 2015 sp. zn. 8 Co 64/2015 z 30. apríla 2015 sp. zn. 9 Co 257/2015 z 28. mája 2015 sp. zn. 6 Co 37/2015 z 23. júna 2015 sp. zn. 8 Co 84/2015 zo 16. apríla 2015 sp. zn. 25 Co 93/2015 z 20. mája 2015 sp. zn. 2 Co 177/2014 z 24. júna 2015 sp. zn. 8 Co 92/2015 z 21. mája 2015 sp. zn. 8 Co 88/2015 zo 7. mája 2015 10</w:t>
      </w:r>
    </w:p>
    <w:p>
      <w:r>
        <w:t>175. 176. 177. 178. 179. 180. 181. 182. 183. 184. 185. 186. 187. 188. 189. 190. 191. 192. 193. 194. 195. 196. 197. 198. 199. 200. 201. 202. 203. 204. 205. 206. 207. 208. 209. 210. 211. 212. 213. 214. 215. 216. 217. 218. 219.</w:t>
      </w:r>
    </w:p>
    <w:p>
      <w:r>
        <w:t>Rvp 12625/2015 Rvp 12626/2015 Rvp 12627/2015 Rvp 12628/2015 Rvp 12629/2015 Rvp 13130/2015 Rvp 13131/2015 Rvp 13132/2015 Rvp 13133/2015 Rvp 13134/2015 Rvp 13135/2015 Rvp 13136/2015 Rvp 13137/2015 Rvp 13138/2015 Rvp 13139/2015 Rvp 13140/2015 Rvp 13141/2015 Rvp 13142/2015 Rvp 13143/2015 Rvp 13144/2015 Rvp 13145/2015 Rvp 13316/2015 Rvp 13317/2015 Rvp 13318/2015 Rvp 13319/2015 Rvp 13320/2015 Rvp 13321/2015 Rvp 13322/2015 Rvp 13323/2015 Rvp 13324/2015 Rvp 13325/2015 Rvp 13326/2015 Rvp 13327/2015 Rvp 13328/2015 Rvp 13329/2015 Rvp 13330/2015 Rvp 13331/2015 Rvp 13332/2015 Rvp 13333/2015 Rvp 13334/2015 Rvp 13335/2015 Rvp 13336/2015 Rvp 13337/2015 Rvp 13338/2015 Rvp 13339/2015</w:t>
      </w:r>
    </w:p>
    <w:p>
      <w:r>
        <w:t>sp. zn. 8 Co 90/2015 z 21. mája 2015 sp. zn. 1 Co 15/2015 z 23. júna 2015 sp. zn. 1 Co 20/2015 z 23. júna 2015 sp. zn. 26 Co 114/2015 z 30. apríla 2015 sp. zn. 4 Co 171/2014 z 21. mája 2015 sp. zn. 11 Co 261/2015 z 30. júna 2015 sp. zn. 11 Co 248/2015 z 30. júna 2015 sp. zn. 11 Co 257/2015 z 30. júna 2015 sp. zn. 7 Co 267/2015 z 29. mája 2015 sp. zn. 15 Co 195/2015 z 29. mája 2015 sp. zn. 2 Co 179/2014 z 24. júna 2015 sp. zn. 25 Co 848/2014 z 24. apríla 2015 sp. zn. 8 Co 273/2015 z 28. mája 2015 sp. zn. 15 Co 27/2015 z 29. mája 2015 sp. zn. 2 Co 195/2014 z 8. júla 2015 sp. zn. 2 Co 203/2014 z 8. júla 2015 sp. zn. 7 Co 671/2014 zo 16. apríla 2015 sp. zn. 26 Co 251/2014 zo 7. mája 2015 sp. zn. 26 Co 123/2015 zo 7. mája 2015 sp. zn. 26 Co 5/2015 z 29. mája 2015 sp. zn. 11 Co 259/2015 z 30. júna 2015 sp. zn. 11 Co 288/2015 z 30. júna 2015 sp. zn. 7 Co 161/2015 z 29. mája 2015 sp. zn. 4 Co 238/2014 zo 14. júla 2015 sp. zn. 4 Co 220/2014 z 25. júna 2015 sp. zn. 4 Co 185/2014 z 25. júna 2015 sp. zn. 4 Co 203/2014 z 30. júna 2015 sp. zn. 4 Co 189/2014 z 25. júna 2015 sp. zn. 4 Co 191/2014 z 30. júna 2015 sp. zn. 4 Co 201/2014 z 30. júna 2015 sp. zn. 4 Co 193/2014 z 30. júna 2015 sp. zn. 4 Co 218/2014 z 25. júna 2015 sp. zn. 4 Co 199/2014 z 25. júna 2015 sp. zn. 4 Co 230/2014 zo 14. júla 2015 sp. zn. 4 Co 228/2014 zo 14. júla 2015 sp. zn. 7 Co 665/2014 zo 16. apríla 2015 sp. zn. 15 Co 190/2014 z 26. mája 2015 sp. zn. 11 Co 295/2015 z 30. júna 2015 sp. zn. 11 Co 306/2015 z 30. júna 2015 sp. zn. 4 Co 205/2014 z 25. júna 2015 sp. zn. 8 Co 161/2015 z 25. júna 2015 sp. zn. 8 Co 138/2015 z 11. júna 2015 sp. zn. 26 Co 31/2015 zo 4. júna 2015 sp. zn. 26 Co 261/2014 zo 14. mája 2015 sp. zn. 15 Co 175/2015 z 29. mája 2015 11</w:t>
      </w:r>
    </w:p>
    <w:p>
      <w:r>
        <w:t>220. 221. 222. 223. 224. 225. 226. 227. 228. 229. 230. 231. 232. 233. 234. 235. 236. 237. 238. 239. 240. 241. 242. 243. 244. 245. 246. 247. 248. 249. 250. 251. 252. 253. 254. 255. 256. 257. 258. 259. 260. 261. 262. 263. 264.</w:t>
      </w:r>
    </w:p>
    <w:p>
      <w:r>
        <w:t>Rvp 13340/2015 Rvp 13341/2015 Rvp 13342/2015 Rvp 13343/2015 Rvp 13344/2015 Rvp 13345/2015 Rvp 13346/2015 Rvp 13347/2015 Rvp 13348/2015 Rvp 13349/2015 Rvp 13350/2015 Rvp 13351/2015 Rvp 13352/2015 Rvp 13353/2015 Rvp 13354/2015 Rvp 13355/2015 Rvp 13356/2015 Rvp 13357/2015 Rvp 13358/2015 Rvp 13359/2015 Rvp 13485/2015 Rvp 13486/2015 Rvp13487/2015 Rvp 13488/2015 Rvp 13489/2015 Rvp 13490/2015 Rvp 13491/2015 Rvp 13493/2015 Rvp 13494/2015 Rvp 13495/2015 Rvp 13496/2015 Rvp 13498/2015 Rvp 13499/2015 Rvp 13500/2015 Rvp 13501/2015 Rvp 13502/2015 Rvp 13503/2015 Rvp 13504/2015 Rvp 13505/2015 Rvp 13506/2015 Rvp 13507/2015 Rvp 13508/2015 Rvp 13509/2015 Rvp 13510/2015 Rvp 13869/2015</w:t>
      </w:r>
    </w:p>
    <w:p>
      <w:r>
        <w:t>sp. zn. 8 Co 274/2015 z 29. mája 2015 sp. zn. 4 Co 144/2014 z 25. júna 2015 sp. zn. 11 Co 304/2015 z 30. júna 2015 sp. zn. 7 Co 47/2015 z 29. mája 2015 sp. zn. 15 Co 155/2015 z 29. mája 2015 sp. zn. 7 Co 58/2015 z 29. mája 2015 sp. zn. 6 Co 506/2014 z 27. mája 2015 sp. zn. 7 Co 667/2014 zo 16. apríla 2015 sp. zn. 25 Co 189/2015 z 20. mája 2015 sp. zn. 7 Co 673/2014 zo 16. apríla 2015 sp. zn. 8 Co 86/2015 z 18. júna 2015 sp. zn. 8 Co 36/2015 z 11. júna 2015 sp. zn. 8 Co 51/2015 z 11. júna 2015 sp. zn. 26 Co 115/2015 z 29. mája 2015 sp. zn. 15 Co 188/2014 z 2. júna 2015 sp. zn. 11 Co 49/2015 z 30. júna 2015 sp. zn. 11 Co 284/2015 z 30. júna 2015 sp. zn. 8 Co 216/2015 z 29. mája 2015 sp. zn. 4 Co 240/2014 zo 14. júla 2015 sp. zn. 11 Co 264/2015 z 30. júna 2015 sp. zn. 7 Co 70/2015 z 29. mája 2015 sp. zn. 8 Co 1138/2014 z 9. apríla 2015 sp. zn. 15 Co 195/2014 z 9. júna 2015 sp. zn. 15 Co 198/2014 z 9. júna 2015 sp. zn. 4 Co 170/2014 z 25. júna 2015 sp. zn. 26 Co 241/2014 zo 7. mája 2015 sp. zn. 26 Co 185/2015 z 18. júna 2015 sp. zn. 26 Co 135/2015 z 18. júna 2015 sp. zn. 25 Co 299/2015 z 17. júna 2015 sp. zn. 4 Co 118/2014 z 25. júna 2015 sp. zn. 15 Co 157/2014 z 19. mája 2015 sp. zn. 15 Co 177/2014 z 26. mája 2015 sp. zn. 7 Co 172/2015 z 29. mája 2015 sp. zn. 25 Co 146/2015 z 29. júna 2015 sp. zn. 6 Co 707/2014 z 27. mája 2015 sp. zn. 15 Co 176/2015 z 29. mája 2015 sp. zn. 8 Co 176/2015 z 29. mája 2015 sp. zn. 25 Co 1127/2014 zo 6. mája 2015 sp. zn. 26 Co 228/2014 zo 7. mája 2015 sp. zn. 26 Co 10/2015 z 29. mája 2015 sp. zn. 4 Co 197/2014 z 30. júna 2015 sp. zn. 15 Co 78/2015 z 29. mája 2015 sp. zn. 1 Co 205/2014 zo 14. júla 2015 sp. zn. 8 Co 509/2015 z 25. júna 2015 sp. zn. 26 Co 157/2014 zo 4. júna 2015 12</w:t>
      </w:r>
    </w:p>
    <w:p>
      <w:r>
        <w:t>265. 266. 267. 268. 269. 270. 271. 272. 273. 274. 275. 276. 277. 278. 279. 280. 281. 282. 283. 284. 285. 286. 287. 288. 289. 290. 291. 292. 293. 294. 295. 296. 297. 298. 299. 300. 301. 302. 303. 304. 305. 306. 307. 308. 309.</w:t>
      </w:r>
    </w:p>
    <w:p>
      <w:r>
        <w:t>Rvp 13870/2015 Rvp 13871/2015 Rvp 13872/2015 Rvp 13873/2015 Rvp 13874/2015 Rvp 13875/2015 Rvp 13876/2015 Rvp 13877/2015 Rvp 13878/2015 Rvp 13879/2015 Rvp 13880/2015 Rvp 13881/2015 Rvp 13882/2015 Rvp 13883/2015 Rvp 13884/2015 Rvp 13886/2015 Rvp 13887/2015 Rvp 13888/2015 Rvp 13889/2015 Rvp 13890/2015 Rvp 13891/2015 Rvp 13892/2015 Rvp 13893/2015 Rvp 13894/2015 Rvp 13895/2015 Rvp 13896/2015 Rvp 14736/2015 Rvp 14737/2015 Rvp 14738/2015 Rvp 14739/2015 Rvp 14740/2015 Rvp 14741/2015 Rvp 14742/2015 Rvp 14743/2015 Rvp 14744/2015 Rvp 14745/2015 Rvp 14746/2015 Rvp 14747/2015 Rvp 14748/2015 Rvp 14749/2015 Rvp 14750/2015 Rvp 14751/2015 Rvp 14752/2015 Rvp 14753/2015 Rvp 14754/2015</w:t>
      </w:r>
    </w:p>
    <w:p>
      <w:r>
        <w:t>sp. zn. 25 Co 63/2015 z 29. júna 2015 sp. zn. 7 Co 319/2015 z 29. mája 2015 sp. zn. 6 Co 80/2015 z 20. júla 2015 sp. zn. 25 Co 18/2015 z 29. júna 2015 sp. zn. 11 Co 287/2015 z 27. júla 2015 sp. zn. 7 Co 278/2015 z 29. mája 2015 sp. zn. 9 Co 239/2015 z 25. júna 2015 sp. zn. 25 Co 222/2015 z 29. júna 2015 sp. zn. 25 Co 128/2015 z 29. júna 2015 sp. zn. 15 Co 227/2014 z 23. júna 2015 sp. zn. 11 Co 116/2014 zo 17. júna 2015 sp. zn. 25 Co 136/2015 z 29. júna 2015 sp. zn. 7 Co 141/2015 z 29. mája 2015 sp. zn. 7 Co 404/2014 z 28. mája 2015 sp. zn. 25 Co 785/2014 z 11. marca 2015 sp. zn. 15 Co 232/2015 z 30. júna 2015 sp. zn. 26 Co 265/2014 zo 14. mája 2015 sp. zn. 4 Co 232/2014 zo 14. júla 2015 sp. zn. 7 Co 236/2015 zo 16. apríla 2015 sp. zn. 4 Co 157/2014 z 28. mája 2015 sp. zn. 26 Co 98/2015 zo 7. mája 2015 sp. zn. 8 Co 299/2015 z 18. júna 2015 sp. zn. 15 Co 251/2014 z 30. júna 2015 sp. zn. 15 Co 255/2014 z 30. júna 2015 sp. zn. 1 Co 208/2014 z 21. júla 2015 sp. zn. 9 Co 146/2015 zo 16. júla 2015 sp. zn. 9 Co 659/2015 z 20. júla 2015 sp. zn. 9 Co 247/2015 z 25. júna 2015 sp. zn. 7 Co 338/2015 z 29. júna 2015 sp. zn. 6 Co 169/2015 z 27. mája 2015 sp. zn. 25 Co 85/2015 z 15. apríla 2015 sp. zn. 7 Co 947/2014 z 11. júna 2015 sp. zn. 7 Co 450/2015 z 30. júna 2015 sp. zn. 9 Co 221/2015 zo 16. júla 2015 sp. zn. 11 Co 268/2015 z 27. júna 2015 sp. zn. 6 Co 301/2015 z 29. júla 2015 sp. zn. 7 Co 759/2015 z 21. júla 2015 sp. zn. 26 Co 172/2014 z 25. júna 2015 sp. zn. 4 Co 236/2014 zo 14. júla 2015 sp. zn. 15 Co 221/2014 z 30. júna 2015 sp. zn. 8 Co 214/2015 z 2. júla 2015 sp. zn. 7 Co 812/2014 z 21. mája 2015 sp. zn. 7 Co 711/2014 z 11. júna 2015 sp. zn. 26 Co 190/2014 z 2. júla 2015 sp. zn. 9 Co 503/2015 z 20. júla 2015 13</w:t>
      </w:r>
    </w:p>
    <w:p>
      <w:r>
        <w:t>310. 311. 312. 313. 314. 315. 316. 317. 318. 319. 320. 321. 322. 323. 324. 325. 326. 327. 328. 329. 330. 331. 332. 333. 334. 335. 336. 337. 338. 339. 340. 341. 342. 343. 344. 345. 346. 347. 348. 349. 350. 351. 352. 353. 354.</w:t>
      </w:r>
    </w:p>
    <w:p>
      <w:r>
        <w:t>Rvp 14755/2015 Rvp 14756/2015 Rvp 14757/2015 Rvp 14758/2015 Rvp 14759/2015 Rvp 14760/2015 Rvp 14761/2015 Rvp 14762/2015 Rvp 14763/2015 Rvp 14764/2015 Rvp 14765/2015 Rvp 14766/2015 Rvp 14767/2015 Rvp 14768/2015 Rvp 14769/2015 Rvp 14770/2015 Rvp 17771/2015 Rvp 14772/2015 Rvp 15035/2015 Rvp 15036/2015 Rvp 15037/2015 Rvp 15038/2015 Rvp 15039/2015 Rvp 15040/2015 Rvp 15041/2015 Rvp 15042/2015 Rvp 150432015 Rvp 15044/2015 Rvp 15045/2015 Rvp 15046/2015 Rvp 15047/2015 Rvp 15048/2015 Rvp 15049/2015 Rvp 15050/2015 Rvp 15052/2015 Rvp 15053/2015 Rvp 15054/2015 Rvp 15055/2015 Rvp 15056/2015 Rvp 15057/2015 Rvp 15058/2015 Rvp 15059/2015 Rvp 15061/2015 Rvp 15062/2015 Rvp 15063/2015</w:t>
      </w:r>
    </w:p>
    <w:p>
      <w:r>
        <w:t>sp. zn. 9 Co 702/2015 zo 6. augusta 2015 sp. zn. 15 Co 138/2015 z 30. júna 2015 sp. zn. 26 Co 2/2015 z 30. júna 2015 sp. zn. 15 Co 133/2015 z 30. júna 2015 sp. zn. 26 Co 125/2015 z 30. júna 2015 sp. zn. 25 Co 268/2015 z 23. júla 2015 sp. zn. 25 Co 652/2014 z 29. januára 2015 sp. zn. 6 Co 85/2015 z 29. júla 2015 sp. zn. 15 Co 229/2014 z 30. júna 2015 sp. zn. 9 Co 201/2015 zo 16. júla 2015 sp. zn. 25 Co 284/2015 z 23. júla 2015 sp. zn. 15 Co 226/2015 z 30. júna 2015 sp. zn. 2 Co 11/2015 z 25. augusta 2015 sp. zn. 1 Co 50/2015 z 25. augusta 2015 sp. zn. 25 Co 282/2015 z 23. júla 2015 sp. zn. 1 Co 105/2015 z 25. augusta 2015 sp. zn. 1 Co 66/2015 z 25. augusta 2015 sp. zn. 26 Co 70/2015 z 2. júla 2015 sp. zn. 15 Co 263/2014 zo 7. júla 2015 sp. zn. 15 Co 275/2014 zo 7. júla 2015 sp. zn. 15 Co 235/2014 z 30. júna 2015 sp. zn. 26 Co 202/2014 z 2. júla 2015 sp. zn. 11 Co 359/2015 z 27. augusta 2015 sp. zn. 26 Co 190/2015 z 24. júla 2015 sp. zn. 8 Co 698/2015 z 12. augusta 2015 sp. zn. 11 Co 408/2015 z 27. augusta 2015 sp. zn. 8 Co 240/2015 z 31. júla 2015 sp. zn. 11 Co 225/2015 z 27. augusta 2015 sp. zn. 11 Co 105/2015 z 27. augusta 2015 sp. zn. 9 Co 616/2015 zo 6. augusta 2015 sp. zn. 26 Co 213/2015 z 24. júla 2015 sp. zn. 25 Co 158/2015 z 12. augusta 2015 sp. zn. 25 Co 140/2015 z 12. augusta 2015 sp. zn. 25 Co 160/2015 z 12. augusta 2015 sp. zn. 15 Co 245/2014 z 30. júna 2015 sp. zn. 6 Co 93/2015 z 29. júla 2015 sp. zn. 26 Co 272/2015 z 19. augusta 2015 sp. zn. 26 Co 220/2015 z 24. júla 2015 sp. zn. 11 Co 413/2015 z 27. augusta 2015 sp. zn. 26 Co 157/2015 zo 4. augusta 2015 sp. zn. 25 Co 178/2015 z 12. augusta 2015 sp. zn. 15 Co 243/2014 z 30. júna 2015 sp. zn. 26 Co 149/2015 z 30. júna 2015 sp. zn. 15 Co 237/2014 zo 7. júla 2015 sp. zn. 15 Co 249/2014 z 13. júla 2015 14</w:t>
      </w:r>
    </w:p>
    <w:p>
      <w:r>
        <w:t>355. 356. 357. 358. 359. 360. 361. 362. 363. 364. 365. 366. 367. 368. 369. 370. 371. 372. 373. 374. 375. 376. 377. 378. 379. 380. 381. 382. 383. 384. 385. 386. 387. 388. 389. 390. 391. 392. 393. 394. 395. 396. 397. 398. 399.</w:t>
      </w:r>
    </w:p>
    <w:p>
      <w:r>
        <w:t>Rvp 15064/2015 Rvp 15066/2015 Rvp 15068/2015 Rvp 15069/2015 Rvp 15070/2015 Rvp 15071/2015 Rvp 15072/2015 Rvp 15073/2015 Rvp 15074/2015 Rvp 15075/2015 Rvp 15076/2015 Rvp 15077/2015 Rvp 15078/2015 Rvp 15079/2015 Rvp 15080/2015 Rvp 15081/2015 Rvp 15082/2015 Rvp 15083/2015 Rvp 15084/2015 Rvp 15085/2015 Rvp 15086/2015 Rvp 15087/2015 Rvp 15088/2015 Rvp 15089/2015 Rvp 15090/2015 Rvp 15091/2015 Rvp 15092/2015 Rvp 15093/2015 Rvp 15094/2015 Rvp 15095/2015 Rvp 15096/2015 Rvp 15097/2015 Rvp 15098/2015 Rvp 15099/2015 Rvp 15100/2015 Rvp 15101/2015 Rvp 15102/2015 Rvp 15103/2015 Rvp 15104/2015 Rvp 15105/2015 Rvp 15106/2015 Rvp 15107/2015 Rvp 15108/2015 Rvp 15109/2015 Rvp 15110/2015</w:t>
      </w:r>
    </w:p>
    <w:p>
      <w:r>
        <w:t>sp. zn. 15 Co 253/2014 zo 7. júla 2015 sp. zn. 15 Co 265/2014 z 13. júla 2015 sp. zn. 6 Co 135/2015 z 29. júla 2015 sp. zn. 8 Co 269/2015 z 31. júla 2015 sp. zn. 1 Co 92/2015 z 25. augusta 2015 sp. zn. 8 Co 236/2015 z 30. júla 2015 sp. zn. 9 Co 223/2015 z 20. augusta 2015 sp. zn. 9 Co 225/2015 z 20. augusta 2015 sp. zn. 26 Co 198/2015 z 19. augusta 2015 sp. zn. 26 Co 200/2015 z 24. júla 2015 sp. zn. 8 Co 281/2015 z 31. júla 2015 sp. zn. 26 Co 129/2015 z 24. júla 2015 sp. zn. 26 Co 166/2015 z 24. júla 2015 sp. zn. 8 Co 253/2014 z 31. júla 2015 sp. zn. 8 Co 250/2015 z 31. júla 2015 sp. zn. 26 Co 165/2014 z 24. júla 2015 sp. zn. 11 Co 336/2015 z 27. júla 2015 sp. zn. 26 Co 191/2014 z 24. júla 2015 sp. zn. 2 Co 79/2015 z 25. augusta 2015 sp. zn. 9 Co 209/2015 zo 6. augusta 2015 sp. zn. 8 Co 301/2015 z 30. júla 2015 sp. zn. 9 Co 301/2015 zo 6. augusta 2015 sp. zn. 26 Co 151/2015 z 30. júna 2015 sp. zn. 26 Co 150/2015 z 30. júna 2015 sp. zn. 9 Co 516/2015 zo 6. augusta 2015 sp. zn. 2 Co 46/2015 z 26. augusta 2015 sp. zn. 4 Co 52/2015 z 10. septembra 2015 sp. zn. 6 Co 60/2015 z 29. júla 2015 sp. zn. 9 Co 651/2015 z 20. augusta 2015 sp. zn. 4 Co 57/2015 z 10. septembra 2015 sp. zn. 8 Co 681/2015 z 12. augusta 2015 sp. zn. 6 Co 28/2015 z 29. júla 2015 sp. zn. 1 Co 90/2015 z 8. septembra 2015 sp. zn. 8 Co 39/2015 z 30. júna 2015 sp. zn. 8 Co 140/2014 z 31. júla 2015 sp. zn. 6 Co 136/2015 zo 14. augusta 2015 sp. zn. 6 Co 124/2015 z 29. júla 2015 sp. zn. 1 Co 80/2015 z 25. augusta 2015 sp. zn. 6 Co 388/2015 z 29. júla 2015 sp. zn. 15 Co 259/2014 z 13. júla 2015 sp. zn. 25 Co 233/2015 z 23. júla 2015 sp. zn. 15 Co 273/2014 z 13. júla 2015 sp. zn. 11 Co 352/2015 z 27. júla 2015 sp. zn. 26 Co 313/2015 z 24. júla 2015 sp. zn. 26 Co 315/2015 z 24. júla 2015 15</w:t>
      </w:r>
    </w:p>
    <w:p>
      <w:r>
        <w:t>400. 401. 402. 403. 404. 405. 406. 407. 408. 409. 410. 411. 412. 413. 414. 415. 416. 417. 418. 419. 420.</w:t>
      </w:r>
    </w:p>
    <w:p>
      <w:r>
        <w:t>Rvp 15111/2015 Rvp 15112/2015 Rvp 15113/2015 Rvp 15114/2015 Rvp 15115/2015 Rvp 15116/2015 Rvp 15117/2015 Rvp 12608/2015 Rvp 13492/2015 Rvp 15051/2015 Rvp 10092/2015 Rvp 10097/2015 Rvp 10098/2015 Rvp 10110/2015 Rvp 12232/2015 Rvp 13497/2015 Rvp 13885/2015 Rvp 15060/2015 Rvp 15065/2015 Rvp 15067/2015 Rvp 15118/2015</w:t>
      </w:r>
    </w:p>
    <w:p>
      <w:r>
        <w:t>sp. zn. 15 Co 239/2014 zo 7. júla 2015 sp. zn. 15 Co 247/2014 z 13. júla 2015 sp. zn. 2 Co 7/2015 z 25. augusta 2015 sp. zn. 26 Co 68/2015 z 30. júna 2015 sp. zn. 26 Co 165/2015 z 22. júla 2015 sp. zn. 4 Co 2/2015 z 10. septembra 2015 sp. zn. 9 Co 752/2015 z 20. augusta 2015 sp. zn. 7 Co 321/2015 z 29. mája 2015 sp. zn. 26 Co 137/2015 z 18. júna 2015 sp. zn. 5 Co 1129/2014 z 1. júla 2015 sp. zn. 5 Co 131/2014 zo 14. januára 2015 sp. zn. 9 Co 794/2014 z 9. apríla 2015 sp. zn. 9 Co 1073/2014 zo 16. apríla 2015 sp. zn. 9 Co 1069/2014 zo 16. apríla 2015 sp. zn. 5 Co 773/2014 z 13. mája 2015 sp. zn. 5 Co 517/2014 z 27. mája 2015 sp. zn. 5 Co 651/2014 z 24. apríla 2015 sp. zn. 9 Co 960/2014 zo 6. augusta 2015 sp. zn. 9 Co 958/2014 zo 16. júla 2015 sp. zn. 5 Co 849/2014 z 1. júla 2015 sp. zn. 5 Co 1125/2014 z 1. júla 2015</w:t>
      </w:r>
    </w:p>
    <w:p>
      <w:r>
        <w:t>16</w:t>
      </w:r>
    </w:p>
    <w:p/>
    <w:p>
      <w:r>
        <w:t>Zdroj: KAUZIS.SK – https://www.kauzis.sk/judikatura/r/ECLI:SK:USSR:2016:1.US.174.2016.1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