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461/2015 z 4. 11. 2015</w:t>
      </w:r>
    </w:p>
    <w:p>
      <w:r>
        <w:t>Uznesenie Ústavného súdu SR z 4. novembra 2015, sp. zn. I. ÚS 461/2015, ECLI:SK:USSR:2016:1.US.461.2015.1</w:t>
      </w:r>
    </w:p>
    <w:p>
      <w:r>
        <w:t>Súd: Ústavný súd Slovenskej republiky</w:t>
      </w:r>
    </w:p>
    <w:p>
      <w:r>
        <w:t>Spisová značka: I. ÚS 461/2015</w:t>
      </w:r>
    </w:p>
    <w:p>
      <w:r>
        <w:t>ECLI: ECLI:SK:USSR:2016:1.US.461.2015.1</w:t>
      </w:r>
    </w:p>
    <w:p>
      <w:r>
        <w:t>Dátum vydania: 4. 11. 2015</w:t>
      </w:r>
    </w:p>
    <w:p>
      <w:r>
        <w:t>Forma: Uznesenie</w:t>
      </w:r>
    </w:p>
    <w:p>
      <w:r>
        <w:t>Oblasť práva: Ústavné právo</w:t>
      </w:r>
    </w:p>
    <w:p>
      <w:pPr>
        <w:pStyle w:val="Heading2"/>
      </w:pPr>
      <w:r>
        <w:t>Text rozhodnutia</w:t>
      </w:r>
    </w:p>
    <w:p>
      <w:r>
        <w:t>SLOVENSKÁ REPUBLIKA</w:t>
      </w:r>
    </w:p>
    <w:p>
      <w:r>
        <w:t>UZNESENIE Ústavného súdu Slovenskej republiky</w:t>
      </w:r>
    </w:p>
    <w:p>
      <w:r>
        <w:t>I. ÚS 461/2015­10 Ústavný súd Slovenskej republiky na neverejnom zasadnutí senátu 4. novembra 2015 predbežne prerokoval sťažnosti obchodnej spoločnosti POHOTOVOSŤ, s. r. o., Pribinova 25, Bratislava, zastúpenej advokátom doc. JUDr. Branislavom Fridrichom, PhD., advokátska kancelária Fridrich Paľko, s. r. o., Grösslingová 4, Bratislava, vedené pod sp. zn. Rvp 306/2015 – sp. zn. Rvp 330/2015, sp. zn. Rvp 575/2015, sp. zn. Rvp 881/2015 – sp. zn. Rvp 888/2015, sp. zn. Rvp 1349/2015, sp. zn. Rvp 1484/2015 – sp. zn. Rvp 1504/2015, sp. zn. Rvp 1912/2015 – sp. zn. Rvp 1928/2015, sp. zn. Rvp 2472/2015 – sp. zn. Rvp 2482/2015, sp. zn. Rvp 2768/2015 – sp. zn. Rvp 2772/2015, sp. zn. Rvp 2774/2015 – sp. zn. Rvp 2788/2015, sp. zn. Rvp 2979/2015, sp. zn. Rvp 3120/2015 – sp. zn. Rvp 3122/2015, sp. zn. Rvp 3843/2015 – sp. zn. Rvp 3892/2015, sp. zn. Rvp 4467/2015 – sp. zn. Rvp 4485/2015 a sp. zn. Rvp 7219/2015 vo veci namietaného porušenia jej základného práva na súdnu ochranu podľa čl. 46 ods. 1 Ústavy Slovenskej republiky a práva na spravodlivé súdne konanie podľa čl. 6 ods. 1 Dohovoru o ochrane ľudských práv a základných slobôd rozsudkami Krajského súdu v Trnave uvedených v prílohe tohto rozhodnutia a takto rozhodol:</w:t>
      </w:r>
    </w:p>
    <w:p>
      <w:r>
        <w:t>1. Sťažnosti obchodnej spoločnosti POHOTOVOSŤ, s. r. o., vedené pod sp. zn. Rvp 306/2015 – sp. zn. Rvp 330/2015, sp. zn. Rvp 575/2015, sp. zn. Rvp 881/2015 – sp. zn. Rvp 888/2015, sp. zn. Rvp 1349/2015, sp. zn. Rvp 1484/2015 – sp. zn. Rvp 1504/2015, sp. zn. Rvp 1912/2015 – sp. zn. Rvp 1928/2015, sp. zn. Rvp 2472/2015 – sp. zn. Rvp 2482/2015, sp. zn. Rvp 2768/2015 – sp. zn. Rvp 2772/2015, sp. zn. Rvp 2774/2015 – sp. zn. Rvp 2788/2015, sp. zn. Rvp 2979/2015, sp. zn. Rvp 3120/2015 – sp. zn. Rvp 3122/2015, sp. zn. Rvp 3843/2015 – sp. zn. Rvp 3892/2015, sp. zn. Rvp 4467/2015 – sp. zn. Rvp 4485/2015 a sp. zn. Rvp 7219/2015 s p á j a na spoločné konanie, ktoré bude ďalej vedené pod sp. zn. I. ÚS 461/2015. 2. Sťažnosti obchodnej spoločnosti POHOTOVOSŤ, s. r. o., o d m i e t a ako zjavne neopodstatnené. Odôvodnenie: I. 1. Ústavnému súdu Slovenskej republiky (ďalej len „ústavný súd“) boli od 13. januára 2015 do 30. marca 2015 doručené sťažnosti obchodnej spoločnosti POHOTOVOSŤ, s. r. o. (ďalej len „sťažovateľka“), ktorými namieta porušenie základného práva na súdnu ochranu podľa čl. 46 ods. 1 Ústavy Slovenskej republiky (ďalej len „ústava“) a práva na spravodlivé súdne konanie podľa čl. 6 ods. 1 Dohovoru o ochrane ľudských práv a základných slobôd (ďalej len „dohovor“) rozsudkami Krajského súdu v Trnave (ďalej len „krajský súd“) uvedenými v prílohe tohto rozhodnutia (ďalej aj „napadnuté rozhodnutia krajského súdu“). 2. Zo sťažností a z ich príloh vyplýva, že sťažovateľka vystupovala v procesnom postavení žalobkyne v konaniach vedených pred Okresným súdom Trnava a Okresným súdom Piešťany (ďalej spolu len „okresné súdy“), predmetom ktorých bolo rozhodovanie o náhrade majetkovej škody a nemajetkovej ujmy spôsobenej nezákonným rozhodnutím,</w:t>
      </w:r>
    </w:p>
    <w:p>
      <w:r>
        <w:t>2</w:t>
      </w:r>
    </w:p>
    <w:p>
      <w:r>
        <w:t>resp. nesprávnym úradným postupom Okresného súdu Senica a Okresného súdu Skalica pred nimi vedenými exekučnými konaniami, ktorý mal byť/bol, podľa tvrdení sťažovateľky, v rozpore s § 44 ods. 2 zákona Národnej rady Slovenskej republiky č. 233/1995 Z. z. o súdnych exekútoroch a exekučnej činnosti (Exekučný poriadok) a o zmene a doplnení ďalších zákonov v znení neskorších predpisov (ďalej len „Exekučný poriadok“,) a v ktorých vystupovala v procesnom postavení oprávnenej. Sťažovateľka sa v konaniach vedených pred okresnými súdmi domáhala náhrady škody a nemajetkovej ujmy v zmysle podmienok vyplývajúcich zo zákona č. 514/2003 Z. z o zodpovednosti za škodu spôsobenú pri výkone verejnej moci a o zmene niektorých zákonov v znení neskorších predpisov, ktoré žalobné nároky okresné súdy vo veci samej zamietli. Krajský súd svojimi napadnutými rozhodnutiami potvrdil v odvolacom konaní prvostupňové rozhodnutia okresných súdov ako vecne správne. V ostatnom podala sťažovateľka ústavné sťažnosti. 3. V petite podaných sťažností sťažovateľka žiadala, aby ústavný súd vydal nález, v ktorom vysloví porušenie svojich v záhlaví tohto rozhodnutia označených práv napadnutými rozhodnutiami krajského súdu, ktoré ďalej zruší a predmetné veci vráti na ďalšie konanie, prizná jej primerané finančné zadosťučinenie a náhradu trov konania.</w:t>
      </w:r>
    </w:p>
    <w:p>
      <w:r>
        <w:t>II. 4.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w:t>
      </w:r>
    </w:p>
    <w:p>
      <w:r>
        <w:t>3</w:t>
      </w:r>
    </w:p>
    <w:p>
      <w:r>
        <w:t>5.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6. Podľa § 31a zákona o ústavnom súde ak tento zákon neustanovuje inak a povaha veci to nevylučuje, použijú sa na konanie pred ústavným súdom primerane ustanovenia Občianskeho súdneho poriadku v znení neskorších predpisov (ďalej len „OSP“). V zmysle § 112 ods. 1 OSP v záujme hospodárnosti konania môže súd spojiť na spoločné konanie veci, ktoré sa uňho začali a skutkovo spolu súvisia alebo sa týkajú tých istých účastníkov. Zákon o ústavnom súde nemá osobitné ustanovenie o spojení vecí, avšak v súlade s citovaným § 31a zákona o ústavnom súde možno v konaní o sťažnosti podľa čl. 127 ústavy použiť na prípadné spojenie vecí primerane § 112 ods. 1 OSP. 7. S prihliadnutím na obsah sťažností vedených ústavným súdom pod sp. zn. Rvp 306/2015 – sp. zn. Rvp 330/2015, sp. zn. Rvp 575/2015, sp. zn. Rvp 881/2015 – sp. zn. Rvp 888/2015, sp. zn. Rvp 1349/2015, sp. zn. Rvp 1484/2015 – sp. zn. Rvp 1504/2015, sp. zn. Rvp 1912/2015 – sp. zn. Rvp 1928/2015, sp. zn. Rvp 2472/2015 – sp. zn. Rvp 2482/2015, sp. zn. Rvp 2768/2015 – sp. zn. Rvp 2772/2015, sp. zn. Rvp 2774/2015 – sp. zn. Rvp 2788/2015, sp. zn. Rvp 2979/2015, sp. zn. Rvp 3120/2015 – sp. zn. Rvp 3122/2015, sp. zn. Rvp 3843/2015 – sp. zn. Rvp 3892/2015, sp. zn. Rvp 4467/2015 – sp. zn. Rvp 4485/2015 a sp. zn. Rvp 7219/2015 a z tohto obsahu vyplývajúcu právnu a skutkovú súvislosť uvedených sťažností a taktiež prihliadajúc na totožnosť v osobe</w:t>
      </w:r>
    </w:p>
    <w:p>
      <w:r>
        <w:t>4</w:t>
      </w:r>
    </w:p>
    <w:p>
      <w:r>
        <w:t>sťažovateľky a krajského súdu, proti ktorému tieto sťažnosti smerujú, rozhodol ústavný súd uplatniac citované právne normy tak, ako to je uvedené v bode l výroku tohto uznesenia. 8. Ústavný súd po preskúmaní predmetu predmetných sťažností týkajúcich sa napadnutých rozhodnutí krajského súdu a v kontexte svojich zistení dospel k záveru, že použitá argumentácia sťažovateľky v podaných sťažnostiach je totožná s jej právnou argumentáciou, ktorú použila v stovkách predošlých sťažností, ktorými sa ústavný súd už zaoberal v uplynulom období a v ktorých atakovala právne závery všeobecných súdov rozhodujúcich o jej žalobných nárokoch podľa zákona č. 514/2003 Z. z o zodpovednosti za škodu spôsobenú pri výkone verejnej moci a o zmene niektorých zákonov v znení neskorších predpisov, v súvislosti s oneskoreným postupom všeobecných súdov pri postupe podľa § 44 ods. 2 Exekučného poriadku. Vzhľadom na totožnosť tak v osobe sťažovateľky, ako aj totožnosť v použitej právnej argumentácii, skutkových okolnostiach, ktoré boli podstatné pre ustálenie záverov všeobecných súdov aj vo veľkom množstve prípadov predošlých (a tiež posudzovaných ústavným súdom, pozn.), ako aj krajského súdu, voči ktorému sťažnosti smerujú, ústavný súd dospel k záveru, že sťažovateľke sú nepochybne známe dôvody odmietnutia sťažností v obdobných prípadoch, ako aj vyslovený právny názor ústavného súdu na danú právnu problematiku. A keďže v rozsahu použitej zásadnej/kľúčovej argumentácie sťažovateľky voči napadnutým rozhodnutiam krajského súdu sa táto nemení, nie je potrebné uvádzať tie isté dôvody odmietnutia, ako to je aj v prípade týchto sťažností. Vzhľadom na uvedené sa preto ústavný súd plne stotožňuje s dôvodmi svojich predchádzajúcich rozhodnutí (I. ÚS 369/2014, I. ÚS 373/2014, sp. zn. II. ÚS 458/2014, II. ÚS 503/2015, II. ÚS 504/2015, II. ÚS 506/2015, IV. ÚS 256/2014, IV. ÚS 363/2014,) ktoré skončili odmietnutím rovnakých sťažností sťažovateľky z dôvodov tam uvedených. Ústavný súd v posudzovaných prípadoch nemá dôvod meniť svoje už ustálené právne názory, a preto v podrobnostiach odkazuje na už citované svoje skoršie rozhodnutia, v dôsledku čoho pristúpil k odmietnutiu týchto sťažností z dôvodu ich zjavnej neopodstatnenosti podľa § 25 ods. 2 zákona o ústavnom súde.</w:t>
      </w:r>
    </w:p>
    <w:p>
      <w:r>
        <w:t>5</w:t>
      </w:r>
    </w:p>
    <w:p>
      <w:r>
        <w:t>9. Vzhľadom na odmietnutie sťažností ako celku rozhodovanie o ďalších procesných návrhoch sťažovateľky v nich uplatnených (zrušenie napadnutých rozhodnutí krajského súdu a vrátenie vecí na ďalšie konanie a priznanie náhrady trov konania) stratilo opodstatnenie, preto sa nimi ústavný súd už nezaoberal. P o u č e n i e : Proti tomuto rozhodnutiu nemožno podať opravný prostriedok. V Košiciach 4. novembra 2015</w:t>
      </w:r>
    </w:p>
    <w:p>
      <w:r>
        <w:t>Príloha k uzneseniu Ústavného súdu Slovenskej republiky sp. zn. I. ÚS 461/2015 Por. sp. zn. sťažností vedených č. ústavným súdom (Rvp) 1. Rvp 306/2015 2. Rvp 307/2015 3. Rvp 308/2015 4. 5.</w:t>
      </w:r>
    </w:p>
    <w:p>
      <w:r>
        <w:t>Rvp 309/2015 Rvp 310/2015</w:t>
      </w:r>
    </w:p>
    <w:p>
      <w:r>
        <w:t>6.</w:t>
      </w:r>
    </w:p>
    <w:p>
      <w:r>
        <w:t>Rvp 311/2015</w:t>
      </w:r>
    </w:p>
    <w:p>
      <w:r>
        <w:t>7.</w:t>
      </w:r>
    </w:p>
    <w:p>
      <w:r>
        <w:t>Rvp 312/2015</w:t>
      </w:r>
    </w:p>
    <w:p>
      <w:r>
        <w:t>8. 9. 10.</w:t>
      </w:r>
    </w:p>
    <w:p>
      <w:r>
        <w:t>Rvp 313/2015 Rvp 314/2015 Rvp 315/2015</w:t>
      </w:r>
    </w:p>
    <w:p>
      <w:r>
        <w:t>11. 12.</w:t>
      </w:r>
    </w:p>
    <w:p>
      <w:r>
        <w:t>Rvp 316/2015 Rvp 317/2015</w:t>
      </w:r>
    </w:p>
    <w:p>
      <w:r>
        <w:t>13. 14. 15.</w:t>
      </w:r>
    </w:p>
    <w:p>
      <w:r>
        <w:t>Rvp 318/2015 Rvp 319/2015 Rvp 320/2015</w:t>
      </w:r>
    </w:p>
    <w:p>
      <w:r>
        <w:t>sp. zn. rozsudkov Krajského súdu v Trnave sp. zn. 24 Co 309/2014 z 22. októbra 2014 sp. zn. 11 Co 120/2014 z 22. októbra 2014 sp. zn. 25 Co 293/2014 z 5. novembra 2014 sp. zn. 11 Co 112/2014 z 15. októbra 2014 sp. zn. 24 Co 186/2014 z 10. septembra 2014 sp. zn. 24 Co 185/2014 zo 17. septembra 2014 sp. zn. 24 Co 183/2014 z 10. septembra 2014 sp. zn. 25 Co 221/2014 z 22. októbra 2014 sp. zn. 24 Co 26/2014 z 29. októbra 2014 sp. zn. 25 Co 216/2014 z 5. novembra 2014 sp. zn. 26 Co 78/2013 zo 14. októbra 2014 sp. zn. 26 Co 85/2013 z 9. septembra 2014 sp. zn. 26 Co 86/2013 zo 14. októbra 2014 sp. zn. 25 Co 222/2014 z 22. októbra 2014 sp. zn. 24 Co 39/2014 z 29. októbra 2014 6</w:t>
      </w:r>
    </w:p>
    <w:p>
      <w:r>
        <w:t>16. 17. 18.</w:t>
      </w:r>
    </w:p>
    <w:p>
      <w:r>
        <w:t>Rvp 321/2015 Rvp 322/2015 Rvp 323/2015</w:t>
      </w:r>
    </w:p>
    <w:p>
      <w:r>
        <w:t>19. 20. 21. 22. 23. 24. 25. 26. 27.</w:t>
      </w:r>
    </w:p>
    <w:p>
      <w:r>
        <w:t>Rvp 324/2015 Rvp 325/2015 Rvp 326/2015 Rvp 327/2015 Rvp 328/2015 Rvp 329/2015 Rvp 330/2015 Rvp 575/2015 Rvp 881/2015</w:t>
      </w:r>
    </w:p>
    <w:p>
      <w:r>
        <w:t>28. 29. 30. 31. 32. 33. 34. 35. 36. 37. 38. 39. 40. 41. 42. 43. 44. 45. 46. 47. 48. 49. 50. 51. 52. 53. 54. 55. 56.</w:t>
      </w:r>
    </w:p>
    <w:p>
      <w:r>
        <w:t>Rvp 882/2015 Rvp 883/2015 Rvp 884/2015 Rvp 885/2015 Rvp 886/2015 Rvp 887/2015 Rvp 888/2015 Rvp 1349/2015 Rvp 1484/2015 Rvp 1485/2015 Rvp 1486/2015 Rvp 1487/2015 Rvp 1488/2015 Rvp 1489/2015 Rvp 1490/2015 Rvp 1491/2015 Rvp 1492/2015 Rvp 1493/2015 Rvp 1494/2015 Rvp 1495/2015 Rvp 1496/2015 Rvp 1497/2015 Rvp 1498/2015 Rvp 1499/2015 Rvp 1500/2015 Rvp 1501/2015 Rvp 1502/2015 Rvp 1503/2015 Rvp 1504/2015</w:t>
      </w:r>
    </w:p>
    <w:p>
      <w:r>
        <w:t>sp. zn. 24 Co 82/2014 z 5. novembra 2014 sp. zn. 24 Co 308/2014 z 22. októbra 2014 sp. zn. 25 Co 258/2014 z 5. novembra 2014 sp. zn. 24 Co 277/2014 z 22. októbra 2014 sp. zn. 24 Co 51/2014 z 5. novembra 2014 sp. zn. 24 Co 278/2014 z 22. októbra 2014 sp. zn. 11 Co 244/2014 z 22. októbra 2014 sp. zn. 24 Co 129/2014 z 29. októbra 2014 sp. zn. 26 Co 75/2013 z 21. októbra 2014 sp. zn. 26 Co 84/2013 z 21. októbra 2014 sp. zn. 24 Co 485/2013 z 22. októbra 2014 sp. zn. 11 Co 277/2014 z 5. novembra 2014 sp. zn. 11 Co 175/2014 z 22. októbra 2014 sp. zn. 9 Co 433/2013 z 21. októbra 2014 sp. zn. 9 Co 438/2013 z 21. októbra 2014 sp. zn. 9 Co 434/2013 z 21. októbra 2014 sp. zn. 9 Co 435/2013 z 21. októbra 2014 sp. zn. 11 Co 119/2014 z 15. októbra 2014 sp. zn. 23 Co 167/2014 z 27. októbra 2014 sp. zn. 24 Co 432/2014 z 26. novembra 2014 sp. zn. 24 Co 140/2014 z 26. novembra 2014 sp. zn. 11 Co 111/2014 z 22. októbra 2014 sp. zn. 25 Co 140/2014 z 3. decembra 2014 sp. zn. 11 Co 248/2014 z 5. novembra 2014 sp. zn. 25 Co 96/2014 z 19. novembra 2014 sp. zn. 25 Co 135/2014 z 19. novembra 2014 sp. zn. 11 Co 121/2014 z 22. októbra 2014 sp. zn. 25 Co 257/2014 z 19. novembra 2014 sp. zn. 25 Co 133/2014 z 3. decembra 2014 sp. zn. 25 Co 132/2014 z 3. decembra 2014 sp. zn. 23 Co 168/2014 z 27. októbra 2014 sp. zn. 23 Co 140/2014 z 20. októbra 2014 sp. zn. 23 Co 145/2014 z 20. októbra 2014 sp. zn. 11 Co 305/2014 z 12. novembra 2014 sp. zn. 23 Co 135/2014 z 13. októbra 2014 sp. zn. 11 Co 308/2014 z 12. novembra 2014 sp. zn. 25 Co 66/2014 z 19. novembra 2014 sp. zn. 11 Co 113/2014 z 15. októbra 2014 sp. zn. 9 Co 432/2013 z 21. októbra 2014 sp. zn. 24 Co 172/2014 z 5. novembra 2014 sp. zn. 24 Co 114/2014 z 19. novembra 2014</w:t>
      </w:r>
    </w:p>
    <w:p>
      <w:r>
        <w:t>7</w:t>
      </w:r>
    </w:p>
    <w:p>
      <w:r>
        <w:t>57. 58. 59. 60. 61. 62. 63. 64. 65. 66. 67. 68. 69. 70. 71. 72. 73. 74. 75. 76. 77. 78. 79. 80. 81. 82. 83. 84. 85. 86. 87. 88. 89. 90. 91. 92. 93. 94. 95. 96. 97. 98. 99.</w:t>
      </w:r>
    </w:p>
    <w:p>
      <w:r>
        <w:t>Rvp 1912/2015 Rvp 1913/2015 Rvp 1914/2015 Rvp 1915/2015 Rvp 1916/2015 Rvp 1917/2015 Rvp 1918/2015 Rvp 1919/2015 Rvp 1920/2015 Rvp 1921/2015 Rvp 1922/2015 Rvp 1923/2015 Rvp 1924/2015 Rvp 1925/2015 Rvp 1926/2015 Rvp 1927/2015 Rvp 1928/2015 Rvp 2472/2015 Rvp 2473/2015 Rvp 2474/2015 Rvp 2475/2015 Rvp 2476/2015 Rvp 2477/2015 Rvp 2478/2015 Rvp 2479/2015 Rvp 2480/2015 Rvp 2481/2015 Rvp 2482/2015 Rvp 2768/2015 Rvp 2769/2015 Rvp 2770/2015 Rvp 2771/2015 Rvp 2772/2015 Rvp 2774/2015 Rvp 2775/2015 Rvp 2776/2015 Rvp 2777/2015 Rvp 2778/2015 Rvp 2779/2015 Rvp 2780/2015 Rvp 2781/2015 Rvp 2782/2015 Rvp 2783/2015</w:t>
      </w:r>
    </w:p>
    <w:p>
      <w:r>
        <w:t>sp. zn. 11 Co 468/2013 z 12. novembra 2014 sp. zn. 11 Co 188/2014 z 5. novembra 2014 sp. zn. 11 Co 483/2013 z 5. novembra 2014 sp. zn. 23 Co 222/2014 z 11. novembra 2014 sp. zn. 23 Co 217/2014 z 11. novembra 2014 sp. zn. 26 Co 26/2014 zo 4. novembra 2014 sp. zn. 23 Co 218/2014 z 11. novembra 2014 sp. zn. 25 Co 128/2014 z 3. decembra 2014 sp. zn. 23 Co 230/2014 z 11. novembra 2014 sp. zn. 26 Co 57/2014 zo 4. novembra 2014 sp. zn. 25 Co 129/2014 z 3. decembra 2014 sp. zn. 23 Co 233/2014 z 11. novembra 2014 sp. zn. 11 Co 169/2014 z 5. novembra 2014 sp. zn. 25 Co 343/2014 z 3. decembra 2014 sp. zn. 24 Co 170/2014 z 5. novembra 2014 sp. zn. 24 Co 171/2014 z 5. novembra 2014 sp. zn. 26 Co 173/2014 z 25. novembra 2014 sp. zn. 26 Co 200/2014 z 25. novembra 2014 sp. zn. 23 Co 275/2014 z 24. novembra 2014 sp. zn. 25 Co 167/2014 z 19. novembra 2014 sp. zn. 23 Co 197/2014 z 27. októbra 2014 sp. zn. 25 Co 100/2014 z 19. novembra 2014 sp. zn. 25 Co 60/2014 z 19. novembra 2014 sp. zn. 11 Co 176/2014 z 19. novembra 2014 sp. zn. 26 Co 5/2014 zo 4. novembra 2014 sp. zn. 24 Co 175/2014 z 29. októbra 2014 sp. zn. 24 Co 177/2014 z 3. decembra 2014 sp. zn. 26 Co 85/2014 z 18. novembra 2014 sp. zn. 11 Co 259/2014 z 3. decembra 2014 sp. zn. 26 Co 303/2014 zo 25. novembra 2014 sp. zn. 26 Co 84/2014 z 18. novembra 2014 sp. zn. 11 Co 207/2014 z 10. decembra 2014 sp. zn. 11 Co 467/2014 zo 17. decembra 2014 sp. zn. 25 Co 349/2014 z 3. decembra 2014 sp. zn. 11 Co 434/2013 z 19. novembra 2014 sp. zn. 11 Co 261/2014 z 10. decembra 2014 sp. zn. 24 Co 189/2014 z 10. decembra 2014 sp. zn. 23 Co 232/2014 z 11. novembra 2014 sp. zn. 26 Co 104/2014 zo 4. novembra 2014 sp. zn. 23 Co 209/2014 z 11. novembra 2014 sp. zn. 24 Co 169/2014 z 10. decembra 2014 sp. zn. 23 Co 265/2014 z 24. novembra 2014 sp. zn. 23 Co 244/2014 z 24. novembra 2014</w:t>
      </w:r>
    </w:p>
    <w:p>
      <w:r>
        <w:t>8</w:t>
      </w:r>
    </w:p>
    <w:p>
      <w:r>
        <w:t>100. 101. 102. 103. 104. 105. 106. 107. 108. 109. 110. 111. 112. 113. 114. 115. 116. 117. 118. 119. 120. 121. 122. 123. 124. 125. 126. 127. 128. 129. 130. 131. 132. 133. 134. 135. 136. 137. 138. 139. 140. 141. 142.</w:t>
      </w:r>
    </w:p>
    <w:p>
      <w:r>
        <w:t>Rvp 2784/2015 Rvp 2785/2015 Rvp 2786/2015 Rvp 2787/2015 Rvp 2788/2015 Rvp 2979/2015 Rvp 3120/2015 Rvp 3121/2015 Rvp 3122/2015 Rvp 3843/2015 Rvp 3844/2015 Rvp 3845/2015 Rvp 3846/2015 Rvp 3847/2015 Rvp 3848/2015 Rvp 3849/2015 Rvp 3850/2015 Rvp 3851/2015 Rvp 3852/2015 Rvp 3853/2015 Rvp 3854/2015 Rvp 3855/2015 Rvp 3856/2015 Rvp 3857/2015 Rvp 3858/2015 Rvp 3859/2015 Rvp 3860/2015 Rvp 3861/2015 Rvp 3862/2015 Rvp 3863/2015 Rvp 3864/2015 Rvp 3865/2015 Rvp 3866/2015 Rvp 3867/2015 Rvp 3868/2015 Rvp 3869/2015 Rvp 3870/2015 Rvp 3871/2015 Rvp 3872/2015 Rvp 3873/2015 Rvp 3874/2015 Rvp 3875/2015 Rvp 3876/2015</w:t>
      </w:r>
    </w:p>
    <w:p>
      <w:r>
        <w:t>sp. zn. 26 Co 129/2014 z 18. novembra 2014 sp. zn. 26 Co 124/2014 z 18. novembra 2014 sp. zn. 26 Co 131/2014 z 18. novembra 2014 sp. zn. 11 Co 245/2014 z 3. decembra 2014 sp. zn. 26 Co 138/2014 z 18. novembra 2014 sp. zn. 10 Co 284/2013 z 10. decembra 2014 sp. zn. 11 Co 192/2014 z 19. novembra 2014 sp. zn. 10 Co 295/2013 z 10. decembra 2014 sp. zn. 11 Co 345/2014 z 3. decembra 2014 sp. zn. 23 Co 276/2014 zo 17. decembra 2014 sp. zn. 26 Co 198/2014 zo 16. decembra 2014 sp. zn. 10 Co 380/2014 zo 17. decembra 2014 sp. zn. 23 Co 73/2014 z 8. decembra 2014 sp. zn. 23 Co 11/2014 z 8. decembra 2014 sp. zn. 26 Co 245/2014 z 25. novembra 2014 sp. zn. 26 Co 139/2014 z 18. novembra 2014 sp. zn. 26 Co 328/2014 z 25. novembra 2014 sp. zn. 24 Co 190/2014 zo 17. decembra 2014 sp. zn. 26 Co 159/2014 zo 16. decembra 2014 sp. zn. 11 Co 241/2014 z 3. decembra 2014 sp. zn. 23 Co 234/2014 z 24. novembra 2014 sp. zn. 11 Co 128/2014 z 26. novembra 2014 sp. zn. 11 Co 127/2014 z 19. novembra 2014 sp. zn. 26 Co 65/2014 zo 4. novembra 2014 sp. zn. 26 Co 64/2014 zo 4. novembra 2014 sp. zn. 23 Co 256/2014 z 24. novembra 2014 sp. zn. 11 Co 475/2013 z 19. novembra 2014 sp. zn. 26 Co 61/2014 zo 4. novembra 2014 sp. zn. 9 Co 46/2014 zo 16. decembra 2014 sp. zn. 26 Co 59/2014 z 25. novembra 2014 sp. zn. 23 Co 72/2014 z 8. decembra 2014 sp. zn. 26 Co 60/2014 zo 4. novembra 2014 sp. zn. 24 Co 479/2014 z 3. decembra 2014 sp. zn. 26 Co 351/2014 z 25. novembra 2014 sp. zn. 24 Co 236/2014 z 10. decembra 2014 sp. zn. 24 Co 189/2014 z 10. decembra 2014 sp. zn. 11 Co 257/2014 zo 17. decembra 2014 sp. zn. 23 Co 144/2014 z 8. decembra 2014 sp. zn. 25 Co 171/2014 zo 7. januára 2015 sp. zn. 23 Co 196/2014 z 8. decembra 2014 sp. zn. 24 Co 245/2014 z 10. decembra 2014 sp. zn. 25 Co 212/2014 zo 7. januára 2015 sp. zn. 24 Co 442/2014 z 3. decembra 2014</w:t>
      </w:r>
    </w:p>
    <w:p>
      <w:r>
        <w:t>9</w:t>
      </w:r>
    </w:p>
    <w:p>
      <w:r>
        <w:t>143. 144. 145. 146. 147. 148. 149. 150. 151. 152. 153. 154. 155. 156. 157. 158. 159. 160. 161. 162. 163. 164. 165. 166. 167. 168. 169. 170. 171. 172. 173. 174. 175. 176. 177. 178.</w:t>
      </w:r>
    </w:p>
    <w:p>
      <w:r>
        <w:t>Rvp 3877/2015 Rvp 3878/2015 Rvp 3879/2015 Rvp 3880/2015 Rvp 3881/2015 Rvp 3882/2015 Rvp 3883/2015 Rvp 3884/2015 Rvp 3885/2015 Rvp 3886/2015 Rvp 3887/2015 Rvp 3888/2015 Rvp 3889/2015 Rvp 3890/2015 Rvp 3891/2015 Rvp 3892/2015 Rvp 4467/2015 Rvp 4468/2015 Rvp 4469/2015 Rvp 4470/2015 Rvp 4471/2015 Rvp 4472/2015 Rvp 4473/2015 Rvp 4474/2015 Rvp 4475/2015 Rvp 4476/2015 Rvp 4477/2015 Rvp 4478/2015 Rvp 4479/2015 Rvp 4480/2015 Rvp 4481/2015 Rvp 4482/2015 Rvp 4483/2015 Rvp 4484/2015 Rvp 4485/2015 Rvp 7219/2015</w:t>
      </w:r>
    </w:p>
    <w:p>
      <w:r>
        <w:t>sp. zn. 24 Co 182/2014 z 12. novembra 2014 sp. zn. 11 Co 185/2014 z 12. novembra 2014 sp. zn. 11 Co 181/2014 z 12. novembra 2014 sp. zn. 23 Co 141/2014 z 8. decembra 2014 sp. zn. 23 Co 143/2014 z 8. decembra 2014 sp. zn. 11 Co 184/2014 z 12. novembra 2014 sp. zn. 24 Co 187/2014 z 10. decembra 2014 sp. zn. 25 Co 229/2014 zo 7. januára 2015 sp. zn. 24 Co 465/2014 z 3. decembra 2014 sp. zn. 11 Co 197/2014 z 10. decembra 2014 sp. zn. 24 Co 466/2014 z 3. decembra 2014 sp. zn. 25 Co 168/2014 zo 7. januára 2015 sp. zn. 25 Co 237/2014 zo 7. januára 2015 sp. zn. 25 Co 217/2014 zo 7. januára 2015 sp. zn. 11 Co 205/2014 z 10. decembra 2014 sp. zn. 23 Co 42/2014 z 8. decembra 2014 sp. zn. 26 Co 196/2014 zo 16. decembra 2014 sp. zn. 11 Co 170/2014 zo 17. decembra 2014 sp. zn. 11 Co 168/2014 z 19. novembra 2014 sp. zn. 26 Co 257/2014 z 25. novembra 2014 sp. zn. 24 Co 361/2014 z 26. novembra 2014 sp. zn. 9 Co 83/2014 zo 16. decembra 2014 sp. zn. 26 Co 250/2014 zo 16. decembra 2014 sp. zn. 23 Co 430/2014 zo 17. decembra 2014 sp. zn. 26 Co 273/2014 zo 16. decembra 2014 sp. zn. 26 Co 237/2014 zo 16. decembra 2014 sp. zn. 26 Co 221/2014 zo 16. decembra 2014 sp. zn. 25 Co 367/2014 zo 14. januára 2015 sp. zn. 26 Co 211/2014 zo 16. decembra 2014 sp. zn. 26 Co 206/2014 zo 16. decembra 2014 sp. zn. 9 Co 47/2014 zo 16. decembra 2014 sp. zn. 26 Co 88/2014 z 18. novembra 2014 sp. zn. 26 Co 322/2014 z 25. novembra 2014 sp. zn. 26 Co 151/2014 zo 16. decembra 2014 sp. zn. 9 Co 82/2014 zo 16. decembra 2014 sp. zn. 23 Co 405/2013 z 8. decembra 2014</w:t>
      </w:r>
    </w:p>
    <w:p>
      <w:r>
        <w:t>10</w:t>
      </w:r>
    </w:p>
    <w:p/>
    <w:p>
      <w:r>
        <w:t>Zdroj: KAUZIS.SK – https://www.kauzis.sk/judikatura/r/ECLI:SK:USSR:2016:1.US.461.2015.1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