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476/2016 z 5. 10. 2016</w:t>
      </w:r>
    </w:p>
    <w:p>
      <w:r>
        <w:t>Uznesenie Ústavného súdu SR z 5. októbra 2016, sp. zn. I. ÚS 476/2016, ECLI:SK:USSR:2016:1.US.476.2016.2</w:t>
      </w:r>
    </w:p>
    <w:p>
      <w:r>
        <w:t>Súd: Ústavný súd Slovenskej republiky</w:t>
      </w:r>
    </w:p>
    <w:p>
      <w:r>
        <w:t>Spisová značka: I. ÚS 476/2016</w:t>
      </w:r>
    </w:p>
    <w:p>
      <w:r>
        <w:t>ECLI: ECLI:SK:USSR:2016:1.US.476.2016.2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476/2016-25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základných práv podľa čl. 46 ods. 1 Ústavy Slovenskej republiky, práva podľa čl. 6 ods. 1 Dohovoru o ochrane ľudských práv a základných slobôd postupom Krajského súdu v Žiline a jeho uzneseniami uvedenými v prílohe tohto rozhodnutia, postupom Krajského súdu v Bratislave a jeho uzneseniami a rozsudkami uvedenými v prílohe tohto rozhodnutia, ako aj postupom Krajského súdu v Trenčíne a jeho uzneseniami uvedenými v prílohe tohto rozhodnutia, takto rozhodol: Konanie z a s t a v u j e . Odôvodnenie: 1. Ústavný súd Slovenskej republiky (ďalej len „ústavný súd“) uznesením č. k. I. ÚS 476/2016-8 zo 17. augusta 2016 rozhodol o spojení sťažností vedených ústavným súdom pod sp. zn. Rvp 159/2016 až sp. zn. Rvp 164/2016, sp. zn. Rvp 169/2016, sp. zn. Rvp 298/2016 až sp. zn. Rvp 300/2016, sp. zn. Rvp 327/2016 až sp. zn. Rvp 334/2016, sp. zn. Rvp 813/2016 až sp. zn. Rvp 818/2016, sp. zn. Rvp 843/2016 až sp. zn. Rvp 848/2016, sp. zn. Rvp 1058/2016 až sp. zn. Rvp 1060/2016, sp. zn. Rvp 1063/2016,</w:t>
      </w:r>
    </w:p>
    <w:p>
      <w:r>
        <w:t>sp. zn. Rvp 1064/2016, sp. zn. Rvp 1082/2016 až sp. zn. Rvp 1091/2016, sp. zn. Rvp 1277/2016 až sp. zn. Rvp 1281/2016, sp. zn. Rvp 1642/2016 až sp. zn. Rvp 1650/2016, sp. zn. Rvp 1694/2016 až sp. zn. Rvp 1701/2016, sp. zn. Rvp 2147/2016 až sp. zn. Rvp 2170/2016, sp. zn. Rvp 2251/2016 až sp. zn. Rvp 2254/2016, sp. zn. Rvp 2598/2016 až sp. zn. Rvp 2610/2016, sp. zn. Rvp 2729/2016 až sp. zn. Rvp 2733/2016, sp. zn. Rvp 3102/2016 až sp. zn. Rvp 3114/2016, sp. zn. Rvp 3236/2016, sp. zn. Rvp 3564/2016 až sp. zn. Rvp 3572/2016, sp. zn. Rvp 3633/2016 až sp. zn. Rvp 3636/2016 a sp. zn. Rvp 3638/2016 až sp. zn. Rvp 3666/2016 na spoločné konanie, ktoré bude ďalej vedené pod sp. zn. Rvp 159/2016, a zároveň uložil obchodnej spoločnosti POHOTOVOSŤ, s. r. o., Pribinova 25, Bratislava (ďalej len „navrhovateľka“), povinnosť zaplatiť súdny poplatok v sume 5 070 € za podané ústavné sťažnosti, ktorými namietala porušenie základných práv podľa čl. 46 ods. 1 Ústavy Slovenskej republiky, práva podľa čl. 6 ods. 1 Dohovoru o ochrane ľudských práv a základných slobôd postupom Krajského súdu v Žiline a jeho uzneseniami uvedenými v prílohe tohto rozhodnutia, postupom Krajského súdu v Bratislave a jeho uzneseniami a rozsudkami uvedenými v prílohe tohto rozhodnutia, ako aj postupom Krajského súdu v Trenčíne a jeho uzneseniami uvedenými v prílohe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476/2016, ústavný súd zistil, že uznesenie o vyrubení súdneho poplatku bolo navrhovateľke prostredníctvom právneho zástupcu doručené 19. septembra 2016. Navrhovateľka súdny poplatok za podané ústavné sťažnosti v ustanovenej lehote nezaplatila.</w:t>
      </w:r>
    </w:p>
    <w:p>
      <w:r>
        <w:t>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r>
        <w:t>Príloha k uzneseniu Ústavného súdu Slovenskej republiky sp. zn. I. ÚS 476/2016 Por.</w:t>
      </w:r>
    </w:p>
    <w:p>
      <w:r>
        <w:t>sp. zn. sťažností vedených</w:t>
      </w:r>
    </w:p>
    <w:p>
      <w:r>
        <w:t>č. 1. 2. 3. 4. 5. 6. 7. 8. 9. 10. 11. 12. 13. 14. 15. 16. 17. 18. 19. 20. 21. 22. 23. 24. 25. 26. 27. 28. 29. 30. 31. 32. 33. 34. 35. 36. 37. 38. 39.</w:t>
      </w:r>
    </w:p>
    <w:p>
      <w:r>
        <w:t>ústavným súdom Rvp 159/2016 Rvp 160/2016 Rvp 161/2016 Rvp 162/2016 Rvp 163/2016 Rvp 164/2016 Rvp 327/2016 Rvp 328/2016 Rvp 329/2016 Rvp 330/2016 Rvp 331/2016 Rvp 332/2016 Rvp 333/2016 Rvp 334/2016 Rvp 813/2016 Rvp 814/2016 Rvp 815/2016 Rvp 816/2016 Rvp 817/2016 Rvp 818/2016 Rvp 1082/2016 Rvp 1083/2016 Rvp 1084/2016 Rvp 1085/2016 Rvp 1086/2016 Rvp 1087/2016 Rvp 1088/2016 Rvp 1089/2016 Rvp 1090/2016 Rvp 1091/2016 Rvp 1277/2016 Rvp 1278/2016 Rvp 1279/2016 Rvp 1280/2016 Rvp 1281/2016 Rvp 1694/2016 Rvp 1695/2016 Rvp 1696/2016 Rvp 1697/2016</w:t>
      </w:r>
    </w:p>
    <w:p>
      <w:r>
        <w:t>sp. zn. uznesení Krajského súdu v Žiline sp. zn. 11 Co 429/2015 z 2. novembra 2015 sp. zn. 8 Co 641/2015 z 30. októbra 2015 sp. zn. 9 Co 595/2015 z 30. septembra 2015 sp. zn. 9 Co 579/2015 z 30. septembra 2015 sp. zn. 9 Co 273/2015 zo 17. septembra 2015 sp. zn. 10 Co 246/2015 z 15. októbra 2015 sp. zn. 8 Co 654/2015 z 11. novembra 2015 sp. zn. 5 Co 568/2015 z 10. novembra 2015 sp. zn. 5 Co 569/2015 z 10. novembra 2015 sp. zn. 8 Co 606/2015 z 30. októbra 2015 sp. zn. 9 Co 598/2015 z 30. septembra 2015 sp. zn. 5 Co 567/2015 z 10. novembra 2015 sp. zn. 9 Co 485/2015 zo 17. septembra 2015 sp. zn. 10 Co 183/2015 z 30. septembra 2015 sp. zn. 9 Co 538/2015 z 8. októbra 2015 sp. zn. 10 Co 145/2015 z 30. septembra 2015 sp. zn. 7 Co 588/2015 z 30. októbra 2015 sp. zn. 11 Co 441/2015 z 9. novembra 2015 sp. zn. 10 Co 264/2015 z 29. októbra 2015 sp. zn. 10 Co 623/2015 z 29. októbra 2015 sp. zn. 10 Co 242/2015 z 30. septembra 2015 sp. zn. 5 Co 518/2015 z 8. októbra 2015 sp. zn. 8 Co 608/2015 z 30. októbra 2015 sp. zn. 10 Co 609/2015 z 29. októbra 2015 sp. zn. 10 Co 608/2015 z 29. októbra 2015 sp. zn. 6 Co 627/2015 z 30. októbra 2015 sp. zn. 6 Co 434/2015 z 29. júla 2015 sp. zn. 6 Co 625/2015 z 30. októbra 2015 sp. zn. 5 Co 563/2015 z 10. novembra 2015 sp. zn. 6 Co 614/2015 z 30. októbra 2015 sp. zn. 11 Co 438/2015 z 9. novembra 2015 sp. zn. 5 Co 597/2015 z 24. novembra 2015 sp. zn. 5 Co 583/2015 z 24. novembra 2015 sp. zn. 8 Co 671/2015 z 24. novembra 2015 sp. zn. 5 Co 533/2015 z 10. novembra 2015 sp. zn. 8 Co 684/2015 z 30. novembra 2015 sp. zn. 10 Co 685/2015 z 25. novembra 2015 sp. zn. 9 Co 533/2015 zo 17. septembra 2015 sp. zn. 9 Co 683/2015 z 30. novembra 2015 4</w:t>
      </w:r>
    </w:p>
    <w:p>
      <w:r>
        <w:t>40. 41. 42. 43. 44. 45. 46. 47. 48. 49. 50. 51. 52. 53. 54. 55. 56. 57. 58. 59. 60. 61. 62. 63. 64. 65. 66. 67. 68. 69. 70. 71. 72. 73. 74. 75. 76. 77. 78. 79. 80. 81. 82. 83. 84.</w:t>
      </w:r>
    </w:p>
    <w:p>
      <w:r>
        <w:t>Rvp 1698/2016 Rvp 1699/2016 Rvp 1700/2016 Rvp 1701/2016 Rvp 2147/2016 Rvp 2148/2016 Rvp 2149/2016 Rvp 2150/2016 Rvp 2151/2016 Rvp 2152/2016 Rvp 2153/2016 Rvp 2154/2016 Rvp 2155/2016 Rvp 2156/2016 Rvp 2157/2016 Rvp 2158/2016 Rvp 2159/2016 Rvp 2160/2016 Rvp 2161/2016 Rvp 2162/2016 Rvp 2163/2016 Rvp 2164/2016 Rvp 2165/2016 Rvp 2166/2016 Rvp 2167/2016 Rvp 2168/2016 Rvp 2169/2016 Rvp 2170/2016 Rvp 2598/2016 Rvp 2599/2016 Rvp 2600/2016 Rvp 2601/2016 Rvp 2602/2016 Rvp 2603/2016 Rvp 2604/2016 Rvp 2605/2016 Rvp 2606/2016 Rvp 2607/2016 Rvp 2608/2016 Rvp 2609/2016 Rvp 2610/2016 Rvp 2729/2016 Rvp 2730/2016 Rvp 2731/2016 Rvp 2732/2016</w:t>
      </w:r>
    </w:p>
    <w:p>
      <w:r>
        <w:t>sp. zn. 9 Co 682/2015 z 30. novembra 2015 sp. zn. 6 Co 637/2015 z 30. novembra 2015 sp. zn. 6 Co 646/2015 z 30. novembra 2015 sp. zn. 5 Co 623/2015 z 15. decembra 2015 sp. zn. 7 Co 679/2015 z 30. novembra 2015 sp. zn. 9 Co 617/2015 z 28. októbra 2015 sp. zn. 9 Co 649/2015 z 29. októbra 2015 sp. zn. 10 Co 228/2015 z 29. októbra 2015 sp. zn. 7 Co 649/2015 z 30. novembra 2015 sp. zn. 9 Co 699/2015 z 30. novembra 2015 sp. zn. 9 Co 706/2015 z 30. novembra 2015 sp. zn. 7 Co 673/2015 z 30. novembra 2015 sp. zn. 6 Co 666/2015 z 30. novembra 2015 sp. zn. 9 Co 723/2015 z 30. novembra 2015 sp. zn. 9 Co 728/2015 z 30. novembra 2015 sp. zn. 5 Co 599/2015 z 24. novembra 2015 sp. zn. 10 Co 657/2015 z 25. novembra 2015 sp. zn. 8 Co 618/2015 z 30. októbra 2015 sp. zn. 5 Co 598/2015 z 15. decembra 2015 sp. zn. 10 Co 648/2015 z 25. novembra 2015 sp. zn. 8 Co 652/2015 z 30. novembra 2015 sp. zn. 8 Co 685/2015 z 30. novembra 2015 sp. zn. 6 Co 665/2015 z 30. novembra 2015 sp. zn. 9 Co 536/2015 z 8. októbra 2015 sp. zn. 8 Co 231/2015 z 28. apríla 2015 sp. zn. 6 Co 602/2015 z 28. októbra 2015 sp. zn. 5 Co 483/2015 z 29. októbra 2015 sp. zn. 9 Co 629/2015 z 28. októbra 2015 sp. zn. 9 Co 712/2015 z 30. novembra 2015 sp. zn. 5 Co 609/2015 z 15. decembra 2015 sp. zn. 5 Co 610/2015 z 15. decembra 2015 sp. zn. 6 Co 657/2015 z 30. novembra 2015 sp. zn. 9 Co 713/2015 z 30. novembra 2015 sp. zn. 9 Co 635/2015 z 28. októbra 2015 sp. zn. 9 Co 631/2015 z 29. októbra 2015 sp. zn. 7 Co 605/2015 z 30. novembra 2015 sp. zn. 8 Co 698/2015 z 30. novembra 2015 sp. zn. 10 Co 679/2015 z 25. novembra 2015 sp. zn. 10 Co 649/2015 z 25. novembra 2015 sp. zn. 8 Co 732/2015 z 30. decembra 2015 sp. zn. 10 Co 317/2015 z 30. novembra 2015 sp. zn. 10 Co 658/2015 z 30. novembra 2015 sp. zn. 8 Co 653/2015 z 30. novembra 2015 sp. zn. 9 Co 676/2015 z 30. novembra 2015 sp. zn. 9 Co 690/2015 z 30. novembra 2015 5</w:t>
      </w:r>
    </w:p>
    <w:p>
      <w:r>
        <w:t>85. 86. 87. 88. 89. 90. 91. 92. 93. 94. 95. 96. 97. 98. 99. 100. 101. 102. 103. 104. 105. 106. 107.</w:t>
      </w:r>
    </w:p>
    <w:p>
      <w:r>
        <w:t>108. 109. 110. 111. 112. 113. 114. 115. 116. 117. 118. 119. 120. 121. 122. 123. 124. 125. 126.</w:t>
      </w:r>
    </w:p>
    <w:p>
      <w:r>
        <w:t>Rvp 2733/2016 Rvp 3102/2016 Rvp 3103/2016 Rvp 3104/2016 Rvp 3105/2016 Rvp 3106/2016 Rvp 3107/2016 Rvp 3108/2016 Rvp 3109/2016 Rvp 3110/2016 Rvp 3111/2016 Rvp 3112/2016 Rvp 3113/2016 Rvp 3314/2016 Rvp 3564/2016 Rvp 3565/2016 Rvp 3566/2016 Rvp 3567/2016 Rvp 3568/2016 Rvp 3569/2016 Rvp 3570/2016 Rvp 3571/2016 Rvp 3572/2016</w:t>
      </w:r>
    </w:p>
    <w:p>
      <w:r>
        <w:t>Rvp 169/2016 Rvp 298/2016 Rvp 299/2016 Rvp 300/2016 Rvp 843/2016 Rvp 844/2016 Rvp 845/2016 Rvp 846/2016 Rvp 847/2016 Rvp 848/2016 Rvp 1058/2016 Rvp 1059/2016 Rvp 1060/2016 Rvp 1063/2016 Rvp 1064/2016 Rvp 1642/2016 Rvp 1643/2016 Rvp 1644/2016 Rvp 1645/2016</w:t>
      </w:r>
    </w:p>
    <w:p>
      <w:r>
        <w:t>sp. zn. 8 Co 727/2015 z 30. decembra 2015 sp. zn. 8 Co 686/2015 z 30. novembra 2015 sp. zn. 9 Co 634/2015 z 28. októbra 2015 sp. zn. 10 Co 710/2015 z 10. decembra 2015 sp. zn. 7 Co 652/2015 z 11. novembra 2015 sp. zn. 7 Co 688/2015 z 9. decembra 2015 sp. zn. 10 Co 395/2015 z 19. novembra 2015 sp. zn. 10 Co 606/2015 z 29. októbra 2015 sp. zn. 9 Co 645/2015 z 19. novembra 2015 sp. zn. 8 Co 737/2015 z 30. decembra 2015 sp. zn. 7 Co 654/2015 z 9. decembra 2015 sp. zn. 9 Co 697/2015 z 30. novembra 2015 sp. zn. 10 Co 656/2015 z 30. novembra 2015 sp. zn. 9 Co 698/2015 z 30. septembra 2015 sp. zn. 7 Co 664/2015 z 9. decembra 2015 sp. zn. 10 Co 408/2015 z 30. decembra 2015 sp. zn. 11 Co 484/2015 zo 16. decembra 2015 sp. zn. 9 Co 753/2015 z 12. januára 2016 sp. zn. 5 Co 644/2015 z 13. januára 2016 sp. zn. 5 Co 13/2016 z 13. januára 2016 sp. zn. 10 Co 700/2015 z 30. decembra 2015 sp. zn. 7 Co 700/2015 z 9. decembra 2015 sp. zn. 5 Co 14/2016 z 13. januára 2016 sp. zn. rozsudkov a uznesení Krajského súdu v Bratislave sp. zn. 4 Co 29/2015 z 23. septembra 2015 sp. zn. 9 Co 250/2015 z 8. októbra 2015 sp. zn. 14 Co 312/2015 z 13. októbra 2015 sp. zn. 14 Co 201/2015 z 13. októbra 2015 sp. zn. 4 Co 276/2015 zo 14. októbra 2015 sp. zn. 7 Co 367/2015 zo 14. októbra 2015 sp. zn. 7 Co 404/2015 zo 14. októbra 2015 sp. zn. 8 Co 600/2015 z 15. októbra 2015 sp. zn. 3 Co 677/2015 z 29. októbra 2015 sp. zn. 3 Co 660/2015 z 29. októbra 2015 sp. zn. 2 Co 233/2015 z 23. septembra 2015 sp. zn. 8 Co 565/2015 z 15. októbra 2015 sp. zn. 14 Co 315/2015 z 20. októbra 2015 sp. zn. 6 Co 339/2015 z 19. októbra 2015 sp. zn. 14 Co 415/2015 z 30. októbra 2015 sp. zn. 2 Co 245/2015 z 18. novembra 2015 sp. zn. 4 Co 526/2015 z 30. novembra 2015 sp. zn. 14 Co 36/2015 z 10. novembra 2015 sp. zn. 14 Co 7/2015 z 10. novembra 2015 6</w:t>
      </w:r>
    </w:p>
    <w:p>
      <w:r>
        <w:t>127. 128. 129. 130. 131. 132. 133. 134. 135.</w:t>
      </w:r>
    </w:p>
    <w:p>
      <w:r>
        <w:t>Rvp 1646/2016 Rvp 1647/2016 Rvp 1648/2016 Rvp 1649/2016 Rvp 1650/2016 Rvp 2251/2016 Rvp 2252/2016 Rvp 2253/2016 Rvp 2254/2016</w:t>
      </w:r>
    </w:p>
    <w:p>
      <w:r>
        <w:t>136. 137. 138. 139. 140. 141. 142. 143. 144. 145. 146. 147. 148. 149. 150. 151. 152. 153. 154. 155. 156. 157. 158. 159. 160. 161. 162. 163. 164. 165. 166. 167. 168. 169.</w:t>
      </w:r>
    </w:p>
    <w:p>
      <w:r>
        <w:t>Rvp 3236/2016 Rvp 3633/2016 Rvp 3634/2016 Rvp 3635/2016 Rvp 3636/2016 Rvp 3638/2016 Rvp 3639/2016 Rvp 3640/2016 Rvp 3641/2016 Rvp 3642/2016 Rvp 3643/2016 Rvp 3644/2016 Rvp 3645/2016 Rvp 3646/2016 Rvp 3647/2016 Rvp 3648/2016 Rvp 3649/2016 Rvp 3650/2016 Rvp 3651/2016 Rvp 3652/2016 Rvp 3653/2016 Rvp 3654/2016 Rvp 3655/2016 Rvp 3656/2016 Rvp 3657/2016 Rvp 3658/2016 Rvp 3659/2016 Rvp 3660/2016 Rvp 3661/2016 Rvp 3662/2016 Rvp 3663/2016 Rvp 3664/2016 Rvp 3665/2016 Rvp 3665/2016</w:t>
      </w:r>
    </w:p>
    <w:p>
      <w:r>
        <w:t>sp. zn. 2 Co 293/2015 z 18. novembra 2015 sp. zn. 2 Co 301/2015 z 18. novembra 2015 sp. zn. 2 Co 302/2015 z 18. novembra 2015 sp. zn. 6 Co 525/2015 z 30. novembra 2015 sp. zn. 8 Co 400/2015 z 10. novembra 2015 sp. zn. 4 Co 553/2015 z 18. novembra 2015 sp. zn. 6 Co 389/2015 zo 14. decembra 2015 sp. zn. 6 Co 44/2015 zo 14. decembra 2015 sp. zn. 6 Co 487/2015 zo 14. decembra 2015 sp. zn. uznesení Krajského súdu v Trenčíne sp. zn. 4 Co 884/2015 z 26. novembra 2015 sp. zn. 5 Co 467/2015 zo 16. decembra 2015 sp. zn. 4 Co 395/2015 zo 7. decembra 2015 sp. zn. 19 Co 8/2016 zo 14. januára 2016 sp. zn. 19 Co 797/2015 z 30. decembra 2015 sp. zn. 5 Co 692/2015 z 13. januára 2016 sp. zn. 17 Co 1218/2015 z 23. decembra 2015 sp. zn. 19 Co 941/2015 z 30. decembra 2015 sp. zn. 17 Co 1258/2015 z 23. decembra 2015 sp. zn. 17 Co 1180/2015 z 23. decembra 2015 sp. zn. 5 Co 497/2015 zo 16. decembra 2015 sp. zn. 19 Co 923/2015 z 30. decembra 2015 sp. zn. 19 Co 926/2015 zo 17. decembra 2015 sp. zn. 6 Co 1069/2015 z 15. decembra 2015 sp. zn. 5 Co 414/2015 z 13. januára 2016 sp. zn. 5 Co 451/2015 zo 16. decembra 2015 sp. zn. 5 Co 410/2015 z 13. januára 2016 sp. zn. 5 Co 707/2015 z 13. januára 2016 sp. zn. 4 Co 329/2015 zo 7. decembra 2015 sp. zn. 8 Co 58/2015 z 22. decembra 2015 sp. zn. 8 Co 82/2015 z 22. decembra 2015 sp. zn. 8 Co 31/2015 z 22. decembra 2015 sp. zn. 8 Co 55/2015 z 22. decembra 2015 sp. zn. 8 Co 28/2015 z 22. decembra 2015 sp. zn. 17 Co 1324/2015 z 23. decembra 2015 sp. zn. 6 Co 1037/2015 z 15. decembra 2015 sp. zn. 8 Co 62/2015 z 22. decembra 2015 sp. zn. 5 Co 984/2015 z 13. januára 2016 sp. zn. 8 Co 66/2015 z 22. decembra 2015 sp. zn. 8 Co 165/2015 z 22. decembra 2015 sp. zn. 16 Co 206/2015 z 21. decembra 2015 sp. zn. 6 Co 806/2015 z 15. decembra 2015 sp. zn. 6 Co 1146/2015 z 28. decembra 2015 sp. zn. 8 Co 64/2015 z 22. decembra 2015 7</w:t>
      </w:r>
    </w:p>
    <w:p/>
    <w:p>
      <w:r>
        <w:t>Zdroj: KAUZIS.SK – https://www.kauzis.sk/judikatura/r/ECLI:SK:USSR:2016:1.US.476.2016.2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