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258/2016 z 17. 3. 2016</w:t>
      </w:r>
    </w:p>
    <w:p>
      <w:r>
        <w:t>Uznesenie Ústavného súdu SR z 17. marca 2016, sp. zn. II. ÚS 258/2016, ECLI:SK:USSR:2016:2.US.258.2016.1</w:t>
      </w:r>
    </w:p>
    <w:p>
      <w:r>
        <w:t>Súd: Ústavný súd Slovenskej republiky</w:t>
      </w:r>
    </w:p>
    <w:p>
      <w:r>
        <w:t>Spisová značka: II. ÚS 258/2016</w:t>
      </w:r>
    </w:p>
    <w:p>
      <w:r>
        <w:t>ECLI: ECLI:SK:USSR:2016:2.US.258.2016.1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258/2016-10 Ústavný súd Slovenskej republiky na neverejnom zasadnutí 17. marca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9640/2014 až sp. zn. Rvp 9655/2014 vo veci namietaného porušenia jej základného práva podľa čl. 46 ods. 1 Ústavy Slovenskej republiky a práva podľa čl. 6 ods. 1 Dohovoru o ochrane ľudských práv a základných slobôd postupom Krajského súdu v Banskej Bystrici v konaniach vedených pod sp. zn. 14 Co 259/2013 a jeho rozsudkom z 11. februára 2014 (Rvp 9640/2014), sp. zn. 13 Co 97/2014 a jeho rozsudkom z 10. júna 2014 (Rvp 9641/2014), sp. zn. 16 Co 977/2013 a jeho rozsudkom z 29. mája 2014 (Rvp 9642/2014), sp. zn. 13 Co 662/2014 a jeho rozsudkom z 10. júna 2014 (Rvp 9643/2014), sp. zn. 14 Co 365/2014 a jeho rozsudkom zo 6. mája 2014 (Rvp 9644/2014), sp. zn. 13 Co 100/2014 a jeho rozsudkom z 10. júna 2014 (Rvp 9645/2014), sp. zn. 12 Co 694/2013 a jeho rozsudkom z 30. apríla 2014 (Rvp 9646/2014), sp. zn. 16 Co 771/2013 a jeho rozsudkom z 22. mája 2014 (Rvp 9647/2014), sp. zn. 12 Co 583/2013 a jeho rozsudkom z 30. apríla 2014 (Rvp 9648/2014), sp. zn. 12 Co 768/2013 a jeho rozsudkom z 30. apríla 2014 (Rvp 9649/2014), sp. zn. 16 Co 994/2013 a jeho rozsudkom z 29. mája 2014 (Rvp 9650/2014), sp. zn. 16 Co 984/2013 a jeho rozsudkom z 29. mája 2014 (Rvp 9651/2014), sp. zn. 16 Co 942/2013 a jeho rozsudkom z</w:t>
      </w:r>
    </w:p>
    <w:p>
      <w:r>
        <w:t>29. mája 2014</w:t>
      </w:r>
    </w:p>
    <w:p>
      <w:r>
        <w:t>(Rvp 9652/2014), sp. zn. 12 Co 642/2013 a jeho rozsudkom z 30. apríla 2014 (Rvp 9653/2014), sp. zn. 12 Co 637/2013 a jeho rozsudkom z 30. apríla 2014 (Rvp 9654/2014), sp. zn. 14 Co 426/2014 a jeho rozsudkom zo 6. mája 2014 (Rvp 9655/2014) a takto</w:t>
      </w:r>
    </w:p>
    <w:p>
      <w:r>
        <w:t>rozhodol: 1. Sťažnosti obchodnej spoločnosti POHOTOVOSŤ, s. r. o., vedené pod sp. zn. Rvp 9640/2014 až sp. zn. Rvp 9655/2014 s p á j a na spoločné konanie, ktoré bude ďalej vedené pod sp. zn. Rvp 9640/2014. 2. Sťažnosti obchodnej spoločnosti POHOTOVOSŤ, s. r. o., o d m i e t a ako zjavne neopodstatnené. Odôvodnenie: I. Ústavnému súdu Slovenskej republiky (ďalej len „ústavný súd“) boli 11. augusta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Banskej Bystrici (ďalej len „krajský súd“) v konaniach uvedených v záhlaví tohto rozhodnutia (spolu ďalej len „napadnuté rozsudky krajského súdu“). Zo sťažností a z ich príloh vyplýva, že sťažovateľka vystupovala ako žalobkyňa v konaniach vedených Okresným súdom Veľký Krtíš, Okresným súdom Revúca, Okresným súdom Rimavská Sobota a Okresným súdom Žiar nad Hronom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w:t>
      </w:r>
    </w:p>
    <w:p>
      <w:r>
        <w:t>2</w:t>
      </w:r>
    </w:p>
    <w:p>
      <w:r>
        <w:t>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w:t>
      </w:r>
    </w:p>
    <w:p>
      <w:r>
        <w:t>3</w:t>
      </w:r>
    </w:p>
    <w:p>
      <w:r>
        <w:t>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II.1</w:t>
      </w:r>
    </w:p>
    <w:p>
      <w:r>
        <w:t>4</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náhradu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w:t>
      </w:r>
    </w:p>
    <w:p>
      <w:r>
        <w:t>5</w:t>
      </w:r>
    </w:p>
    <w:p>
      <w:r>
        <w:t>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w:t>
      </w:r>
    </w:p>
    <w:p>
      <w:r>
        <w:t>6</w:t>
      </w:r>
    </w:p>
    <w:p>
      <w:r>
        <w:t>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w:t>
      </w:r>
    </w:p>
    <w:p>
      <w:r>
        <w:t>7</w:t>
      </w:r>
    </w:p>
    <w:p>
      <w:r>
        <w:t>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w:t>
      </w:r>
    </w:p>
    <w:p>
      <w:r>
        <w:t>8</w:t>
      </w:r>
    </w:p>
    <w:p>
      <w:r>
        <w:t>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na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w:t>
      </w:r>
    </w:p>
    <w:p>
      <w:r>
        <w:t>9</w:t>
      </w:r>
    </w:p>
    <w:p>
      <w:r>
        <w:t>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plne sa s nimi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w:t>
      </w:r>
    </w:p>
    <w:p>
      <w:r>
        <w:t>10</w:t>
      </w:r>
    </w:p>
    <w:p>
      <w:r>
        <w:t>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17. marca 2016</w:t>
      </w:r>
    </w:p>
    <w:p>
      <w:r>
        <w:t>11</w:t>
      </w:r>
    </w:p>
    <w:p/>
    <w:p>
      <w:r>
        <w:t>Zdroj: KAUZIS.SK – https://www.kauzis.sk/judikatura/r/ECLI:SK:USSR:2016:2.US.258.2016.1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