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693/2016 z 8. 9. 2016</w:t>
      </w:r>
    </w:p>
    <w:p>
      <w:r>
        <w:t>Uznesenie Ústavného súdu SR z 8. septembra 2016, sp. zn. II. ÚS 693/2016, ECLI:SK:USSR:2016:2.US.693.2016.1</w:t>
      </w:r>
    </w:p>
    <w:p>
      <w:r>
        <w:t>Súd: Ústavný súd Slovenskej republiky</w:t>
      </w:r>
    </w:p>
    <w:p>
      <w:r>
        <w:t>Spisová značka: II. ÚS 693/2016</w:t>
      </w:r>
    </w:p>
    <w:p>
      <w:r>
        <w:t>ECLI: ECLI:SK:USSR:2016:2.US.693.2016.1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693/2016-9 Ústavný súd Slovenskej republiky na neverejnom zasadnutí 8. septembra 2016 v senáte zloženom z predsedu Lajosa Mészárosa (sudca spravodajca), zo sudkyne Ľudmily Gajdošíkovej a sudcu Ladislava Orosza predbežne prerokoval sťažnosti obchodnej spoločnosti POHOTOVOSŤ, s. r. o., Pribinova 25, Bratislava, zastúpenej advokátom doc. JUDr. Branislavom Fridrichom, PhD., Advokátska kancelária Fridrich Paľko, s. r. o., Grösslingová 4, Bratislava, vedené pod sp. zn. Rvp 10181/2015 až sp. zn. Rvp 10198/2015, sp. zn. Rvp 10826/2015 až sp. zn. Rvp 10849/2015, sp. zn. Rvp 11241/2015 až sp. zn. Rvp 11253/2015, sp. zn. Rvp 11759/2015 až sp. zn. Rvp 11772/2015, sp. zn. Rvp 11987/2015 až sp. zn. Rvp 11991/2015, sp. zn. Rvp 12332/2015 až sp. zn. Rvp 12349/2015, sp. zn. Rvp 12630/2015 až sp. zn. Rvp 12639/2015, sp. zn. Rvp 12718/2015 až sp. zn. Rvp 12725/2015, sp. zn. Rvp 13129/2015, sp. zn. Rvp 13300/2015 až sp. zn. Rvp 13315/2015, sp. zn. Rvp 13421/2015 až sp. zn. Rvp 13424/2015, sp. zn. Rvp 13624/2015 až sp. zn. Rvp 13648/2015, sp. zn. Rvp 13846/2015 až sp. zn. Rvp 13851/2015, sp. zn. Rvp 14097/2015 až sp. zn. Rvp 14099/2015, sp. zn. Rvp 14457/2015 až sp. zn. Rvp 14475/2015, sp. zn. Rvp 14570/2015 až sp. zn. 14575/2015, sp. zn. Rvp 14711/2015 až sp. zn. Rvp 14713/2015, sp. zn. Rvp 15157/2015 až sp. zn. Rvp 15175/2015, sp. zn. Rvp 15340/2015 až sp. zn. Rvp 15345/2015, sp. zn. Rvp 15548/2015, sp. zn. Rvp 15549/2015, sp. zn. Rvp 15672/2015 až sp. zn. Rvp 15690/2015, sp. zn. Rvp 16082/2015 až sp. zn. Rvp 16089/2015 a sp. zn. Rvp 16744/2015 až sp. zn. Rvp 16811/2015 vo veci namietaného porušenia základného práva podľa čl. 46 ods. 1 Ústavy Slovenskej republiky a práva podľa čl. 6 ods. 1 Dohovoru o ochrane ľudských práv a základných slobôd postupom Krajského súdu v Trnave a jeho uzneseniami uvedenými v prílohe tohto uznesenia a takto</w:t>
      </w:r>
    </w:p>
    <w:p>
      <w:r>
        <w:t>rozhodol: 1. Sťažnosti obchodnej spoločnosti POHOTOVOSŤ, s. r. o., vedené pod sp. zn. Rvp 10181/2015 až sp. zn. Rvp 10198/2015, sp. zn. Rvp 10826/2015 až sp. zn. Rvp 10849/2015, sp. zn. Rvp 11241/2015 až sp. zn. Rvp 11253/2015, sp. zn. Rvp 11759/2015 až sp. zn. Rvp 11772/2015, sp. zn. Rvp 11987/2015 až sp. zn. Rvp 11991/2015, sp. zn. Rvp 12332/2015 až sp. zn. Rvp 12349/2015, sp. zn. Rvp 12630/2015 až sp. zn. Rvp 12639/2015, sp. zn. Rvp 12718/2015 až sp. zn. Rvp 12725/2015, sp. zn. Rvp 13129/2015, sp. zn. Rvp 13300/2015 až sp. zn. Rvp 13315/2015, sp. zn. Rvp 13421/2015 až sp. zn. Rvp 13424/2015, sp. zn. Rvp 13624/2015 až sp. zn. Rvp 13648/2015, sp. zn. Rvp 13846/2015 až sp. zn. Rvp 13851/2015, sp. zn. Rvp 14097/2015 až sp. zn. Rvp 14099/2015, sp. zn. Rvp 14457/2015 až sp. zn. Rvp 14475/2015, sp. zn. Rvp 14570/2015 až sp. zn. Rvp 14575/2015, sp. zn. Rvp 14711/2015 až sp. zn. Rvp 14713/2015, sp. zn. Rvp 15157/2015 až sp. zn. Rvp 15175/2015, sp. zn. Rvp 15340/2015 až sp. zn. Rvp 15345/2015, sp. zn. Rvp 15548/2015, sp. zn. Rvp 15549/2015, sp. zn. Rvp 15672/2015 až sp. zn. Rvp 15690/2015, sp. zn. Rvp 16082/2015 až sp. zn. Rvp 16089/2015 a sp. zn. Rvp 16744/2015 až sp. zn. Rvp 16811/2015 s p á j a na spoločné konanie, ktoré bude ďalej vedené pod sp. zn. Rvp 10181/2015. 2. Sťažnosti obchodnej spoločnosti POHOTOVOSŤ, s. r. o., o d m i e t a ako zjavne neopodstatnené. Odôvodnenie: I. Ústavnému súdu Slovenskej republiky (ďalej len „ústavný súd“) boli v priebehu roka 2015 doručené sťažnosti obchodnej spoločnosti POHOTOVOSŤ, s. r. o., Pribinova 25, Bratislava (ďalej len „sťažovateľka“) vedené pod sp. zn. Rvp 10181/2015 až sp. zn. Rvp 10198/2015, sp. zn. Rvp 10826/2015 až sp. zn. Rvp 10849/2015, sp. zn. 2</w:t>
      </w:r>
    </w:p>
    <w:p>
      <w:r>
        <w:t>Rvp 11241/2015 až sp. zn. Rvp 11253/2015, sp. zn. Rvp 11759/2015 až sp. zn. Rvp 11772/2015, sp. zn. Rvp 11987/2015 až sp. zn. Rvp 11991/2015, sp. zn. Rvp 12332/2015 až sp. zn. Rvp 12349/2015, sp. zn. Rvp 12630/2015 až sp. zn. Rvp 12639/2015, sp. zn. Rvp 12718/2015 až sp. zn. Rvp 12725/2015, sp. zn. Rvp 13129/2015, sp. zn. Rvp 13300/2015 až sp. zn. Rvp 13315/2015, sp. zn. Rvp 13421/2015 až sp. zn. Rvp 13424/2015, sp. zn. Rvp 13624/2015 až sp. zn. Rvp 13648/2015, sp. zn. Rvp 13846/2015 až sp. zn. Rvp 13851/2015, sp. zn. Rvp 14097/2015 až sp. zn. Rvp 14099/2015, sp. zn. Rvp 14457/2015 až sp. zn. Rvp 14475/2015, sp. zn. Rvp 14570/2015 až sp. zn. 14575/2015, sp. zn. Rvp 14711/2015 až sp. zn. Rvp 14713/2015, sp. zn. Rvp 15157/2015 až sp. zn. Rvp 15175/2015, sp. zn. Rvp 15340/2015 až sp. zn. Rvp 15345/2015, sp. zn. Rvp 15548/2015, sp. zn. Rvp 15549/2015, sp. zn. Rvp 15672/2015 až sp. zn. Rvp 15690/2015, sp. zn. Rvp 16082/2015 až sp. zn. Rvp 16089/2015 a sp. zn. Rvp 16744/2015 až sp. zn. Rvp 16811/2015 vo veci namietaného porušenia jej základného práva podľa čl. 46 ods. 1 Ústavy Slovenskej republiky (ďalej len „ústava“) a práva podľa čl. 6 ods. 1 Dohovoru o ochrane ľudských práv a základných slobôd (ďalej len „dohovor“) postupom Krajského súdu v Trnave (ďalej len „krajský súd“) a jeho uzneseniami uvedenými v prílohe tohto rozhodnutia (ďalej aj „napadnuté uznesenia krajského súdu“). Zo sťažností a z ich príloh vyplýva, že sťažovateľka vystupovala v postavení žalobkyne v konaniach vedených okresnými súdmi v obvode krajského súdu, ktorých predmetom je rozhodovanie o náhrade škody a náhrade nemajetkovej ujmy v zmysle podmienok vyplývajúcich zo zákona č. 514/2003 Z. z. o zodpovednosti za škodu spôsobenú pri výkone verejnej moci a o zmene niektorých zákonov v znení neskorších predpisov spôsobenej nesprávnym úradným postupom okresných súdov v exekučných konaniach, v ktorých sťažovateľka vystupovala ako oprávnená. Okresné súdy rozhodovali vo veci samej rozsudkami, proti ktorým podala sťažovateľka odvolania, v dôsledku čoho jej ten-ktorý okresný súd uznesením vyrubil súdny poplatok podľa sadzobníka súdnych poplatkov [(príloha zákona Slovenskej národnej rady č. 71/1992 Zb. o súdnych poplatkoch a o poplatku za výpis z registra trestov v znení 3</w:t>
      </w:r>
    </w:p>
    <w:p>
      <w:r>
        <w:t>neskorších predpisov (ďalej len „zákon o súdnych poplatkoch“)] a v niektorých prípadoch po ďalšom procesnom postupe zastavil aj dovolacie konania proti rozhodnutiam krajského súdu vydaným v predmetných veciach z dôvodu nezaplatenia súdneho poplatku za podané dovolanie. Krajský súd napadnutými uzneseniami uvedenými v prílohe tohto rozhodnutia uznesenia okresných súdov o povinnosti zaplatiť súdny poplatok za podané odvolania alebo uznesenia o zastavení dovolacieho konania pre nezaplatenie súdneho poplatku za dovolanie potvrdil ako vecne správne. Podľa sťažovateľky napadnuté uznesenia krajského súdu popierajú doterajšiu judikatúru Najvyššieho súdu Slovenskej republiky (ďalej len „najvyšší súd“) a sú založené na tvrdeniach, ktoré sú sofistikovaným odôvodnením nespravodlivosti. Podľa sťažovateľky išlo zo strany krajského súdu o formalistický postup. Sťažovateľka v závere sťažností na podporu svojich tvrdení v tom-ktorom prípade poukazuje aj na „... časť zápisnice z rokovania občianskoprávneho kolégia Krajského súdu v Banskej Bystrici, ktoré sa uskutočnilo dňa 27. novembra 2013 o 09:00 hod. na č. dv. 204, 1. poschodie Krajského súdu v Banskej Bystrici, Skuteckého ul. 7, kde sa rozoberala otázka vzniku poplatkovej povinnosti podľa položky 7a Sadzobníka súdnych poplatkov...“, v zmysle ktorej „... konanie vo veci náhrady škody spôsobenej nezákonným rozhodnutím orgánu verejnej moci alebo jeho nesprávnym úradným postupom, ktoré začalo do 30.09.2012 je podľa § 4 ods. 4 zákona o súdnych poplatkoch oslobodené aj v odvolacom konaní. Navrhovateľovi v týchto veciach podaním odvolania po 01.10.2012 poplatková povinnosť z odvolania nevzniká.“. Sťažovateľka v petite podaných sťažností vzhľadom na uvedené žiada, aby ústavný súd vydal nález, v ktorom vysloví porušenie ňou označených práv postupom krajského súdu, ako i napadnutými uzneseniami krajského súdu, zruší označené uznesenia krajského súdu, predmetné veci krajskému súdu vráti na ďalšie konanie a prizná jej primerané finančné zadosťučinenie, ako i úhradu trov konania. II. 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31a zákona o ústavnom súde ak tento zákon neustanovuje inak a povaha veci to nevylučuje, použijú sa na konanie pred ústavným súdom primerane ustanovenia Civilného sporového poriadku(...) V zmysle § 166 ods. 1 Civilného sporového poriadku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Zákon o ústavnom súde nemá osobitné ustanovenie o spojení vecí, avšak v súlade s citovaným § 31a zákona o ústavnom súde možno v konaní o sťažnosti podľa čl. 127 5</w:t>
      </w:r>
    </w:p>
    <w:p>
      <w:r>
        <w:t>ústavy použiť na prípadné spojenie vecí primerane § 166 ods. 1 Civilného sporového poriadku. S prihliadnutím na obsah sťažností uvedených vo výrokovej časti tohto uznesenia a z tohto obsahu vyplývajúcu právnu a skutkovú súvislosť týchto sťažností, a taktiež prihliadajúc na totožnosť v osobe sťažovateľky a krajského súdu, proti ktorému tieto sťažnosti smerujú, rozhodol ústavný súd, uplatniac citované právne normy, tak, ako to je uvedené v bode l výroku tohto uznesenia. III. Ústavný súd po preskúmaní predmetu týchto sťažností týkajúcich sa napadnutých rozhodnutí krajského súdu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v odvolacom konaní o potvrdení rozhodnutí/uznesení súdov prvého stupňa o povinnosti sťažovateľky zaplatiť súdny poplatok za podané odvolanie ako riadny opravný prostriedok, ako aj postupom, ktorý predchádzal ich vydaniu. Ústavný súd po preskúmaní predmetu aj týchto sťažností dospel k záveru, že z dôvodu, že sťažovateľkou použitá argumentácia v týchto sťažnostiach je identická s jej právnou argumentáciou, ktorú už použila v celom rade predošlých sťažností, ktorými sa ústavný súd v uplynulom období už zaoberal, sú dôvody odmietnutia sťažností v týchto prípadoch sťažovateľke nepochybne známe, a rovnako je jej známy aj právny názor ústavného súdu vyslovený na danú právnu problematiku. V dôsledku toho ústavný súd nepovažuje za potrebné uvádzať tie isté dôvody odmietnutia, ako to je aj v prípade týchto sťažností, pričom sa plne stotožňuje s dôvodmi svojich predchádzajúcich rozhodnutí (I. ÚS 453/2014, I. ÚS 517/2014, I. ÚS 763/2014, III. ÚS 514/2014, III. ÚS 620/2014, IV. ÚS 255/2014, IV. ÚS 266/2014, IV. ÚS 267/2014, IV. ÚS 268/2014, IV. ÚS 340/2014 atď.), ktoré skončili odmietnutím rovnakých sťažností sťažovateľky z dôvodov tam uvedených. Ústavný súd v posudzovaných prípadoch nemá dôvod meniť svoje už ustálené 6</w:t>
      </w:r>
    </w:p>
    <w:p>
      <w:r>
        <w:t>právne názory, a preto v podrobnostiach odkazuje na už citované svoje skoršie rozhodnutia, ktoré skončili rovnako odmietnutím z dôvodu ich zjavnej neopodstatnenosti podľa § 25 ods. 2 zákona o ústavnom súde. Reagujúc na sťažnostné námietky sťažovateľky [týkajúce sa okrem iného v tomktorom prípade i poukazu sťažovateľky na časť zápisnice z rokovania občianskoprávneho kolégia Krajského súdu v Banskej Bystrici z 27. novembra 2013 vo veci vzniku poplatkovej povinnosti podľa položky 7a sadzobníka súdnych poplatkov (bod 3)], ústavný súd v závere len stručne dodáva, že vo svojej judikatúre sa už neraz vyjadril i k otázke prípadnej rozdielnej interpretácie všeobecne záväzných právnych predpisov v rozhodovacej činnosti všeobecných súdov. Ústavný súd v kontexte zmieneného zastáva názor, že nie je jeho úlohou zjednocovať rozhodovaciu prax všeobecných súdov, lebo zjednocovanie rozhodovacej praxe je vecou odvolacích súdov, resp. Najvyššieho súdu Slovenskej republiky (I. ÚS 199/07, I. ÚS 235/07, I. ÚS 256/08). Pokiaľ ide o namietané porušenie označených práv zastavením dovolacieho konania pre nezaplatenie súdneho poplatku, ústavný súd pripomína, že dovolacie konanie je mimoriadnym konaním, keďže sa ním vstupuje do právoplatne skončených vecí. Preto nerešpektovanie formalizovaných podmienok náležitostí dovolania a predpokladov jeho prípustnosti, resp. zákonom ustanovených podmienok je dôvodom na zastavenie dovolacieho konania, čo je aj v záujme zachovania právnej istoty garantovanej v čl. 1 ods. 1 ústavy nevyhnutné. Uznesenia krajského súdu v tejto časti boli dostatočne odôvodnené, pričom sa opierali o konkrétne ustanovenie zákona o súdnych poplatkov a ustálenú rozhodovaciu prax všeobecných súdov. Z tohto dôvodu podľa názoru ústavného súdu nemožno za porušenie označených práv sťažovateľky považovať postup súdu, ktorý je v súlade s obsahom čl. 46 ods. 1 ústavy a čl. 6 ods. 1 dohovoru (obdobne IV. ÚS 32/2010, I. ÚS 136/2012). S prihliadnutím na postavenie ústavného súdu vo vzťahu k rozhodovacej činnosti všeobecných súdov, na odôvodnenosť napadnutých uznesení krajského súdu, ako aj s poukazom na to, že obsahom základného práva na súdnu ochranu podľa čl. 46 ods. 1 ústavy, ako aj práva na spravodlivé súdne konanie podľa čl. 6 ods. 1 dohovoru nie je právo 7</w:t>
      </w:r>
    </w:p>
    <w:p>
      <w:r>
        <w:t>na rozhodnutie v súlade s právnym názorom účastníka súdneho konania, resp. právo na úspech</w:t>
      </w:r>
    </w:p>
    <w:p>
      <w:r>
        <w:t>v</w:t>
      </w:r>
    </w:p>
    <w:p>
      <w:r>
        <w:t>konaní</w:t>
      </w:r>
    </w:p>
    <w:p>
      <w:r>
        <w:t>(obdobne</w:t>
      </w:r>
    </w:p>
    <w:p>
      <w:r>
        <w:t>napr.</w:t>
      </w:r>
    </w:p>
    <w:p>
      <w:r>
        <w:t>II. ÚS 218/02,</w:t>
      </w:r>
    </w:p>
    <w:p>
      <w:r>
        <w:t>III. ÚS 198/07,</w:t>
      </w:r>
    </w:p>
    <w:p>
      <w:r>
        <w:t>I. ÚS 265/07,</w:t>
      </w:r>
    </w:p>
    <w:p>
      <w:r>
        <w:t>III. ÚS 139/08), ústavný súd sťažnosti sťažovateľky odmietol z dôvodu ich zjavnej neopodstatnenosti. P o u č e n i e : Proti tomuto rozhodnutiu nemožno podať opravný prostriedok. V Košiciach 8. septembra 2016</w:t>
      </w:r>
    </w:p>
    <w:p>
      <w:r>
        <w:t>8</w:t>
      </w:r>
    </w:p>
    <w:p>
      <w:r>
        <w:t>Príloha k uzneseniu Ústavného súdu Slovenskej republiky sp. zn. II. ÚS 693/2016 1. Rvp 10181/2015 uznesenie Krajského súdu v Trnave sp. zn. 11 Co 623/2014 z 15. apríla 2015 2. Rvp 10182/2015 uznesenie Krajského súdu v Trnave sp. zn. 23 Co 616/2014 zo 17. marca 2015 3. Rvp 10183/2015 uznesenie Krajského súdu v Trnave sp. zn. 11 Co 630/2014 z 15. apríla 2015 4. Rvp 10184/2015 uznesenie Krajského súdu v Trnave sp. zn. 11 Co 661/2014 z 15. apríla 2015 5. Rvp 10185/2015 uznesenie Krajského súdu v Trnave sp. zn. 23 Co 647/2014 zo 17. marca 2015 6. Rvp 10186/2015 uznesenie Krajského súdu v Trnave sp. zn. 9 Co 141/2015 zo 14. apríla 2015 7. Rvp 10187/2015 uznesenie Krajského súdu v Trnave sp. zn. 9 Co 74/2015 zo 14. apríla 2015 8. Rvp 10188/2015 uznesenie Krajského súdu v Trnave sp. zn. 24 Co 495/2014 z 15. apríla 2015 9. Rvp 10189/2015 uznesenie Krajského súdu v Trnave sp. zn. 23 Co 778/2014 z 30. marca 2015 10. Rvp 10190/2015 uznesenie Krajského súdu v Trnave sp. zn. 23 Co 448/2014 z 1. apríla 2015 11. Rvp 10191/2015 uznesenie Krajského súdu v Trnave sp. zn. 23 Co 448/2014 z 19. januára 2015 12. Rvp 10192/2015 uznesenie Krajského súdu v Trnave sp. zn. 24 Co 640/2014 z 18. marca 2015 13. Rvp 10193/2015 uznesenie Krajského súdu v Trnave sp. zn. 11 Co 444/2014 z 22. apríla 2015 14. Rvp 10194/2015 uznesenie Krajského súdu v Trnave sp. zn. 23 Co 577/2014 z 30. marca 2015 15. Rvp 10195/2015 9</w:t>
      </w:r>
    </w:p>
    <w:p>
      <w:r>
        <w:t>uznesenie Krajského súdu v Trnave sp. zn. 23 Co 771/2014 z 30. marca 2015 16. Rvp 10196/2015 uznesenie Krajského súdu v Trnave sp. zn. 9 Co 143/2015 z 21. apríla 2015 17. Rvp 10197/2015 uznesenie Krajského súdu v Trnave sp. zn. 23 Co 769/2014 z 30. marca 2015 18. Rvp 10198/2015 uznesenie Krajského súdu v Trnave sp. zn. 23 Co 706/2014 z 30. marca 2015 19. Rvp 10826/2015 uznesenie Krajského súdu v Trnave sp. zn. 11 Co 671/2014 zo 6. mája 2015 20. Rvp 10827/2015 uznesenie Krajského súdu v Trnave sp. zn. 11 Co 690/2014 zo 6. mája 2015 21. Rvp 10828/2015 uznesenie Krajského súdu v Trnave sp. zn. 23 Co 715/2014 z 30. marca 2015 22. Rvp 10829/2015 uznesenie Krajského súdu v Trnave sp. zn. 24 Co 686/2014 z 15. apríla 2015 23. Rvp 10830/2015 uznesenie Krajského súdu v Trnave sp. zn. 11 Co 522/2014 zo 6. mája 2015 24. Rvp 10831/2015 uznesenie Krajského súdu v Trnave sp. zn. 23 Co 591/2014 zo 4. mája 2015 25. Rvp 10832/2015 uznesenie Krajského súdu v Trnave sp. zn. 11 Co 527/2014 z 22. apríla 2014 26. Rvp 10833/2015 uznesenie Krajského súdu v Trnave sp. zn. 11 Co 501/2014 zo 6. mája 2015 27. Rvp 10834/2015 uznesenie Krajského súdu v Trnave sp. zn. 25 Co 394/2014 zo 6. mája 2015 28. Rvp 10835/2015 uznesenie Krajského súdu v Trnave sp. zn. 11 Co 466/2014 z 22. apríla 2015 29. Rvp 10836/2015 uznesenie Krajského súdu v Trnave sp. zn. 26 Co 21/2015 zo 14. apríla 2015 30. Rvp 10837/2015 uznesenie Krajského súdu v Trnave sp. zn. 23 Co 542/2014 z 27. apríla 2015 10</w:t>
      </w:r>
    </w:p>
    <w:p>
      <w:r>
        <w:t>31. Rvp 10838/2015 uznesenie Krajského súdu v Trnave sp. zn. 24 Co 544/2014 zo 6. mája 2015 32. Rvp 10839/2015 uznesenie Krajského súdu v Trnave sp. zn. 24 Co 469/2014 z 29. apríla 2015 33. Rvp 10840/2015 uznesenie Krajského súdu v Trnave sp. zn. 24 Co 656/2014 z 15. apríla 2015 34. Rvp 10841/2015 uznesenie Krajského súdu v Trnave sp. zn. 11 Co 425/2014 z 15. apríla 2015 35. Rvp 10842/2015 uznesenie Krajského súdu v Trnave sp. zn. 23 Co 481/2014 z 30. marca 2015 36. Rvp 10843/2015 uznesenie Krajského súdu v Trnave sp. zn. 23 Co 561/2014 z 27. apríla 2015 37. Rvp 10844/2015 uznesenie Krajského súdu v Trnave sp. zn. 24 Co 482/2014 z 15. apríla 2015 38. Rvp 10845/2015 uznesenie Krajského súdu v Trnave sp. zn. 24 Co 476/2014 z 15. apríla 2015 39. Rvp 10846/2015 uznesenie Krajského súdu v Trnave sp. zn. 11 Co 442/2014 z 2. apríla 2015 40. Rvp 10847/2015 uznesenie Krajského súdu v Trnave sp. zn. 11 Co 740/2014 zo 6. mája 2015 41. Rvp 10848/2015 uznesenie Krajského súdu v Trnave sp. zn. 25 Co 379/2014 zo 6. mája 2015 42. Rvp 10849/2015 uznesenie Krajského súdu v Trnave sp. zn. 25 Co 390/2014 zo 6. mája 2015 43. Rvp 11241/2015 uznesenie Krajského súdu v Trnave sp. zn. 24 Co 552/2014 z 13. mája 2015 44. Rvp 11242/2015 uznesenie Krajského súdu v Trnave sp. zn. 24 Co 566/2014 z 13. mája 2015 45. Rvp 11243/2015 uznesenie Krajského súdu v Trnave sp. zn. 11 Co 650/2014 z 15. apríla 2015 11</w:t>
      </w:r>
    </w:p>
    <w:p>
      <w:r>
        <w:t>46. Rvp 11244/2015 uznesenie Krajského súdu v Trnave sp. zn. 25 Co 424/2014 z 20. mája 2015 47. Rvp 11245/2015 uznesenie Krajského súdu v Trnave sp. zn. 11 Co 648/2014 z 20. mája 2015 48. Rvp 11246/2015 uznesenie Krajského súdu v Trnave sp. zn. 11 Co 646/2014 z 20. mája 2015 49. Rvp 11247/2015 uznesenie Krajského súdu v Trnave sp. zn. 11 Co 640/2014 z 15. apríla 2015 50. Rvp 11248/2015 uznesenie Krajského súdu v Trnave sp. zn. 11 Co 642/2014 z 15. apríla 2015 51. Rvp 11249/2015 uznesenie Krajského súdu v Trnave sp. zn. 23 Co 512/2014 zo 14. apríla 2015 52. Rvp 11250/2015 uznesenie Krajského súdu v Trnave sp. zn. 9 Co 188/2015 zo 7. mája 2015 53. Rvp 11251/2015 uznesenie Krajského súdu v Trnave sp. zn. 23 Co 746/2014 z 20. apríla 2015 54. Rvp 11252/2015 uznesenie Krajského súdu v Trnave sp. zn. 23 Co 757/2014 z 20. apríla 2015 55. Rvp 11253/2015 uznesenie Krajského súdu v Trnave sp. zn. 23 Co 40/2015 zo 14. apríla 2015 56. Rvp 11759/2015 uznesenie Krajského súdu v Trnave sp. zn. 11 Co 432/2014 z 22. apríla 2015 57. Rvp 11760/2015 uznesenie Krajského súdu v Trnave sp. zn. 11 Co 495/2014 z 22. apríla 2015 58. Rvp 11761/2015 uznesenie Krajského súdu v Trnave sp. zn. 26 Co 11/2015 zo 14. apríla 2015 59. Rvp 11762/2015 uznesenie Krajského súdu v Trnave sp. zn. 25 Co 469/2014 zo 6. mája 2015 60. Rvp 11763/2015 uznesenie Krajského súdu v Trnave sp. zn. 9 Co 218/2015 z 26. mája 2015 61. Rvp 11764/2015 12</w:t>
      </w:r>
    </w:p>
    <w:p>
      <w:r>
        <w:t>uznesenie Krajského súdu v Trnave sp. zn. 11 Co 760/2014 z 3. júna 2015 62. Rvp 11765/2015 uznesenie Krajského súdu v Trnave sp. zn. 11 Co 762/2014 z 3. júna 2015 63. Rvp 11766/2015 uznesenie Krajského súdu v Trnave sp. zn. 24 Co 555/2014 z 13. mája 2015 64. Rvp 11767/2015 uznesenie Krajského súdu v Trnave sp. zn. 24 Co 606/2014 z 20. mája 2015 65. Rvp 11768/2015 uznesenie Krajského súdu v Trnave sp. zn. 11 Co 474/2014 zo 6. mája 2015 66. Rvp 11769/2015 uznesenie Krajského súdu v Trnave sp. zn. 11 Co 476/2014 z 22. apríla 2015 67. Rvp 11770/2015 uznesenie Krajského súdu v Trnave sp. zn. 25 Co 376/2014 z 20. mája 2015 68. Rvp 11771/2015 uznesenie Krajského súdu v Trnave sp. zn. 11 Co 481/2014 zo 6. mája 2015 69. Rvp 11772/2015 uznesenie Krajského súdu v Trnave sp. zn. 11 Co 605/2014 z 20. mája 2015 70. Rvp 11987/2015 uznesenie Krajského súdu v Trnave sp. zn. 25 Co 478/2014 z 10. júna 2015 71. Rvp 11988/2015 uznesenie Krajského súdu v Trnave sp. zn. 24 Co 713/2014 z 20. mája 2015 72. Rvp 11989/2015 uznesenie Krajského súdu v Trnave sp. zn. 23 Co 581/2014 z 19. júna 2015 73. Rvp 11990/2015 uznesenie Krajského súdu v Trnave sp. zn. 11 Co 514/2014 zo 6. mája 2015 74. Rvp 11991/2015 uznesenie Krajského súdu v Trnave sp. zn. 26 Co 311/2014 z 27. januára 2015 75. Rvp 12332/2015 uznesenie Krajského súdu v Trnave sp. zn. 10 Co 426/2014 z 22. júla 2015 76. Rvp 12333/2015 uznesenie Krajského súdu v Trnave sp. zn. 24 Co 632/2014 z 24. júna 2015 13</w:t>
      </w:r>
    </w:p>
    <w:p>
      <w:r>
        <w:t>77. Rvp 12334/2015 uznesenie Krajského súdu v Trnave sp. zn. 24 Co 632/2014 z 24. júna 2015 78. Rvp 12335/2015 uznesenie Krajského súdu v Trnave sp. zn. 24 Co 342/2015 z 24. júna 2015 79. Rvp 12336/2015 uznesenie Krajského súdu v Trnave sp. zn. 23 Co 283/2015 z 24. júna 2015 80. Rvp 12337/2015 uznesenie Krajského súdu v Trnave sp. zn. 24 Co 344/2015 z 10. júna 2015 81. Rvp 12338/2015 uznesenie Krajského súdu v Trnave sp. zn. 24 Co 307/2015 z 10. júna 2015 82. Rvp 12339/2015 uznesenie Krajského súdu v Trnave sp. zn. 26 Co 193/2015 z 26. mája 2015 83. Rvp 12340/2015 uznesenie Krajského súdu v Trnave sp. zn. 23 Co 601/2014 zo 4. mája 2015 84. Rvp 12341/2015 uznesenie Krajského súdu v Trnave sp. zn. 11 Co 654/2014 z 15. apríla 2015 85. Rvp 12342/2015 uznesenie Krajského súdu v Trnave sp. zn. 25 Co 466/2014 z 10. júna 2015 86. Rvp 12343/2015 uznesenie Krajského súdu v Trnave sp. zn. 25 Co 460/2014 z 10. júna 2015 87. Rvp 12344/2015 uznesenie Krajského súdu v Trnave sp. zn. 11 Co 534/2014 zo 6. mája 2015 88. Rvp 12345/2015 uznesenie Krajského súdu v Trnave sp. zn. 23 Co 609/2014 zo 4. mája 2015 89. Rvp 12346/2015 uznesenie Krajského súdu v Trnave sp. zn. 23 Co 603/2014 zo 4. mája 2015 90. Rvp 12347/2015 uznesenie Krajského súdu v Trnave sp. zn. 11 Co 607/2014 z 20. mája 2015 91. Rvp 12348/2015 uznesenie Krajského súdu v Trnave sp. zn. 11 Co 652/2014 z 15. apríla 2015 14</w:t>
      </w:r>
    </w:p>
    <w:p>
      <w:r>
        <w:t>92. Rvp 12349/2015 uznesenie Krajského súdu v Trnave sp. zn. 11 Co 842/2014 z 10. júna 2015 93. Rvp 12630/2015 uznesenie Krajského súdu v Trnave sp. zn. 26 Co 198/2015 z 26. mája 2015 94. Rvp 12631/2015 uznesenie Krajského súdu v Trnave sp. zn. 26 Co 181/2015 z 26. mája 2015 95. Rvp 12632/2015 uznesenie Krajského súdu v Trnave sp. zn. 25 Co 506/2014 z 10. júna 2015 96. Rvp 12633/2015 uznesenie Krajského súdu v Trnave sp. zn. 26 Co 195/2015 z 26. mája 2015 97. Rvp 12634/2015 uznesenie Krajského súdu v Trnave sp. zn. 9 Co 6/2015 z 24. februára 2015 98. Rvp 12635/2015 uznesenie Krajského súdu v Trnave sp. zn. 9 Co 7/2015 z 24. februára 2015 99. Rvp 12636/2015 uznesenie Krajského súdu v Trnave sp. zn. 9 Co 16/2015 z 24. februára 2015 100. Rvp 12637/2015 uznesenie Krajského súdu v Trnave sp. zn. 26 Co 5/2015 zo 14. apríla 2015 101. Rvp 12638/2015 uznesenie Krajského súdu v Trnave sp. zn. 24 Co 608/2014 z 10. júna 2015 102. Rvp 12639/2015 uznesenie Krajského súdu v Trnave sp. zn. 25 Co 444/2014 z 10. júna 2015 103. Rvp 12718/2015 uznesenie Krajského súdu v Trnave sp. zn. 26 Co 200/2015 z 26. mája 2015 104. Rvp 12719/2015 uznesenie Krajského súdu v Trnave sp. zn. 26 Co 220/2015 z 26. mája 2015 105. Rvp 12720/2015 uznesenie Krajského súdu v Trnave sp. zn. 23 Co 632/2014 z 8. júna 2015 106. Rvp 12721/2015 uznesenie Krajského súdu v Trnave sp. zn. 11 Co 541/2014 z 10. júna 2015 107. Rvp 12722/2015 15</w:t>
      </w:r>
    </w:p>
    <w:p>
      <w:r>
        <w:t>uznesenie Krajského súdu v Trnave sp. zn. 11 Co 550/2014 z 10. jún 2015 108. Rvp 12723/2015 uznesenie Krajského súdu v Trnave sp. zn. 25 Co 572/2014 z 1. júla 2015 109. Rvp 12724/2015 uznesenie Krajského súdu v Trnave sp. zn. 24 Co 749/2014 z 1. júla 2015 110. Rvp 12725/2015 uznesenie Krajského súdu v Trnave sp. zn. 23 Co 625/2014 z 8. júna 2015 111. Rvp 13129/2015 uznesenie Krajského súdu v Trnave sp. zn. 25 Co 471/2014 z 9. júna 2015 112. Rvp 13300/2015 uznesenie Krajského súdu v Trnave sp. zn. 25 Co 543/2014 z 8. júla 2015 113. Rvp 13301/2015 uznesenie Krajského súdu v Trnave sp. zn. 24 Co 669/2014 z 1. júla 2015 114. Rvp 13302/2015 uznesenie Krajského súdu v Trnave sp. zn. 24 Co 58/2014 z 1. júla 2015 115. Rvp 13303/2015 uznesenie Krajského súdu v Trnave sp. zn. 11 Co 603/2014 z 10. júna 2015 116. Rvp 13304/2015 uznesenie Krajského súdu v Trnave sp. zn. 25 Co 494/2014 z 1. júla 2015 117. Rvp 13305/2015 uznesenie Krajského súdu v Trnave sp. zn. 11 Co 813/2014 z 15. júla 2015 118. Rvp 13306/2015 uznesenie Krajského súdu v Trnave sp. zn. 24 Co 794/2014 z 10. júna 2015 119. Rvp 13307/2015 uznesenie Krajského súdu v Trnave sp. zn. 24 Co 624/2014 z 1. júla 2015 120. Rvp 13308/2015 uznesenie Krajského súdu v Trnave sp. zn. 24 Co 816/2014 z 24. júna 2015 121. Rvp 13309/2015 uznesenie Krajského súdu v Trnave sp. zn. 24 Co 662/2014 z 1. júla 2015 122. Rvp 13310/2015 uznesenie Krajského súdu v Trnave sp. zn. 24 Co 847/2014 z 24. júna 2015 16</w:t>
      </w:r>
    </w:p>
    <w:p>
      <w:r>
        <w:t>123. Rvp 13311/2015 uznesenie Krajského súdu v Trnave sp. zn. 24 Co 774/2014 z 10. júna 2015 124. Rvp 13312/2015 uznesenie Krajského súdu v Trnave sp. zn. 24 Co 757/2014 z 1. júla 2015 125. Rvp 13313/2015 uznesenie Krajského súdu v Trnave sp. zn. 25 Co 561/2014 z 8. júla 2015 126. Rvp 13314/2015 uznesenie Krajského súdu v Trnave sp. zn. 24 Co 705/2014 z 24. júna 2015 127. Rvp 13315/2015 uznesenie Krajského súdu v Trnave sp. zn. 25 Co 524/2014 z 8. júla 2015 128. Rvp 13421/2015 uznesenie Krajského súdu v Trnave sp. zn. 25 Co 511/2014 z 1. júla 2015 129. Rvp 13422/2015 uznesenie Krajského súdu v Trnave sp. zn. 11 Co 619/2014 z 20. mája 2015 130. Rvp 13423/2015 uznesenie Krajského súdu v Trnave sp. zn. 11 Co 794/2014 z 10. júna 2015 131. Rvp 13424/2015 uznesenie Krajského súdu v Trnave sp. zn. 25 Co 399/2014 z 20. mája 2015 132. Rvp 13624/2015 uznesenie Krajského súdu v Trnave sp. zn. 24 Co 647/2014 z 1. júla 2015 133. Rvp 13625/2015 uznesenie Krajského súdu v Trnave sp. zn. 24 Co 642/2014 z 3. júna 2015 134. Rvp 13626/2015 uznesenie Krajského súdu v Trnave sp. zn. 24 Co 653/2014 z 10. júna 2015 135. Rvp 13627/2015 uznesenie Krajského súdu v Trnave sp. zn. 9 Co 329/2014 z 24. júna 2015 136. Rvp 13628/2015 uznesenie Krajského súdu v Trnave sp. zn. 25 Co 488/2014 z 24. júna 2015 137. Rvp 13629/2015 uznesenie Krajského súdu v Trnave sp. zn. 25 Co 517/2014 z 1. júla 2015 17</w:t>
      </w:r>
    </w:p>
    <w:p>
      <w:r>
        <w:t>138. Rvp 13630/2015 uznesenie Krajského súdu v Trnave sp. zn. 25 Co 486/2014 z 10. júna 2015 139. Rvp 13631/2015 uznesenie Krajského súdu v Trnave sp. zn. 24 Co 644/2014 z 1. júla 2015 140. Rvp 13632/2015 uznesenie Krajského súdu v Trnave sp. zn. 11 Co 713/2014 z 15. júla 2015 141. Rvp 13633/2015 uznesenie Krajského súdu v Trnave sp. zn. 9 Co 314/2014 z 24. júna 2015 142. Rvp 13634/2015 uznesenie Krajského súdu v Trnave sp. zn. 11 Co 668/2014 z 24. júna 2014 143. Rvp 13635/2015 uznesenie Krajského súdu v Trnave sp. zn. 25 Co 482/2014 z 10. júna 2015 144. Rvp 13636/2015 uznesenie Krajského súdu v Trnave sp. zn. 25 Co 549/2014 z 8. júla 2015 145. Rvp 13637/2015 uznesenie Krajského súdu v Trnave sp. zn. 9 Co 335/2014 z 24. júna 2014 146. Rvp 13638/2015 uznesenie Krajského súdu v Trnave sp. zn. 11 Co 658/2014 z 10. júna 2015 147. Rvp 13639/2015 uznesenie Krajského súdu v Trnave sp. zn. 24 Co 722/2014 z 1. júla 2015 148. Rvp 13640/2015 uznesenie Krajského súdu v Trnave sp. zn. 11 Co 722/2014 z 13. júla 2015 149. Rvp 13641/2015 uznesenie Krajského súdu v Trnave sp. zn. 25 Co 567/2014 z 1. júla 2015 150. Rvp 13642/2015 uznesenie Krajského súdu v Trnave sp. zn. 9 Co 319/2014 z 24. júna 2015 151. Rvp 13643/2015 uznesenie Krajského súdu v Trnave sp. zn. 9 Co 317/2014 z 24. júna 2015 152. Rvp 13644/2015 uznesenie Krajského súdu v Trnave sp. zn. 24 Co 675/2014 z 1. júla 2015 153. Rvp 13645/2015 18</w:t>
      </w:r>
    </w:p>
    <w:p>
      <w:r>
        <w:t>uznesenie Krajského súdu v Trnave sp. zn. 25 Co 503/2014 z 1. júla 2015 154. Rvp 13646/2015 uznesenie Krajského súdu v Trnave sp. zn. 11 Co 686/2014 z 10. júna 2015 155. Rvp 13647/2015 uznesenie Krajského súdu v Trnave sp. zn. 23 Co 641/2014 z 8. júna 2015 156. Rvp 13648/2015 uznesenie Krajského súdu v Trnave sp. zn. 24 Co 690/2014 z 1. júla 2015 157. Rvp 13846/2015 uznesenie Krajského súdu v Trnave sp. zn. 11 Co 674/2014 z 15. júla 2014 158. Rvp 13847/2015 uznesenie Krajského súdu v Trnave sp. zn. 24 Co 37/2015 z 8. júla 2015 159. Rvp 13848/2015 uznesenie Krajského súdu v Trnave sp. zn. 24 Co 23/2015 z 8. júla 2015 160. Rvp 13849/2015 uznesenie Krajského súdu v Trnave sp. zn. 23 Co 712/2014 z 20. júla 2015 161. Rvp 13850/2015 uznesenie Krajského súdu v Trnave sp. zn. 23 Co 38/2015 z 27. júla 2015 162. Rvp 13851/2015 uznesenie Krajského súdu v Trnave sp. zn. 11 Co 803/2014 z 15. júla 2015 163. Rvp 14097/2015 uznesenie Krajského súdu v Trnave sp. zn. 9 Co 384/2014 z 28. júla 2015 164. Rvp 14098/2015 uznesenie Krajského súdu v Trnave sp. zn. 23 Co 643/2014 z 20. júla 2015 165. Rvp 14099/2015 uznesenie Krajského súdu v Trnave sp. zn. 11 Co 684/2014 z 15. júla 2015 166. Rvp 14457/2015 uznesenie Krajského súdu v Trnave sp. zn. 23 Co 731/2014 z 20. júla 2015 167. Rvp 14458/2015 uznesenie Krajského súdu v Trnave sp. zn. 24 Co 845/2014 z 24. júna 2015 168. Rvp 14459/2015 uznesenie Krajského súdu v Trnave sp. zn. 11 Co 810/2014 z 15. júla 2015 19</w:t>
      </w:r>
    </w:p>
    <w:p>
      <w:r>
        <w:t>169. Rvp 14460/2015 uznesenie Krajského súdu v Trnave sp. zn. 26 Co 260/2015 z 31. júla 2015 170. Rvp 14461/2015 uznesenie Krajského súdu v Trnave sp. zn. 26 Co 294/2015 z 31. júla 2015 171. Rvp 14462/2015 uznesenie Krajského súdu v Trnave sp. zn. 11 Co 721/2014 z 15. júla 2015 172. Rvp 14463/2015 uznesenie Krajského súdu v Trnave sp. zn. 11 Co 782/2014 z 12. augusta 2015 173. Rvp 14464/2015 uznesenie Krajského súdu v Trnave sp. zn. 25 Co 530/2014 z 1. júla 2015 174. Rvp 14465/2015 uznesenie Krajského súdu v Trnave sp. zn. 26 Co 301/2015 z 31. júla 2015 175. Rvp 14466/2015 uznesenie Krajského súdu v Trnave sp. zn. 11 Co 705/2014 z 15. júla 2015 176. Rvp 14467/2015 uznesenie Krajského súdu v Trnave sp. zn. 23 Co 664/2014 z 20. júla 2015 177. Rvp 14468/2015 uznesenie Krajského súdu v Trnave sp. zn. 26 Co 522/2015 z 31. júla 2015 178. Rvp 14469/2015 uznesenie Krajského súdu v Trnave sp. zn. 11 Co 822/2014 z 12. augusta 2015 179. Rvp 14470/2015 uznesenie Krajského súdu v Trnave sp. zn. 24 Co 826/2014 z 1. júla 2015 180. Rvp 14471/2015 uznesenie Krajského súdu v Trnave sp. zn. 24 Co 182/2015 z 8. júla 2015 181. Rvp 14472/2015 uznesenie Krajského súdu v Trnave sp. zn. 11 Co 656/2014 z 15. júla 2015 182. Rvp 14473/2015 uznesenie Krajského súdu v Trnave sp. zn. 11 Co 707/2014 z 15. júla 2015 183. Rvp 14474/2015 uznesenie Krajského súdu v Trnave sp. zn. 11 Co 772/2014 z 11. augusta 2015 20</w:t>
      </w:r>
    </w:p>
    <w:p>
      <w:r>
        <w:t>184. Rvp 14475/2015 uznesenie Krajského súdu v Trnave sp. zn. 11 Co 583/2014 z 10. júna 2015 185. Rvp 14570/2015 uznesenie Krajského súdu v Trnave sp. zn. 10 Co 365/2015 z 15. júla 2015 186. Rvp 14571/2015 uznesenie Krajského súdu v Trnave sp. zn. 25 Co 1/2015 z 2. septembra 2015 187. Rvp 14572/2015 uznesenie Krajského súdu v Trnave sp. zn. 25 Co 28/2015 z 2. septembra 2015 188. Rvp 14573/2015 uznesenie Krajského súdu v Trnave sp. zn. 24 Co 733/2014 z 26. augusta 2015 189. Rvp 14574/2015 uznesenie Krajského súdu v Trnave sp. zn. 11 Co 725/2014 zo 14. augusta 2015 190. Rvp 14575/2015 uznesenie Krajského súdu v Trnave sp. zn. 9 Co 371/2015 z 29. septembra 2015 191. Rvp 14711/2015 uznesenie Krajského súdu v Trnave sp. zn. 11 Co 663/2015 z 15. júla 2015 192. Rvp 14712/2015 uznesenie Krajského súdu v Trnave sp. zn. 11 Co 790/2014 z 15. júla 2015 193. Rvp 14713/2015 uznesenie Krajského súdu v Trnave sp. zn. 9 Co 394/2014 z 30. júla 2015 194. Rvp 15157/2015 uznesenie Krajského súdu v Trnave sp. zn. 24 Co 47/2015 z 26. augusta 2015 195. Rvp 15158/2015 uznesenie Krajského súdu v Trnave sp. zn. 26 Co 97/2015 z 11. augusta 2015 196. Rvp 15159/2015 uznesenie Krajského súdu v Trnave sp. zn. 26 Co 59/2015 z 11. augusta 2015 197. Rvp 15160/2015 uznesenie Krajského súdu v Trnave sp. zn. 24 Co 584/2015 z 26. augusta 2015 198. Rvp 15161/2015 uznesenie Krajského súdu v Trnave sp. zn. 24 Co 60/2015 z 26. augusta 2015 199. Rvp 15162/2015 21</w:t>
      </w:r>
    </w:p>
    <w:p>
      <w:r>
        <w:t>uznesenie Krajského súdu v Trnave sp. zn. 9 Co 338/2014 z 11. augusta 2015 200. Rvp 15163/2015 uznesenie Krajského súdu v Trnave sp. zn. 9 Co 404/2014 z 11. augusta 2015 201. Rvp 15164/2015 uznesenie Krajského súdu v Trnave sp. zn. 25 Co 598/2014 z 31. augusta 2015 202. Rvp 15165/2015 uznesenie Krajského súdu v Trnave sp. zn. 25 Co 43/2015 z 31. augusta 2015 203. Rvp 15166/2015 uznesenie Krajského súdu v Trnave sp. zn. 25 Co 41/2015 z 31. augusta 2015 204. Rvp 15167/2015 uznesenie Krajského súdu v Trnave sp. zn. 25 Co 59/2015 z 12. augusta 2015 205. Rvp 15168/2015 uznesenie Krajského súdu v Trnave sp. zn. 26 Co 112/2015 z 11. augusta 2015 206. Rvp 15169/2015 uznesenie Krajského súdu v Trnave sp. zn. 26 Co 313/2015 z 11. augusta 2015 207. Rvp 15170/2015 uznesenie Krajského súdu v Trnave sp. zn. 26 Co 54/2015 z 11. augusta 2015 208. Rvp 15171/2015 uznesenie Krajského súdu v Trnave sp. zn. 25 Co 591/2014 z 31. augusta 2015 209. Rvp 15172/2015 uznesenie Krajského súdu v Trnave sp. zn. 23 Co 89/2015 z 12. augusta 2015 210. Rvp 15173/2015 uznesenie Krajského súdu v Trnave sp. zn. 23 Co 77/2015 z 12. augusta 2015 211. Rvp 15174/2015 uznesenie Krajského súdu v Trnave sp. zn. 23 Co 752/2014 z 24. augusta 2015 212. Rvp 15175/2015 uznesenie Krajského súdu v Trnave sp. zn. 9 Co 416/2014 z 11. augusta 2015 213. Rvp 15340/2015 uznesenie Krajského súdu v Trnave sp. zn. 23 Co 57/2015 z 12. augusta 2015 214. Rvp 15341/2015 uznesenie Krajského súdu v Trnave sp. zn. 26 Co 123/2015 z 11. augusta 2015 22</w:t>
      </w:r>
    </w:p>
    <w:p>
      <w:r>
        <w:t>215. Rvp 15342/2015 uznesenie Krajského súdu v Trnave sp. zn. 23 Co 801/2014 z 24. augusta 2015 216. Rvp 15343/2015 uznesenie Krajského súdu v Trnave sp. zn. 25 Co 617/2014 z 31. augusta 2015 217. Rvp 15344/2015 uznesenie Krajského súdu v Trnave sp. zn. 9 Co 243/2015 z 8. septembra 2015 218. Rvp 15345/2015 uznesenie Krajského súdu v Trnave sp. zn. 26 Co 380/2014 z 31. júla 2015 219. Rvp 15548/2015 uznesenie Krajského súdu v Trnave sp. zn. 24 Co 791/2014 z 23. septembra 2015 220. Rvp 15549/2015 uznesenie Krajského súdu v Trnave sp. zn. 23 Co 120/2015 z 21. septembra 2015 221. Rvp 15672/2015 uznesenie Krajského súdu v Trnave sp. zn. 25 Co 56/2015 z 2. septembra 2015 222. Rvp 15673/2015 uznesenie Krajského súdu v Trnave sp. zn. 11 Co 766/2014 z 9. septembra 2015 223. Rvp 15674/2015 uznesenie Krajského súdu v Trnave sp. zn. 26 Co 278/2015 z 8. septembra 2015 224. Rvp 15675/2015 uznesenie Krajského súdu v Trnave sp. zn. 24 Co 720/2014 z 26. augusta 2015 225. Rvp 15676/2015 uznesenie Krajského súdu v Trnave sp. zn. 24 Co 828/2014 z 23. septembra 2015 226. Rvp 15677/2015 uznesenie Krajského súdu v Trnave sp. zn. 9 Co 341/2014 zo 17. septembra 2015 227. Rvp 15678/2015 uznesenie Krajského súdu v Trnave sp. zn. 9 Co 333/2014 z 11. augusta 2015 228. Rvp 15679/2015 uznesenie Krajského súdu v Trnave sp. zn. 9 Co 327/2014 z 11. augusta 2015 229. Rvp 15680/2015 uznesenie Krajského súdu v Trnave sp. zn. 9 Co 331/2014 z 11. augusta 2015 23</w:t>
      </w:r>
    </w:p>
    <w:p>
      <w:r>
        <w:t>230. Rvp 15681/2015 Napadnuté: uznesenie Krajského súdu v Trnave sp. zn. 26 Co 257/2015 z 11. augusta 2015 231. Rvp 15682/2015 uznesenie Krajského súdu v Trnave sp. zn. 24 Co 822/2014 z 30. septembra 2015 232. Rvp 15683/2015 uznesenie Krajského súdu v Trnave sp. zn. 11 Co 56/2015 z 23. septembra 2015 233. Rvp 15684/2015 uznesenie Krajského súdu v Trnave sp. zn. 9 Co 251/2015 z 8. septembra 2015 234. Rvp 15685/2015 uznesenie Krajského súdu v Trnave sp. zn. 25 Co 37/2015 z 31. augusta 2015 235. Rvp 15686/2015 uznesenie Krajského súdu v Trnave sp. zn. 25 Co 619/2014 z 23. septembra 2015 236. Rvp 15687/2015 uznesenie Krajského súdu v Trnave sp. zn. 24 Co 121/2015 z 9. septembra 2015 237. Rvp 15688/2015 uznesenie Krajského súdu v Trnave sp. zn. 24 Co 802/2014 z 23. septembra 2015 238. Rvp 15689/2015 uznesenie Krajského súdu v Trnave sp. zn. 24 Co 762/2014 z 23. septembra 2015 239. Rvp 15690/2015 uznesenie Krajského súdu v Trnave sp. zn. 23 Co 82/2015 z 21. septembra 2015 240. Rvp 16082/2015 uznesenie Krajského súdu v Trnave sp. zn. 23 Co 743/2014 z 21. septembra 2015 241. Rvp 16083/2015 uznesenie Krajského súdu v Trnave sp. zn. 9 Co 309/2015 z 22. septembra 2015 242. Rvp 16084/2015 uznesenie Krajského súdu v Trnave sp. zn. 9 Co 329/2015 z 22. septembra 2015 243. Rvp 16085/2015 uznesenie Krajského súdu v Trnave sp. zn. 9 Co 349/2014 zo 17. septembra 2015 244. Rvp 16086/2015 uznesenie Krajského súdu v Trnave sp. zn. 9 Co 34/2015 z 22. septembra 2015 24</w:t>
      </w:r>
    </w:p>
    <w:p>
      <w:r>
        <w:t>245. Rvp 16087/2015 uznesenie Krajského súdu v Trnave sp. zn. 11 Co 38/2015 zo 7. októbra 2015 246. Rvp 16088/2015 uznesenie Krajského súdu v Trnave sp. zn. 23 Co 786/2014 z 24. augusta 2015 247. Rvp 16089/2015 uznesenie Krajského súdu v Trnave sp. zn. 25 Co 608/2014 z 23. septembra 2015 248. Rvp 16744/2015 uznesenie Krajského súdu v Trnave sp. zn. 9 Co 356/2015 z 20. októbra 2015 249. Rvp 16745/2015 uznesenie Krajského súdu v Trnave sp. zn. 23 Co 153/2015 z 19. októbra 2015 250. Rvp 16746/2015 uznesenie Krajského súdu v Trnave sp. zn. 23 Co 686/2015 z 19. októbra 2015 251. Rvp 16747/2015 uznesenie Krajského súdu v Trnave sp. zn. 23 Co 737/2014 zo 7. októbra 2015 252. Rvp 16748/2015 uznesenie Krajského súdu v Trnave sp. zn. 24 Co 1/2015 z 28. októbra 2015 253. Rvp 16749/2015 uznesenie Krajského súdu v Trnave sp. zn. 10 Co 547/2015 z 24. septembra 2015 254. Rvp 16750/2015 uznesenie Krajského súdu v Trnave sp. zn. 10 Co 546/2015 z 24. septembra 2015 255. Rvp 16751/2015 uznesenie Krajského súdu v Trnave sp. zn. 23 Co 440/2014 z 28. septembra 2015 256. Rvp 16752/2015 uznesenie Krajského súdu v Trnave sp. zn. 9 Co 353/2015 z 22. septembra 2015 257. Rvp 16753/2015 uznesenie Krajského súdu v Trnave sp. zn. 11 Co 42/2015 z 18. novembra 2015 258. Rvp 16754/2015 uznesenie Krajského súdu v Trnave sp. zn. 11 Co 865/2014 z 30. októbra 2015 259. Rvp 16755/2015 uznesenie Krajského súdu v Trnave sp. zn. 25 Co 203/2015 z 9. novembra 2015 260. Rvp 16756/2015 25</w:t>
      </w:r>
    </w:p>
    <w:p>
      <w:r>
        <w:t>uznesenie Krajského súdu v Trnave sp. zn. 24 Co 117/2015 zo 4. novembra 2015 261. Rvp 16757/2015 uznesenie Krajského súdu v Trnave sp. zn. 9 Co 318/2015 z 20. októbra 2015 262. Rvp 16758/2015 uznesenie Krajského súdu v Trnave sp. zn. 9 Co 127/2015 z 20. októbra 2015 263. Rvp 16759/2015 uznesenie Krajského súdu v Trnave sp. zn. 9 Co 1/2015 z 20. októbra 2015 264. Rvp 16760/2015 uznesenie Krajského súdu v Trnave sp. zn. 9 Co 475/2015 z 20. októbra 2015 265. Rvp 16761/2015 uznesenie Krajského súdu v Trnave sp. zn. 9 Co 95/2015 z 20. októbra 2015 266. Rvp 16762/2015 uznesenie Krajského súdu v Trnave sp. zn. 9 Co 357/2015 z 20. októbra 2015 267. Rvp 16763/2015 uznesenie Krajského súdu v Trnave sp. zn. 23 Co 63/2015 z 28. septembra 2015 268. Rvp 16764/2015 uznesenie Krajského súdu v Trnave sp. zn. 25 Co 113/2015 zo 14. októbra 2015 269. Rvp 16765/2015 uznesenie Krajského súdu v Trnave sp. zn. 23 Co 164/2015 z 5. októbra 2015 270. Rvp 16766/2015 uznesenie Krajského súdu v Trnave sp. zn. 23 Co 630/2014 zo 7. októbra 2015 271. Rvp 16767/2015 uznesenie Krajského súdu v Trnave sp. zn. 25 Co 109/2015 zo 14. októbra 2015 272. Rvp 16768/2015 uznesenie Krajského súdu v Trnave sp. zn. 11 Co 89/2015 zo 7. októbra 2015 273. Rvp 16769/2015 uznesenie Krajského súdu v Trnave sp. zn. 24 Co 171/2015 z 30. septembra 2015 274. Rvp 16770/2015 uznesenie Krajského súdu v Trnave sp. zn. 24 Co 173/2015 z 30. septembra 2015 275. Rvp 16771/2015 uznesenie Krajského súdu v Trnave sp. zn. 23 Co 159/2015 z 5. októbra 2015 26</w:t>
      </w:r>
    </w:p>
    <w:p>
      <w:r>
        <w:t>276. Rvp 16772/2015 uznesenie Krajského súdu v Trnave sp. zn. 11 Co 844/2014 zo 14. októbra 2015 277. Rvp 16773/2015 uznesenie Krajského súdu v Trnave sp. zn. 24 Co 159/2015 z 30. septembra 2015 278. Rvp 16774/2015 uznesenie Krajského súdu v Trnave sp. zn. 23 Co 493/2015 z 30. septembra 2015 279. Rvp 16775/2015 uznesenie Krajského súdu v Trnave sp. zn. 23 Co 502/2014 z 5. októbra 2015 280. Rvp 16776/2015 uznesenie Krajského súdu v Trnave sp. zn. 11 Co 633/2014 zo 4. júla 2015 281. Rvp 16777/2015 uznesenie Krajského súdu v Trnave sp. zn. 24 Co 25/2015 zo 7. októbra 2015 282. Rvp 16778/2015 uznesenie Krajského súdu v Trnave sp. zn. 9 Co 50/2015 z 22. septembra 2015 283. Rvp 16779/2015 uznesenie Krajského súdu v Trnave sp. zn. 23 Co 61/2015 z 28. septembra 2015 284. Rvp 16780/2015 uznesenie Krajského súdu v Trnave sp. zn. 9 Co 23/2015 zo 17. septembra 2015 285. Rvp 16781/2015 uznesenie Krajského súdu v Trnave sp. zn. 23 Co 761/2014 z 30. septembra 2015 286. Rvp 16782/2015 uznesenie Krajského súdu v Trnave sp. zn. 25 Co 84/2015 zo 14. októbra 2015 287. Rvp 16783/2015 uznesenie Krajského súdu v Trnave sp. zn. 11 Co 846/2014 zo 14. októbra 2015 288. Rvp 16784/2015 uznesenie Krajského súdu v Trnave sp. zn. 23 Co 410/2015 z 30. septembra 2015 289. Rvp 16785/2015 uznesenie Krajského súdu v Trnave sp. zn. 23 Co 803/2014 z 21. septembra 2015 290. Rvp 16786/2015 uznesenie Krajského súdu v Trnave sp. zn. 23 Co 680/2014 z 5. októbra 2015 27</w:t>
      </w:r>
    </w:p>
    <w:p>
      <w:r>
        <w:t>291. Rvp 16787/2015 uznesenie Krajského súdu v Trnave sp. zn. 23 Co 279/2014 z 5. októbra 2015 292. Rvp 16788/2015 uznesenie Krajského súdu v Trnave sp. zn. 24 Co 9/2015 z 8. júla 2015 293. Rvp 16789/2015 uznesenie Krajského súdu v Trnave sp. zn. 11 Co 635/2014 z 15. apríla 2015 294. Rvp 16790/2015 uznesenie Krajského súdu v Trnave sp. zn. 24 Co 11/2015 z 8. júla 2015 295. Rvp 16791/2015 uznesenie Krajského súdu v Trnave sp. zn. 11 Co 10/2015 z 15. júla 2015 296. Rvp 16792/2015 uznesenie Krajského súdu v Trnave sp. zn. 11 Co 8/2015 z 15. júla 2015 297. Rvp 16793/2015 uznesenie Krajského súdu v Trnave sp. zn. 24 Co 635/2014 z 1. júla 2015 298. Rvp 16794/2015 uznesenie Krajského súdu v Trnave sp. zn. 11 Co 19/2015 z 15. júla 2015 299. Rvp 16795/2015 uznesenie Krajského súdu v Trnave sp. zn. 23 Co 20/2015 z 27. júla 2015 300. Rvp 16796/2015 uznesenie Krajského súdu v Trnave sp. zn. 11 Co 6/2015 zo 14. augusta 2015 301. Rvp 16797/2015 uznesenie Krajského súdu v Trnave sp. zn. 9 Co 354/2015 z 22. septembra 2015 302. Rvp 16798/2015 uznesenie Krajského súdu v Trnave sp. zn. 25 Co 8/2015 z 30. septembra 2015 303. Rvp 16799/2015 uznesenie Krajského súdu v Trnave sp. zn. 9 Co 360/2014 zo 17. septembra 2015 304. Rvp 16800/2015 uznesenie Krajského súdu v Trnave sp. zn. 25 Co 6/2015 z 30. septembra 2015 305. Rvp 16801/2015 uznesenie Krajského súdu v Trnave sp. zn. 23 Co 18/2015 z 27. júla 2015 306. Rvp 16802/2015 28</w:t>
      </w:r>
    </w:p>
    <w:p>
      <w:r>
        <w:t>uznesenie Krajského súdu v Trnave sp. zn. 23 Co 653/2014 z 20. júla 2015 307. Rvp 16803/2015 uznesenie Krajského súdu v Trnave sp. zn. 23 Co 701/2014 z 5. októbra 2015 308. Rvp 16804/2015 uznesenie Krajského súdu v Trnave sp. zn. 24 Co 843/2014 zo 7. októbra 2015 309. Rvp 16805/2015 uznesenie Krajského súdu v Trnave sp. zn. 24 Co 781/2014 z 23. septembra 2015 310. Rvp 16806/2015 uznesenie Krajského súdu v Trnave sp. zn. 23 Co 537/2014 z 23. septembra 2015 311. Rvp 16807/2015 uznesenie Krajského súdu v Trnave sp. zn. 23 Co 782/2014 zo 7. októbra 2015 312. Rvp 16808/2015 uznesenie Krajského súdu v Trnave sp. zn. 23 Co 422/2014 z 21. októbra 2015 313. Rvp 16809/2015 uznesenie Krajského súdu v Trnave sp. zn. 23 Co 607/2014 z 21. októbra 2015 314. Rvp 16810/2015 uznesenie Krajského súdu v Trnave sp. zn. 26 Co 284/2014 z 22. septembra 2015 315. Rvp 16811/2015 uznesenie Krajského súdu v Trnave sp. zn. 9 Co 23/2015 zo 17. septembra 2015</w:t>
      </w:r>
    </w:p>
    <w:p>
      <w:r>
        <w:t>29</w:t>
      </w:r>
    </w:p>
    <w:p/>
    <w:p>
      <w:r>
        <w:t>Zdroj: KAUZIS.SK – https://www.kauzis.sk/judikatura/r/ECLI:SK:USSR:2016:2.US.693.2016.1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