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774/2015 z 19. 11. 2015</w:t>
      </w:r>
    </w:p>
    <w:p>
      <w:r>
        <w:t>Uznesenie Ústavného súdu SR z 19. novembra 2015, sp. zn. II. ÚS 774/2015, ECLI:SK:USSR:2016:2.US.774.2015.1</w:t>
      </w:r>
    </w:p>
    <w:p>
      <w:r>
        <w:t>Súd: Ústavný súd Slovenskej republiky</w:t>
      </w:r>
    </w:p>
    <w:p>
      <w:r>
        <w:t>Spisová značka: II. ÚS 774/2015</w:t>
      </w:r>
    </w:p>
    <w:p>
      <w:r>
        <w:t>ECLI: ECLI:SK:USSR:2016:2.US.774.2015.1</w:t>
      </w:r>
    </w:p>
    <w:p>
      <w:r>
        <w:t>Dátum vydania: 19. 11. 2015</w:t>
      </w:r>
    </w:p>
    <w:p>
      <w:r>
        <w:t>Forma: Uznesenie</w:t>
      </w:r>
    </w:p>
    <w:p>
      <w:r>
        <w:t>Oblasť práva: Ústavné právo</w:t>
      </w:r>
    </w:p>
    <w:p>
      <w:pPr>
        <w:pStyle w:val="Heading2"/>
      </w:pPr>
      <w:r>
        <w:t>Text rozhodnutia</w:t>
      </w:r>
    </w:p>
    <w:p>
      <w:r>
        <w:t>SLOVENSKÁ REPUBLIKA</w:t>
      </w:r>
    </w:p>
    <w:p>
      <w:r>
        <w:t>UZNESENIE Ústavného súdu Slovenskej republiky II. ÚS 774/2015-18 Ústavný súd Slovenskej republiky na neverejnom zasadnutí 19. novembra 2015 v senáte zloženom z predsedu Sergeja Kohuta (sudca spravodajca) a zo sudcov Lajosa Mészárosa a Ladislava Orosza predbežne prerokoval sťažnosti obchodnej spoločnosti POHOTOVOSŤ,</w:t>
      </w:r>
    </w:p>
    <w:p>
      <w:r>
        <w:t>s.</w:t>
      </w:r>
    </w:p>
    <w:p>
      <w:r>
        <w:t>r.</w:t>
      </w:r>
    </w:p>
    <w:p>
      <w:r>
        <w:t>o.,</w:t>
      </w:r>
    </w:p>
    <w:p>
      <w:r>
        <w:t>Pribinova</w:t>
      </w:r>
    </w:p>
    <w:p>
      <w:r>
        <w:t>25,</w:t>
      </w:r>
    </w:p>
    <w:p>
      <w:r>
        <w:t>Bratislava,</w:t>
      </w:r>
    </w:p>
    <w:p>
      <w:r>
        <w:t>zastúpenej</w:t>
      </w:r>
    </w:p>
    <w:p>
      <w:r>
        <w:t>advokátom</w:t>
      </w:r>
    </w:p>
    <w:p>
      <w:r>
        <w:t>doc. JUDr. Branislavom Fridrichom, PhD., Advokátska kancelária Fridrich Paľko, s. r. o., Grösslingová 4, Bratislava, vedené pod spisovými značkami: Rvp 14845/2014, Rvp 14846/2014, Rvp 14847/2014, Rvp 14848/2014, Rvp 14849/2014, Rvp 15195/2014, Rvp 15196/2014, Rvp 15197/2014, Rvp 15455/2014, Rvp 15456/2014, Rvp 15457/2014, Rvp 15458/2014, Rvp 15459/2014, Rvp 15460/2014, Rvp 15461/2014, Rvp 15462/2014, Rvp 15463/2014, Rvp 15464/2014, Rvp 15465/2014, Rvp 16215/2014, Rvp 16216/2014, Rvp 16217/2014, Rvp 16218/2014, Rvp 16219/2014, Rvp 16220/2014 a Rvp 16221/2014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Trenčíne sp. zn. 3 CoE 132/2013 z 26. júna 2013 (Rvp 14845/2014), sp. zn. 8 CoE 100/2012 z 19. decembra 2012 (Rvp 14846/2014), sp. zn. 6 CoE 100/2012 z 26. júna 2012 (Rvp 14847/2014), sp. zn. 19 CoE 71/2012 zo 7. augusta 2012 (Rvp 14848/2014), sp. zn. 16 CoE 15/2012 z 22. februára 2013 (Rvp 14849/2014), sp. zn. 4 CoE 193/2012 z 28. marca 2013 (Rvp 15195/2014), sp. zn. 19 CoE 27/2013 z 27. septembra 2012 (Rvp 15196/2014), sp. zn. 13 CoE 110/2013 z 2. októbra 2013 (Rvp 15197/2014), sp. zn. 16 CoE 104/2013 z 15. mája 2013 (Rvp 15455/2014), sp. zn. 3 CoE 58/2013 z 20. marca 2013 (Rvp 15456/2014),</w:t>
      </w:r>
    </w:p>
    <w:p>
      <w:r>
        <w:t>sp. zn. 17 CoE 138/2012 zo 6. marca 2013 (Rvp 15457/2014), sp. zn. 2 CoE 16/2013 zo 7. februára 2013 (Rvp 15458/2014), sp. zn. 3 CoE 213/2013 z 13. novembra 2013 (Rvp 15459/2014), sp. zn. 6 CoE 110/2013 z 29. apríla 2013 (Rvp 15460/2014), sp. zn. 11 CoE 60/2013 zo 14. mája 2013 (Rvp 15461/2014), sp. zn. 6 CoE 107/2012 z 26. júna 2012 (Rvp 15462/2014), sp. zn. 19 CoE 44/2012 z 26. júla 2012 (Rvp 15463/2014), sp. zn. 3 CoE 2/2013 z 20. februára 2013 (Rvp 15464/2014), sp. zn. 8 CoE 180/2013 z 29. októbra 2013 (Rvp 15465/2014), sp. zn. 17 CoE 285/2012 z 19. júna 2013 (Rvp 16215/2014), sp. zn. 4 CoE 99/2012 z 27. februára 2013 (Rvp 16216/2014), sp. zn. 8 CoE 65/2012 z 29. júna 2012 (Rvp 16217/2014), sp. zn. 11 CoE 73/2012 z 24. júla 2012 (Rvp 16218/2014), sp. zn. 8 CoE 25/2012 z 30. augusta 2012 (Rvp 16219/2014), sp. zn. 16 CoE 190/2013 z 27. augusta 2013 (Rvp 16220/2014), sp. zn. 6 CoE 221/2012 z 29. januára 2013 (Rvp 16221/2014), ako aj postupom</w:t>
      </w:r>
    </w:p>
    <w:p>
      <w:r>
        <w:t>a</w:t>
      </w:r>
    </w:p>
    <w:p>
      <w:r>
        <w:t>uzneseniami</w:t>
      </w:r>
    </w:p>
    <w:p>
      <w:r>
        <w:t>Najvyššieho</w:t>
      </w:r>
    </w:p>
    <w:p>
      <w:r>
        <w:t>súdu</w:t>
      </w:r>
    </w:p>
    <w:p>
      <w:r>
        <w:t>Slovenskej</w:t>
      </w:r>
    </w:p>
    <w:p>
      <w:r>
        <w:t>republiky</w:t>
      </w:r>
    </w:p>
    <w:p>
      <w:r>
        <w:t>sp. zn. 4 Oboer 272/2013 z 31. júla 2014 (Rvp 14845/2014), sp. zn. 3 ECdo 157/2013 z 1. augusta 2014 (Rvp 14846/2014), sp. zn. 4 ECdo 87/2013 z 28. júla 2014 (Rvp 14847/2014), sp. zn. 5 Oboer 133/2013 z 13. augusta 2014 (Rvp 14848/2014), sp. zn. 5 Oboer 238/2013 z 15. augusta 2014 (Rvp 14849/2014), sp. zn. 5 Oboer 199/2014 z 15. augusta 2014 (Rvp 15195/2014), sp. zn. 1 Oboer 177/2014 z 19. augusta 2014 (Rvp 15196/2014), sp. zn. 4 ECdo 145/2014 z 20. augusta 2014 (Rvp 15197/2014), sp. zn. 5 Oboer 225/2013 zo 17. júla 2014 (Rvp 15455/2014), sp. zn. 1 Oboer 159/2013 z 29. júla 2014 (Rvp 15456/2014), sp. zn. 5 Oboer 204/2014 z 15. augusta 2014 (Rvp 15457/2014), sp. zn. 3 ECdo 147/2013 z 1. augusta 2014 (Rvp 15458/2014), sp. zn. 4 ECdo 80/2014 z 20. augusta 2014 (Rvp 15459/2014), sp. zn. 5 Oboer 227/2014 z 11. septembra 2014 (Rvp 15460/2014), sp. zn. 6 ECdo 211/2013 z 21. augusta 2014 (Rvp 15461/2014), sp. zn. 7 Cdo 202/2012 z 31. júla 2014 (Rvp 15462/2014), sp. zn. 3 Cdo 372/2012 z 31. júla 2014 (Rvp 15463/2014), sp. zn. 6 ECdo 207/2013 z 21. augusta 2014 (Rvp 15464/2014), sp. zn. 1 ECdo 60/2014 zo 14. augusta 2014 (Rvp 15465/2014), sp. zn. 5 ECdo 231/2013 z 24. septembra 2014 (Rvp 16215/2014), sp. zn. 3 ECdo 156/2013 z 23. septembra 2014 (Rvp 16216/2014), sp. zn. 5 ECdo 239/2013 z 24. septembra 2014 (Rvp 16217/2014), sp. zn. 2 Oboer 11/2013 z 28. augusta 2014 (Rvp 16218/2014), sp. zn. 5 Cdo 382/2012 z 28. augusta 2014 (Rvp 16219/2014),</w:t>
      </w:r>
    </w:p>
    <w:p>
      <w:r>
        <w:t>2</w:t>
      </w:r>
    </w:p>
    <w:p>
      <w:r>
        <w:t>sp. zn. 7 ECdo</w:t>
      </w:r>
    </w:p>
    <w:p>
      <w:r>
        <w:t>322/2013</w:t>
      </w:r>
    </w:p>
    <w:p>
      <w:r>
        <w:t>z 11.</w:t>
      </w:r>
    </w:p>
    <w:p>
      <w:r>
        <w:t>septembra</w:t>
      </w:r>
    </w:p>
    <w:p>
      <w:r>
        <w:t>2014</w:t>
      </w:r>
    </w:p>
    <w:p>
      <w:r>
        <w:t>(Rvp 16220/2014)</w:t>
      </w:r>
    </w:p>
    <w:p>
      <w:r>
        <w:t>a</w:t>
      </w:r>
    </w:p>
    <w:p>
      <w:r>
        <w:t>sp.</w:t>
      </w:r>
    </w:p>
    <w:p>
      <w:r>
        <w:t>zn.</w:t>
      </w:r>
    </w:p>
    <w:p>
      <w:r>
        <w:t>5 ECdo 207/2013 z 24. septembra 2014 (Rvp 16221/2014) a takto rozhodol: 1. Sťažnosti obchodnej spoločnosti POHOTOVOSŤ, s. r. o., vedené pod spisovými značkami: Rvp 14845/2014, Rvp 14846/2014, Rvp 14847/2014, Rvp 14848/2014, Rvp 14849/2014, Rvp 15195/2014, Rvp 15196/2014, Rvp 15197/2014, Rvp 15455/2014, Rvp 15456/2014, Rvp 15457/2014, Rvp 15458/2014, Rvp 15459/2014, Rvp 15460/2014, Rvp 15461/2014, Rvp 15462/2014, Rvp 15463/2014, Rvp 15464/2014, Rvp 15465/2014, Rvp 16215/2014, Rvp 16216/2014, Rvp 16217/2014, Rvp 16218/2014, Rvp 16219/2014, Rvp 16220/2014 a Rvp 16221/2014 s p á j a na spoločné konanie, ktoré bude ďalej vedené pod sp. zn. Rvp 14845/2014. 2. Sťažnosti obchodnej spoločnosti POHOTOVOSŤ, s. r. o., o d m i e t a ako zjavne neopodstatnené. Odôvodnenie: I. Ústavnému</w:t>
      </w:r>
    </w:p>
    <w:p>
      <w:r>
        <w:t>súdu</w:t>
      </w:r>
    </w:p>
    <w:p>
      <w:r>
        <w:t>Slovenskej</w:t>
      </w:r>
    </w:p>
    <w:p>
      <w:r>
        <w:t>republiky</w:t>
      </w:r>
    </w:p>
    <w:p>
      <w:r>
        <w:t>(ďalej</w:t>
      </w:r>
    </w:p>
    <w:p>
      <w:r>
        <w:t>len</w:t>
      </w:r>
    </w:p>
    <w:p>
      <w:r>
        <w:t>„ústavný</w:t>
      </w:r>
    </w:p>
    <w:p>
      <w:r>
        <w:t>súd“)</w:t>
      </w:r>
    </w:p>
    <w:p>
      <w:r>
        <w:t>boli</w:t>
      </w:r>
    </w:p>
    <w:p>
      <w:r>
        <w:t>10. novembra 2014, 13. novembra 2014, 20. novembra 2014 a 28. novembra 2014 doručené sťažnosti obchodnej spoločnosti POHOTOVOSŤ, s. r. o. (ďalej len „sťažovateľka“), ktorými namietala porušenie základných práv podľa čl. 46 ods. 1 a čl. 48 ods. 1 Ústavy Slovenskej republiky (ďalej len „ústava“) a podľa čl. 47 Charty základných práv Európskej únie (ďalej len „charta“), ako aj práva podľa čl. 6 ods. 1 Dohovoru o ochrane ľudských práv a základných slobôd (ďalej len „dohovor“) postupom a uzneseniami Krajského súdu v Trenčíne (ďalej len „krajský súd“) uvedenými v záhlaví tohto uznesenia (ďalej len „napadnuté uznesenia krajského súdu“), ako aj postupom a uzneseniami Najvyššieho súdu Slovenskej republiky (ďalej len „najvyšší súd“) uvedenými v záhlaví tohto uznesenia (ďalej len „uznesenia najvyššieho súdu“).</w:t>
      </w:r>
    </w:p>
    <w:p>
      <w:r>
        <w:t>3</w:t>
      </w:r>
    </w:p>
    <w:p>
      <w:r>
        <w:t>Zo sťažností a z ich príloh vyplýva, že sťažovateľka sa v rámci svojej podnikateľskej činnosti zaoberá inter alia poskytovaním úverov z vlastných zdrojov. Sťažovateľka poskytla na základe zmlúv o úvere uzavretých s dlžníkmi úvery, ktoré boli títo povinní vrátiť podľa podmienok dojednaných v úverových zmluvách. Vzhľadom na skutočnosť, že dlžníci dobrovoľne nepristúpili k úhrade svojich záväzkov, ich pohľadávky voči sťažovateľke sa stali splatnými a v nadväznosti na podmienky dojednané v úverových zmluvách obsahujúce vo väčšine prípadov tzv. rozhodcovskú doložku boli sťažovateľkou začaté rozhodcovské konania pred ňou zvoleným rozhodcovským súdom. Následne boli na základe rozhodcovských rozsudkov vydaných v týchto konaniach začaté exekučné konania. V ďalších prípadoch boli na základe splnomocnenia udeleného dlžníkmi pri podpise úverovej zmluvy spísané splnomocnencom dlžníkov notárske zápisnice, ktoré sa taktiež stali exekučnými titulmi, na podklade ktorých boli v prospech sťažovateľky začaté exekučné konania. V priebehu exekučných konaní bolo uzneseniami príslušných okresných súdov v sťažovateľkou napadnutých konaniach rozhodnuté o zastavení prebiehajúcich exekučných konaní. Krajský súd po podaní odvolaní zo strany sťažovateľky svojimi rozhodnutiami potvrdil napadnuté uznesenia príslušných okresných súdov, najvyšší súd následne dovolania sťažovateľky ako procesne neprípustné odmietol a súčasne v tom-ktorom konaní rozhodol aj o zamietnutí jej procesných návrhov na prerušenie dovolacích konaní. Sťažovateľka v predostretej argumentácii atakuje právne závery vyplývajúce z rozhodovacej činnosti krajského súdu a najvyššieho súdu, ktorým vytýka ich nesprávnosť z hľadiska právneho posúdenia relevantných hmotnoprávnych ustanovení príslušných právnych predpisov na predmetnú právnu vec. Za relevantné pochybenie v postupe a rozhodovaní krajského súdu, ako aj najvyššieho súdu považuje predovšetkým skutočnosť, že o zastavení uvedených exekučných konaní bolo rozhodnuté bez toho, aby boli predtým účastníci exekučných konaní upozornení na neprijateľnú podmienku konania a mali možnosť sa k nej vyjadriť, čím bola sťažovateľka ukrátená o reálnu možnosť domáhať sa, aby všeobecné súdy konajúce v jej právnych veciach zohľadnili jej nesúhlas s touto neprijateľnosťou podmienky. Uvedeným postupom krajského súdu a najvyššieho súdu 4</w:t>
      </w:r>
    </w:p>
    <w:p>
      <w:r>
        <w:t>došlo podľa sťažovateľky k porušeniu čl. 47 charty, teda k porušeniu práva na účinný prostriedok nápravy, ako aj práva na spravodlivý proces vrátane porušenia zásady kontradiktórnosti konania. Najvyšší súd sa podľa sťažovateľky tiež dopustil porušenia jej základného práva na zákonného sudcu podľa čl. 48 ods. 1 ústavy, pretože sa „neobrátil na Súdny dvor Európskej únie s otázkou, ktorú paradoxne v čase jeho konania už Súdny dvor Európskej únie riešil ani nevyčkal na rozhodnutie Európskeho súdneho dvora...“. V tejto súvislosti sťažovateľka poukazuje na rozsudok Súdneho dvora Európskych spoločenstiev (ďalej len „Súdny dvor“)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Sťažovateľka je tiež toho názoru, že najvyšší súd „sa mal obrátiť na Súdny dvor Európskej únie vo veci výkladu čl. 3 ods. 1 smernice 93/13/ES v tom zmysle, či rozhodcovská doložka, podľa ktorej musí spotrebiteľ riešiť spory s dodávateľom, ak tak navrhne dodávateľ, v rozhodcovskom konaní, je podľa § 53 ods. 1 a ods. 4 písm. r) Občianskeho zákonníka neprijateľnou podmienkou, pretože pri prihliadnutí na relevantnú judikatúru Spolkového súdneho dvora v Nemecku a Ústavného súdu Českej republiky by nemohol dodržať jednu z podmienok acte clair, že výklad a správna aplikácia čl. 3 ods. 1 smernice 93/13/ES musia byť úplne zjavné, čo vyžaduje zohľadniť okrem jazykových verzií textu, používania terminológie a právnych pojmov komunitárneho práva, vzatie na zreteľ odlišnosti interpretácie komunitárneho práva aj ubezpečenie sa, že výklad vnútroštátneho súdu je rovnako zjavný ostatným súdom členských štátov. Najvyšší súd Slovenskej republiky</w:t>
      </w:r>
    </w:p>
    <w:p>
      <w:r>
        <w:t>5</w:t>
      </w:r>
    </w:p>
    <w:p>
      <w:r>
        <w:t>si túto povinnosť nesplnil.“. V tejto súvislosti sťažovateľka poukázala na viacero rozhodnutí Spolkového súdneho dvora Nemecka a Ústavného súdu Českej republiky. V nadväznosti na uvedené sťažovateľka žiada, aby ústavný súd vydal rozhodnutie, ktorým vysloví porušenie jej základných práv podľa čl. 46 ods. 1 a čl. 48 ods. 1 ústavy, práva podľa čl. 6 ods. 1 dohovoru, ako aj základného práva podľa čl. 47 charty postupom a uzneseniami krajského súdu a postupom a uzneseniami najvyššieho súdu v uvedených konaniach, zruší uznesenia krajského súdu a uznesenia najvyššieho súdu, veci vráti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II.A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Podľa § 112 ods. 1 OSP môže súd v záujme hospodárnosti konania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spisovými značkami: Rvp 14845/2014, Rvp 14846/2014, Rvp 14847/2014, Rvp 14848/2014, Rvp 14849/2014, Rvp 15195/2014, Rvp 15196/2014, Rvp 15197/2014, Rvp 15455/2014, Rvp 15456/2014, Rvp 15457/2014, Rvp 15458/2014, Rvp 15459/2014, Rvp 15460/2014, Rvp 15461/2014, Rvp 15462/2014, Rvp 15463/2014, Rvp 15464/2014, Rvp 15465/2014, Rvp 16215/2014, Rvp 16216/2014, Rvp 16217/2014, Rvp 16218/2014, Rvp 16219/2014, Rvp 16220/2014 a Rvp 16221/2014 a z tohto obsahu vyplývajúcu právnu a skutkovú súvislosť uvedených sťažností, ako aj vzhľadom na totožnosť v osobe sťažovateľky, krajského súdu, ako i najvyššieho súdu, proti ktorým sťažnosti smerujú, rozhodol ústavný súd o ich spojení na spoločné konanie tak, ako to je uvedené v bode 1 výroku tohto uznesenia. II.B K namietanému porušeniu označených práv postupom a uzneseniami krajského súdu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alebo rozhodnutím všeobecného súdu a základným právom</w:t>
      </w:r>
    </w:p>
    <w:p>
      <w:r>
        <w:t>7</w:t>
      </w:r>
    </w:p>
    <w:p>
      <w:r>
        <w:t>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 II. ÚS 172/2011).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Formuláciou uvedenou v čl. 46 ods. 1 ústavy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Nútený výkon súdnych a iných rozhodnutí vrátane súdnej exekúcie podľa Exekučného poriadku je podľa stabilnej judikatúry ústavného súdu (PL. ÚS 21/00, I. ÚS 5/00, II. ÚS 143/02, III. ÚS 60/04) súčasťou základného práva na súdnu a inú právnu ochranu podľa čl. 46 ods. 1 ústavy. Podľa svojej konštantnej judikatúry ústavný súd nemá zásadne oprávnenie preskúmavať, či v konaní pred všeobecnými súdmi bol alebo nebol náležite zistený skutkový stav a aké právne závery zo skutkového stavu všeobecný súd vyvodil (II. ÚS 21/96, III. ÚS 151/05). Vo všeobecnosti úlohou súdnej ochrany ústavnosti poskytovanej ústavným súdom napokon nie je ani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Úlohou ústavného súdu</w:t>
      </w:r>
    </w:p>
    <w:p>
      <w:r>
        <w:t>8</w:t>
      </w:r>
    </w:p>
    <w:p>
      <w:r>
        <w:t>nie je zastupovať všeobecné súdy, ktorým predovšetkým prislúcha interpretácia a aplikácia zákonov. Úloha ústavného súdu sa obmedzuje na kontrolu zlučiteľnosti účinkov takejto interpretácie a aplikácie s ústavou, prípadne medzinárodnou zmluvou podľa čl. 7 ods. 5 ústavy (I. ÚS 13/01, I. ÚS 120/04). Ústavný súd v danom prípade považoval za významné vyriešiť zásadný problém sťažovateľky, a to či krajský súd rozhodujúci v rámci exekučného konania o odvolaní proti prvostupňovým rozhodnutiam, ktorými bola exekúcia zastavená, mal právomoc skúmať prípustnosť exekúcie z hľadiska relevantnosti exekučných titulov, ktorými boli rozhodcovské rozsudky rozhodcovského súdu, resp. notárske zápisnice obsahujúce právny záväzok. Ústavný súd po preskúmaní sťažností zistil, že argumenty sťažovateľky sú v podstate totožné s jej argumentmi, ktoré použila v stovkách iných sťažností, ktoré už riešil ústavný súd tak, že ich vo vzťahu k uzneseniam krajských súdov potvrdzujúcim rozhodnutia okresných súdov o zastavení exekúcie odmietol ako zjavne neopodstatnené. Sťažovateľka označila len iné konania krajského súdu, postupom ktorého malo dôjsť k porušeniu ňou označených práv. Zo skoro totožnej argumentácie sťažovateľky uvedenej v jej sťažnostiach možno vyvodiť, že odôvodnenie napadnutých rozhodnutí krajského súdu obsahovalo, čo sa týka skutkových zistení a právneho posúdenia veci krajským súdom, obdobné závery ako vo veciach, ktoré už boli ústavným súdom preskúmané a rozhodnuté. Ústavný súd už vo viacerých svojich rozhodnutiach podrobne analyzoval dôvody zjavnej neopodstatnenosti sťažností sťažovateľky, v ktorých vyslovil,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podľa § 57 ods. 2 Exekučného poriadku. V tejto súvislosti na podporu svojej argumentácie poukázal na ustálenú judikatúru najvyššieho súdu, ktorá je sťažovateľke známa aj z napádaných rozhodnutí krajského súdu v obdobných právnych veciach (napr. R 56/1995, R 58/1997, R 70/1998 a R 72/1998</w:t>
      </w:r>
    </w:p>
    <w:p>
      <w:r>
        <w:t>9</w:t>
      </w:r>
    </w:p>
    <w:p>
      <w:r>
        <w:t>publikované v Zbierke stanovísk najvyššieho súdu a rozhodnutí súdov Slovenskej republiky). Pri predbežnom prerokovaní týchto sťažností sa teda ústavný súd plne stotožňuje s dôvodmi uvedenými vo svojich predchádzajúcich rozhodnutiach, napr. uzneseniach sp. zn. I. ÚS 382/2012 z 22. augusta 2012, sp. zn. II. ÚS 303/2012 z 5. septembra 2012, sp. zn. III. ÚS 7/2013 z 15. januára 2013, sp. zn. II. ÚS 377/2013 z 26. júna 2013 a sp. zn. III. ÚS 386/2013 z 28. augusta 2013, ako aj ďalších rozhodnutiach, ktoré skončili odmietnutím rovnakých a opakujúcich sa sťažností sťažovateľky z dôvodu zjavnej neopodstatnenosti, pri akceptovaní právnych záverov rozhodnutí všeobecných súdov o vyhlásení exekúcií za neprípustné a jej zastavení v stovkách prípadov, pretože rozhodcovské rozsudky alebo notárske zápisnice, na podklade ktorých boli exekúcie vedené (resp. navrhnuté), neboli z rôznych dôvodov spôsobilými exekučnými titulmi na vedenie exekúcií. Keďže sťažovateľke sú už z predchádzajúcej rozhodovacej činnosti ústavného súdu notoricky známe dôvody, pre ktoré ústavný súd iné jej obdobné sťažnosti odmietol ako zjavne neopodstatnené, nepovažuje za účelné uvádzať podrobnejšie argumenty, pre ktoré dospel k rozhodnutiu vyplývajúcemu z 2. bodu výroku tohto uznesenia, a v tejto súvislosti odkazuje na odôvodnenie uvedených rozhodnutí ústavného súdu vydaných v obdobných sťažovateľkiných veciach.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sťažnosti v časti smerujúcej proti postupu krajského súdu odmietol podľa § 25 ods. 2 zákona o ústavnom súde z dôvodu ich zjavnej neopodstatnenosti.</w:t>
      </w:r>
    </w:p>
    <w:p>
      <w:r>
        <w:t>10</w:t>
      </w:r>
    </w:p>
    <w:p>
      <w:r>
        <w:t>II.C K namietanému porušeniu označených práv postupom a uzneseniami najvyššieho súdu Sťažovateľka v sťažnostiach tiež namietala porušenie základného práva zaručeného čl. 46 ods. 1 ústavy, ako aj práva podľa čl. 6 ods. 1 dohovoru postupom a napadnutými uzneseniami najvyššieho súdu, ktorými boli ňou podané dovolania odmietnuté ako neprípustné. Ústavný súd už uviedol, že: „Predpokladom uplatnenia práva na spravodlivý proces, ktoré sa zaručuje čl. 6 ods. 1 dohovoru, je nezávislosť a nestrannosť súdu.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ustanovenia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w:t>
      </w:r>
    </w:p>
    <w:p>
      <w:r>
        <w:t>11</w:t>
      </w:r>
    </w:p>
    <w:p>
      <w:r>
        <w:t>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alebo nie sú splnené podmienky, za ktorých sa môže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alternatívou ani mimoriadnou opravnou inštanciou vo veciach patriacich do právomoci všeobecných súdov, ktorých sústavu završuje najvyšší súd (mutatis mutandis II. ÚS 1/95, II. ÚS 21/96).</w:t>
      </w:r>
    </w:p>
    <w:p>
      <w:r>
        <w:t>12</w:t>
      </w:r>
    </w:p>
    <w:p>
      <w:r>
        <w:t>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porušenie čl. 46 ods. 1 ústavy, ako aj čl. 6 ods. 1 dohovoru ako nedostatočnú na to, aby na jej základe bolo možné v prípade prijatia sťažnosti na ďalšie konanie zistiť a preskúmať spojitosť medzi napadnutými uzneseniami najvyššieho súdu a namietaným porušením označených práv. Napadnuté rozhodnutia najvyššieho súdu nemôžu byť v takej príčinnej súvislosti s namietaným porušením základného práva podľa čl. 46 ods. 1 ústavy a práva podľa čl. 6 ods. 1 dohovoru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V súvislosti s námietkou sťažovateľky, v zmysle ktorej pochybenie v postupe najvyššieho súdu, a teda porušenie základného práva na zákonného sudcu podľa čl. 48 ods. 1 ústavy, spočíva najmä v tom, že rozhodol o dovolaniach sťažovateľky bez toho, aby predtým podal žiadosť Súdnemu dvoru na rozhodnutie o predbežnej otázke podľa čl. 267 Zmluvy o fungovaní Európskej únie, ústavný súd poukazuje na odôvodnenie uznesenia č. k. IV. ÚS 299/2012-16 zo 7. júna 2012 vo veci inej sťažnosti podanej sťažovateľkou, v ktorom ústavný súd sťažovateľke podrobne vysvetlil, že „nie každé nepredloženie prejudiciálnej otázky Súdnemu dvoru, ktoré by mohlo byť v rozpore s právom Európskej únie, musí mať automaticky za následok porušenie základného práva na súdnu ochranu podľa čl. 46 ods. 1 ústavy (m. m. II. ÚS 129/2010)“, pričom svoj právny názor zároveň</w:t>
      </w:r>
    </w:p>
    <w:p>
      <w:r>
        <w:t>13</w:t>
      </w:r>
    </w:p>
    <w:p>
      <w:r>
        <w:t>oprel aj o uznesenie Spolkového ústavného súdu Nemecka 2 BvR 2419/06 zo 6. 5. 2008 a rozhodnutie Európskeho súdu pre ľudské práva vo veci Ullens de Schooten a Rezabek proti Belgicku z 20. 9. 2011 (sťažnosti č. 3989/07 a č. 38353/07). Dôvody, pre ktoré všeobecné súdy nepovažujú za potrebné obracať sa na Súdny dvor vo veci vykladania smernice Rady 93/13/EHS z 5. apríla 1993 o nekalých zmluvných podmienkach v spotrebiteľských zmluvách, ústavný súd považuje za akceptovateľné (bližšie napr. II. ÚS 304/2012) a sťažovateľkou predloženú argumentáciu k tejto otázke nepovažoval za spôsobilú vyvrátiť záver o ústavnej konformnosti postupu najvyššieho súdu v napadnutých konaniach. Na uvedenom nemení nič ani argumentácia sťažovateľky o porušení základného práva na účinný prostriedok nápravy a na spravodlivý proces zaručeného čl. 47 charty a z neho vyplývajúcej zásady kontradiktórnosti konania tým, že konajúce súdy pred rozhodnutím o posúdení zmluvnej podmienky (rozhodcovskej doložky) ako nekalej nedali účastníkom konania príležitosť vyjadriť sa k týmto dôvodom, tak ako to sťažovateľka odvodzuje z rozsudku Súdneho dvora vo veci Banif Plus Bank Zrt proti Csaba Csipai a spol. C-472/11 z 21. 2. 2013. Ústavný súd v tejto súvislosti predovšetkým pripomína, že sťažovateľka mala možnosť oboznámiť sa s dôvodmi zastavenia exekučného konania z už uvádzaných dôvodov z uznesení príslušných okresných súdov, proti ktorým aj podala odvolania, v ktorých sa k týmto dôvodom vyjadrila. Obdobne aj povinní z exekúcie, ktorí majú v zmluvnom vzťahu so sťažovateľkou postavenie spotrebiteľov, mali po doručení uznesení prvostupňového súdu možnosť vyjadriť sa (prípadne podať odvolanie proti uzneseniu okresného súdu) v tom smere, že si neprajú, aby bolo v ich prípadoch vylúčené uplatnenie nekalej zmluvnej podmienky. Sťažovateľkou uplatnenými argumentmi sa krajský súd v napadnutých uzneseniach náležite zaoberal a vyložil svoje závery, pre ktoré vzhliadol uznesenia príslušných okresných súdov ako vecne správne. Pre ústavnú udržateľnosť napadnutého postupu a uznesení postačuje, aby bola zásada kontradiktórnosti dodržaná v konaní ako celku (v posudzovaných prípadoch v konaní na oboch stupňoch). Presadzovanie názoru, že na každom jednom stupni súdnictva musí byť</w:t>
      </w:r>
    </w:p>
    <w:p>
      <w:r>
        <w:t>14</w:t>
      </w:r>
    </w:p>
    <w:p>
      <w:r>
        <w:t>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najvyššieho súdu a jeho uzneseniami bol v daných veciach princíp kontradiktórnosti súdneho konania, ktorý je obsahom základného práva zaručeného aj v čl. 47 charty, dodržaný, čím k jeho porušeniu dôjsť nemohlo. Na základe uvedených dôvodov boli preto sťažnosti sťažovateľky aj v tejto časti odmietnuté ako zjavne neopodstatnené. Keďže boli sťažnosti sťažovateľky ako celok odmietnuté, ústavný súd už o ďalších návrhoch sťažovateľky v nich uplatnených nerozhodoval. Súčasne ústavný súd dáva sťažovateľke do pozornosti, že v prípade opakujúcich sa sťažností založených na tých istých skutkových a právnych okolnostiach ústavný súd rozhodne bez odôvodnenia iba s poukazom na svoje v týchto okolnostiach identické rozhodnutie. P o u č e n i e : Proti tomuto rozhodnutiu nemožno podať opravný prostriedok. V Košiciach 19. novembra 2015</w:t>
      </w:r>
    </w:p>
    <w:p>
      <w:r>
        <w:t>15</w:t>
      </w:r>
    </w:p>
    <w:p/>
    <w:p>
      <w:r>
        <w:t>Zdroj: KAUZIS.SK – https://www.kauzis.sk/judikatura/r/ECLI:SK:USSR:2016:2.US.774.2015.1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