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806/2016 z 14. 12. 2016</w:t>
      </w:r>
    </w:p>
    <w:p>
      <w:r>
        <w:t>Uznesenie Ústavného súdu SR z 14. decembra 2016, sp. zn. II. ÚS 806/2016, ECLI:SK:USSR:2016:2.US.806.2016.2</w:t>
      </w:r>
    </w:p>
    <w:p>
      <w:r>
        <w:t>Súd: Ústavný súd Slovenskej republiky</w:t>
      </w:r>
    </w:p>
    <w:p>
      <w:r>
        <w:t>Spisová značka: II. ÚS 806/2016</w:t>
      </w:r>
    </w:p>
    <w:p>
      <w:r>
        <w:t>ECLI: ECLI:SK:USSR:2016:2.US.806.2016.2</w:t>
      </w:r>
    </w:p>
    <w:p>
      <w:r>
        <w:t>Dátum vydania: 14. 12.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806/2016-26 Ústavný súd Slovenskej republiky na neverejnom zasadnutí 14. decembra 2016 v senáte zloženom z predsedu Lajosa Mészárosa (sudca spravodajca), zo sudkyne Ľudmily Gajdošíkovej a sudcu Ladislava Orosza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postupom Krajského súdu v Trenčíne a jeho uzneseniami uvedenými v prílohe tohto rozhodnutia takto rozhodol: Konanie o sťažnostiach obchodnej spoločnosti POHOTOVOSŤ, s. r. o., vedené pod sp. zn. II. ÚS 806/2016 z a s t a v u j e . Odôvodnenie: I. 1. Ústavný súd Slovenskej republiky (ďalej len „ústavný súd“) uznesením č. k. II. ÚS 806/2016-8 z 27. októbra 2016 uložil obchodnej spoločnosti POHOTOVOSŤ, s. r. o.</w:t>
      </w:r>
    </w:p>
    <w:p>
      <w:r>
        <w:t>(ďalej len „sťažovateľka“), povinnosť zaplatiť súdny poplatok vo výške 5 700 € do 7 dní odo dňa doručenia uznesenia na účet Kancelárie Ústavného súdu Slovenskej republiky za 190 uznesením spojených sťažností.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806/2016 zastavil. P o u č e n i e : Proti tomuto uzneseniu nemožno podať opravný prostriedok. V Košiciach 14. decembra 2016</w:t>
      </w:r>
    </w:p>
    <w:p>
      <w:r>
        <w:t>2</w:t>
      </w:r>
    </w:p>
    <w:p>
      <w:r>
        <w:t>Príloha k uzneseniu Ústavného súdu Slovenskej republiky sp. zn. II. ÚS 806/2016 1. Rvp 135/2016 uznesenie Krajského súdu v Trenčíne sp. zn. 4 Co 816/2015 z 15. októbra 2015 2. Rvp 136/2016 uznesenie Krajského súdu v Trenčíne sp. zn. 17 Co 1032/2015 z 30. septembra 2015 3. Rvp 137/2016 uznesenie Krajského súdu v Trenčíne sp. zn. 16 Co 27/2015 z 30. septembra 2015 4. Rvp 138/2016 uznesenie Krajského súdu v Trenčíne sp. zn. 19 Co 815/2015 zo 14. októbra 2015 5. Rvp 139/2016 uznesenie Krajského súdu v Trenčíne sp. zn. 17 Co 1074/2015 z 21. októbra 2015 6. Rvp 140/2016 uznesenie Krajského súdu v Trenčíne sp. zn. 5 Co 428/2015 zo 7. októbra 2015 7. Rvp 141/2016 uznesenie Krajského súdu v Trenčíne sp. zn. 4 Co 572/2015 z 10. septembra 2015 8. Rvp 142/2016 uznesenie Krajského súdu v Trenčíne sp. zn. 4 Co 581/2015 z 10. septembra 2015 9. Rvp 143/2016 uznesenie Krajského súdu v Trenčíne sp. zn. 4 Co 823/2015 z 15. októbra 2015 10. Rvp 144/2016 uznesenie Krajského súdu v Trenčíne sp. zn. 4 Co 805/2015 z 15. októbra 2015 11. Rvp 145/2016 uznesenie Krajského súdu v Trenčíne sp. zn. 4 Co 524/2015 z 23. septembra 2015 12. Rvp 146/2016 uznesenie Krajského súdu v Trenčíne sp. zn. 4 Co 526/2015 z 23. septembra 2015 13. Rvp 147/2016 uznesenie Krajského súdu v Trenčíne sp. zn. 19 Co 326/2015 z 22. októbra 2015 14. Rvp 148/2016 uznesenie Krajského súdu v Trenčíne sp. zn. 16 Co 31/2015 z 30. septembra 2015 15. Rvp 149/2016 uznesenie Krajského súdu v Trenčíne sp. zn. 4 Co 578/2015 z 23. septembra 2015 16. Rvp 150/2016 uznesenie Krajského súdu v Trenčíne sp. zn. 4 Co 575/2015 z 10. septembra 2015 17. Rvp 151/2016 uznesenie Krajského súdu v Trenčíne sp. zn. 19 Co 699/2015 z 22. októbra 2015 18. Rvp 152/2016 uznesenie Krajského súdu v Trenčíne sp. zn. 4 Co 569/2015 z 10. septembra 2015 19. Rvp 153/2016 uznesenie Krajského súdu v Trenčíne sp. zn. 17 Co 904/2015 z 30. septembra 2015 20. Rvp 154/2016 uznesenie Krajského súdu v Trenčíne sp. zn. 4 Co 143/2015 z 23. septembra 2015 21. Rvp 155/2016 uznesenie Krajského súdu v Trenčíne sp. zn. 4 Co 584/2015 z 23. septembra 2015 22. Rvp 156/2016 uznesenie Krajského súdu v Trenčíne sp. zn. 19 Co 236/2015 z 29. októbra 2015</w:t>
      </w:r>
    </w:p>
    <w:p>
      <w:r>
        <w:t>3</w:t>
      </w:r>
    </w:p>
    <w:p>
      <w:r>
        <w:t>23. Rvp 157/2016 uznesenie Krajského súdu v Trenčíne sp. zn. 19 Co 396/2015 z 29. októbra 2015 24. Rvp 158/2016 uznesenie Krajského súdu v Trenčíne sp. zn. 19 Co 393/2015 z 29. októbra 2015 25. Rvp 311/2016 uznesenie Krajského súdu v Trenčíne sp. zn. 4 Co 806/2015 z 15. októbra 2015 26. Rvp 312/2016 uznesenie Krajského súdu v Trenčíne sp. zn. 6 Co 895/2015 z 20. októbra 2015 27. Rvp 313/2016 uznesenie Krajského súdu v Trenčíne sp. zn. 6 Co 897/2015 z 20. októbra 2015 28. Rvp 314/2016 uznesenie Krajského súdu v Trenčíne sp. zn. 6 Co 865/2015 z 13. októbra 2015 29. Rvp 315/2016 uznesenie Krajského súdu v Trenčíne sp. zn. 5 Co 361/2015 z 28. októbra 2015 30. Rvp 316/2016 uznesenie Krajského súdu v Trenčíne sp. zn. 5 Co 360/2015 z 28. októbra 2015 31. Rvp 317/2016 uznesenie Krajského súdu v Trenčíne sp. zn. 16 Co 41/2015 z 20. októbra 2015 32. Rvp 318/2016 uznesenie Krajského súdu v Trenčíne sp. zn. 5 Co 389/2015 z 28. októbra 2015 33. Rvp 319/2016 uznesenie Krajského súdu v Trenčíne sp. zn. 6 Co 674/2015 z 27. októbra 2015 34. Rvp 320/2016 uznesenie Krajského súdu v Trenčíne sp. zn. 16 Co 44/2015 z 28. októbra 2015 35. Rvp 321/2016 uznesenie Krajského súdu v Trenčíne sp. zn. 16 Co 139/2015 z 28. októbra 2015 36. Rvp 322/2016 uznesenie Krajského súdu v Trenčíne sp. zn. 6 Co 908/2015 z 20. októbra 2015 37. Rvp 323/2016 uznesenie Krajského súdu v Trenčíne sp. zn. 5 Co 373/2015 z 28. októbra 2015 38. Rvp 324/2016 uznesenie Krajského súdu v Trenčíne sp. zn. 5 Co 380/2015 z 28. októbra 2015 39. Rvp 325/2016 uznesenie Krajského súdu v Trenčíne sp. zn. 4 Co 761/2015 z 30. septembra 2015 40. Rvp 326/2016 uznesenie Krajského súdu v Trenčíne sp. zn. 5 Co 383/2015 z 28. októbra 2015 41. Rvp 819/2016 uznesenie Krajského súdu v Trenčíne sp. zn. 6 Co 796/2015 z 13. októbra 2015 42. Rvp 820/2016 uznesenie Krajského súdu v Trenčíne sp. zn. 6 Co 529/2015 z 27. októbra 2015 43. Rvp 821/2016 uznesenie Krajského súdu v Trenčíne sp. zn. 6 Co 327/2015 z 27. októbra 2015 44. Rvp 822/2016 uznesenie Krajského súdu v Trenčíne sp. zn. 16 Co 77/2015 z 20. októbra 2015 45. Rvp 823/2016 uznesenie Krajského súdu v Trenčíne sp. zn. 16 Co 154/2015 z 28. októbra 2015</w:t>
      </w:r>
    </w:p>
    <w:p>
      <w:r>
        <w:t>4</w:t>
      </w:r>
    </w:p>
    <w:p>
      <w:r>
        <w:t>46. Rvp 824/2016 uznesenie Krajského súdu v Trenčíne sp. zn. 6 Co 899/2015 z 20. októbra 2015 47. Rvp 825/2016 uznesenie Krajského súdu v Trenčíne sp. zn. 17 Co 1207/2015 zo 4. novembra 2015 48. Rvp 826/2016 uznesenie Krajského súdu v Trenčíne sp. zn. 4 Co 731/2015 z 15. októbra 2015 49. Rvp 827/2016 uznesenie Krajského súdu v Trenčíne sp. zn. 4 Co 809/2015 z 15. októbra 2015 50. Rvp 828/2016 uznesenie Krajského súdu v Trenčíne sp. zn. 6 Co 963/2015 z 27. októbra 2015 51. Rvp 829/2016 uznesenie Krajského súdu v Trenčíne sp. zn. 19 Co 811/2015 zo 4. novembra 2015 52. Rvp 830/2016 uznesenie Krajského súdu v Trenčíne sp. zn. 4 Co 807/2015 z 15. októbra 2015 53. Rvp 831/2016 uznesenie Krajského súdu v Trenčíne sp. zn. 6 Co 966/2015 z 28. októbra 2015 54. Rvp 832/2016 uznesenie Krajského súdu v Trenčíne sp. zn. 4 Co 602/2012 z 1. októbra 2015 55. Rvp 833/2016 uznesenie Krajského súdu v Trenčíne sp. zn. 4 Co 609/2015 z 15. októbra 2015 56. Rvp 834/2016 uznesenie Krajského súdu v Trenčíne sp. zn. 19 Co 840/2015 zo 4. novembra 2015 57. Rvp 835/2016 uznesenie Krajského súdu v Trenčíne sp. zn. 4 Co 617/2015 z 1. októbra 2015 58. Rvp 836/2016 uznesenie Krajského súdu v Trenčíne sp. zn. 16 Co 69/2015 z 20. októbra 2015 59. Rvp 837/2016 uznesenie Krajského súdu v Trenčíne sp. zn. 4 Co 827/2015 z 15. októbra 2015 60. Rvp 838/2016 uznesenie Krajského súdu v Trenčíne sp. zn. 17 Co 1182/2015 z 29. októbra 2015 61. Rvp 839/2016 uznesenie Krajského súdu v Trenčíne sp. zn. 19 Co 841/2015 zo 4. novembra 2015 62. Rvp 840/2016 uznesenie Krajského súdu v Trenčíne sp. zn. 6 Co 800/2015 z 27. októbra 2015 63. Rvp 841/2016 uznesenie Krajského súdu v Trenčíne sp. zn. 6 Co 1032/2015 z 11. novembra 2015 64. Rvp 604/2016 uznesenie Krajského súdu v Trenčíne sp. zn. 4 Co 945/2014 z 30. decembra 2014 65. Rvp 605/2016 uznesenie Krajského súdu v Trenčíne sp. zn. 16 Co 142/2013 z 28. novembra 2013 66. Rvp 606/2016 uznesenie Krajského súdu v Trenčíne sp. zn. 4 Co 558/2014 zo 17. marca 2015 67. Rvp 607/2016 uznesenie Krajského súdu v Trenčíne sp. zn. 6 Co 266/2014 z 22. júla 2014 68. Rvp 608/2016 uznesenie Krajského súdu v Trenčíne sp. zn. 17 Co 253/2014 z 25. februára 2015</w:t>
      </w:r>
    </w:p>
    <w:p>
      <w:r>
        <w:t>5</w:t>
      </w:r>
    </w:p>
    <w:p>
      <w:r>
        <w:t>69. Rvp 609/2016 uznesenie Krajského súdu v Trenčíne sp. zn. 6 Co 320/2014 z 28. októbra 2015 70. Rvp 610/2016 uznesenie Krajského súdu v Trenčíne sp. zn. 17 Co 79/2015 z 11. februára 2015 71. Rvp 611/2016 uznesenie Krajského súdu v Trenčíne sp. zn. 17 Co 1071/2014 z 28. januára 2015 72. Rvp 612/2016 uznesenie Krajského súdu v Trenčíne sp. zn. 6 Co 286/2015 z 27. októbra 2015 73. Rvp 613/2016 uznesenie Krajského súdu v Trenčíne sp. zn. 19 Co 853/2013 z 22. decembra 2014 74. Rvp 614/2016 uznesenie Krajského súdu v Trenčíne sp. zn. 6 Co 58/2015 zo 4. februára 2015 75. Rvp 615/2016 uznesenie Krajského súdu v Trenčíne sp. zn. 17 Co 201/2014 z 12. novembra 2014 76. Rvp 616/2016 uznesenie Krajského súdu v Trenčíne, sp. zn. 4 Co 153/2014 zo 6. novembra 2014 77. Rvp 617/2016 uznesenie Krajského súdu v Trenčíne sp. zn. 17 Co 546/2014 z 15. apríla 2015 78. Rvp 618/2016 uznesenie Krajského súdu v Trenčíne sp. zn. 17 Co 551/2014 z 12. novembra 2014 79. Rvp 619/2016 uznesenie Krajského súdu v Trenčíne sp. zn. 4 Co 479/2014 z 29. januára 2015 80. Rvp 620/2016 uznesenie Krajského súdu v Trenčíne sp. zn. 16 Co 179/2013 z 25. novembra 2014 81. Rvp 621/2016 uznesenie Krajského súdu v Trenčíne sp. zn. 6 Co 484/2014 z 15. júla 2014 82. Rvp 622/2016 uznesenie Krajského súdu v Trenčíne sp. zn. 4 Co 118/2014 z 30. októbra 2014 83. Rvp 623/2016 uznesenie Krajského súdu v Trenčíne sp. zn. 5 Co 184/2014 z 29. októbra 2014 84. Rvp 624/2016 uznesenie Krajského súdu v Trenčíne sp. zn. 17 Co 543/2014 z 25. marca 2015 85. Rvp 625/2016 uznesenie Krajského súdu v Trenčíne sp. zn. 17 Co 1053/2013 z 30. septembra 2014 86. Rvp 626/2016 uznesenie Krajského súdu v Trenčíne sp. zn. 5 Co 418/2014 z 10. februára 2015 87. Rvp 627/2016 uznesenie Krajského súdu v Trenčíne sp. zn. 5 Co 319/2014 zo 17. decembra 2014 88. Rvp 628/2016 uznesenie Krajského súdu v Trenčíne sp. zn. 17 Co 1052/2013 z 30. septembra 2014 89. Rvp 629/2016 uznesenie Krajského súdu v Trenčíne sp. zn. 6 Co 191/2014 z 15. júla 2014 90. Rvp 630/2016 uznesenie Krajského súdu v Trenčíne sp. zn. 17 Co 1054/2013 z 22. októbra 2014 91. Rvp 631/2016 uznesenie Krajského súdu v Trenčíne sp. zn. 17 Co 898/2014 z 25. marca 2015</w:t>
      </w:r>
    </w:p>
    <w:p>
      <w:r>
        <w:t>6</w:t>
      </w:r>
    </w:p>
    <w:p>
      <w:r>
        <w:t>92. Rvp 632/2016 uznesenie Krajského súdu v Trenčíne sp. zn. 19 Co 559/2014 z 26. mája 2015 93. Rvp 633/2016 uznesenie Krajského súdu v Trenčíne sp. zn. 17 Co 189/2014 z 22. októbra 2014 94. Rvp 634/2016 uznesenie Krajského súdu v Trenčíne sp. zn. 4 Co 79/2014 z 23. októbra 2014 95. Rvp 635/2016 uznesenie Krajského súdu v Trenčíne sp. zn. 19 Co 473/2014 z 13. novembra 2014 96. Rvp 2572/2016 uznesenie Krajského súdu v Trenčíne sp. zn. 4 Co 855/2015 z 30. novembra 2015 97. Rvp 2573/2016 uznesenie Krajského súdu v Trenčíne sp. zn. 17 Co 1297/2015 z 9. decembra 2015 98. Rvp 2574/2016 uznesenie Krajského súdu v Trenčíne sp. zn. 6 Co 1057/2015 z 30. novembra 2015 99. Rvp 2575/2016 uznesenie Krajského súdu v Trenčíne sp. zn. 19 Co 847/2015 z 9. decembra 2015 100. Rvp 2576/2016 uznesenie Krajského súdu v Trenčíne sp. zn. 5 Co 921/2015 z 2. decembra 2015 101. Rvp 2577/2016 uznesenie Krajského súdu v Trenčíne sp. zn. 19 Co 866/2015 zo 17. decembra 2015 102. Rvp 2578/2016 uznesenie Krajského súdu v Trenčíne sp. zn. 6 Co 1094/2015 z 9. decembra 2015 103. Rvp 2579/2016 uznesenie Krajského súdu v Trenčíne sp. zn. 17 Co 1148/2015 zo 17. decembra 2015 104. Rvp 2580/2016 uznesenie Krajského súdu v Trenčíne sp. zn. 16 Co 244/2015 z 1. decembra 2015 105. Rvp 2581/2016 uznesenie Krajského súdu v Trenčíne sp. zn. 19 Co 435/2015 z 2. decembra 2015 106. Rvp 2664/2016 uznesenie Krajského súdu v Trenčíne sp. zn. 4 Co 37/2014 z 30. októbra 2014 107. Rvp 2665/2016 uznesenie Krajského súdu v Trenčíne sp. zn. 5 Co 250/2015 zo 17. júna 2015 108. Rvp 2666/2016 uznesenie Krajského súdu v Trenčíne sp. zn. 19 Co 140/2015 z 31. marca 2015 109. Rvp 2667/2016 uznesenie Krajského súdu v Trenčíne sp. zn. 6 Co 393/2014 z 11. februára 2015 110. Rvp 2668/2016 uznesenie Krajského súdu v Trenčíne sp. zn. 17 Co 158/2014 z 29. januára 2015 111. Rvp 2669/2016 uznesenie Krajského súdu v Trenčíne sp. zn. 5 Co 199/2013 z 30. júla 2014 112. Rvp 2670/2016 uznesenie Krajského súdu v Trenčíne sp. zn. 17 Co 741/2014 z 9. apríla 2015 113. Rvp 2671/2016 uznesenie Krajského súdu v Trenčíne sp. zn. 19 Co 136/2014 z 18. decembra 2014 114. Rvp 2743/2016 uznesenie Krajského súdu v Trenčíne sp. zn. 16 Co 57/2015 z 1. decembra 2015</w:t>
      </w:r>
    </w:p>
    <w:p>
      <w:r>
        <w:t>7</w:t>
      </w:r>
    </w:p>
    <w:p>
      <w:r>
        <w:t>115. Rvp 2744/2016 uznesenie Krajského súdu v Trenčíne sp. zn. 16 Co 60/2015 z 1. decembra 2015 116. Rvp 2745/2016 uznesenie Krajského súdu v Trenčíne sp. zn. 16 Co 66/2015 z 1. decembra 2015 117. Rvp 2746/2016 uznesenie Krajského súdu v Trenčíne sp. zn. 4 Co 375/2015 zo 7. decembra 2015 118. Rvp 2747/2016 uznesenie Krajského súdu v Trenčíne sp. zn. 4 Co 389/2015 zo 7. decembra 2015 119. Rvp 2748/2016 uznesenie Krajského súdu v Trenčíne sp. zn. 4 Co 383/2015 zo 7. decembra 2015 120. Rvp 2749/2016 uznesenie Krajského súdu v Trenčíne sp. zn. 4 Co 952/2015 z 30. decembra 2015 121. Rvp 2750/2016 uznesenie Krajského súdu v Trenčíne sp. zn. 4 Co 954/2015 z 30. decembra 2015 122. Rvp 2751/2016 uznesenie Krajského súdu v Trenčíne sp. zn. 19 Co 472/2015 z 9. decembra 2015 123. Rvp 2752/2016 uznesenie Krajského súdu v Trenčíne sp. zn. 5 Co 520/2015 z 9. decembra 2015 124. Rvp 2753/2016 uznesenie Krajského súdu v Trenčíne sp. zn. 4 Co 743/2015 z 15. októbra 2015 125. Rvp 2754/2016 uznesenie Krajského súdu v Trenčíne sp. zn. 5 Co 961/2015 z 9. decembra 2015 126. Rvp 2755/2016 uznesenie Krajského súdu v Trenčíne sp. zn. 5 Co 960/2015 z 9. decembra 2015 127. Rvp 2756/2016 uznesenie Krajského súdu v Trenčíne sp. zn. 17 Co 1325/2015 zo 17. decembra 2015 128. Rvp 2757/2016 uznesenie Krajského súdu v Trenčíne sp. zn. 16 Co 130/2015 z 1. decembra 2015 129. Rvp 2758/2016 uznesenie Krajského súdu v Trenčíne sp. zn. 5 Co 7432015 z 9. decembra 2015 130. Rvp 2759/2016 uznesenie Krajského súdu v Trenčíne sp. zn. 17 Co 1327/2015 zo 17. decembra 2015 131. Rvp 2760/2016 uznesenie Krajského súdu v Trenčíne sp. zn. 16 Co 63/2015 z 1. decembra 2015 132. Rvp 3177/2016 uznesenie Krajského súdu v Trenčíne sp. zn. 17 Co 959/2015 zo 16. decembra 2015 133. Rvp 3178/2016 uznesenie Krajského súdu v Trenčíne sp. zn. 17 Co 698/2015 zo 16. decembra 2015 134. Rvp 3179/2016 uznesenie Krajského súdu v Trenčíne sp. zn. 17 Co 1113/2014 z 25. novembra 2015 135. Rvp 3180/2016 uznesenie Krajského súdu v Trenčíne sp. zn. 17 Co 1203/2014 z 9. decembra 2015 136. Rvp 3181/2016 uznesenie Krajského súdu v Trenčíne sp. zn. 17 Co 1183/2014 z 9. decembra 2015 137. Rvp 3182/2016 uznesenie Krajského súdu v Trenčíne sp. zn. 19 Co 924/2015 z 30. decembra 2015</w:t>
      </w:r>
    </w:p>
    <w:p>
      <w:r>
        <w:t>8</w:t>
      </w:r>
    </w:p>
    <w:p>
      <w:r>
        <w:t>138. Rvp 3183/2016 uznesenie Krajského súdu v Trenčíne sp. zn. 19 Co 864/2015 z 30. decembra 2015 139. Rvp 3184/2016 uznesenie Krajského súdu v Trenčíne sp. zn. 6 Co 1091/2015 z 15. decembra 2015 140 Rvp 3185/2016 uznesenie Krajského súdu v Trenčíne sp. zn. 19 Co 896/2015 z 30. decembra 2015 141. Rvp 3186/2016 uznesenie Krajského súdu v Trenčíne sp. zn. 16 Co 89/2015 z 24. novembra 2015 142. Rvp 3187/2016 uznesenie Krajského súdu v Trenčíne sp. zn. 6 Co 917/2015 z 15. decembra 2015 143. Rvp 3188/2016 uznesenie Krajského súdu v Trenčíne sp. zn. 6 Co 803/2015 z 15. decembra 2015 144. Rvp 3189/2016 uznesenie Krajského súdu v Trenčíne sp. zn. 19 Co 444/2015 z 2. decembra 2015 145. Rvp 3190/2016 uznesenie Krajského súdu v Trenčíne sp. zn. 6 Co 726/2015 z 15. decembra 2015 146. Rvp 3191/2016 uznesenie Krajského súdu v Trenčíne sp. zn. 6 Co 939/2015 z 15. decembra 2015 147. Rvp 3192/2016 uznesenie Krajského súdu v Trenčíne sp. zn. 6 Co 723/2015 z 15. decembra 2015 148. Rvp 3193/2016 uznesenie Krajského súdu v Trenčíne sp. zn. 19 Co 441/2015 z 2. decembra 2015 149. Rvp 3194/2016 uznesenie Krajského súdu v Trenčíne sp. zn. 19 Co 593/2015 z 30. decembra 2015 150. Rvp 3195/2016 uznesenie Krajského súdu v Trenčíne sp. zn. 6 Co 692/2015 z 15. decembra 2015 151. Rvp 3196/2016 uznesenie Krajského súdu v Trenčíne sp. zn. 19 Co 525/2015 z 30. decembra 2015 152. Rvp 3197/2016 uznesenie Krajského súdu v Trenčíne sp. zn. 17 Co 1206/2015 z 23. decembra 2015 153. Rvp 3198/2016 uznesenie Krajského súdu v Trenčíne sp. zn. 17 Co 1288/2015 z 23. decembra 2015 154. Rvp 3199/2016 uznesenie Krajského súdu v Trenčíne sp. zn. 6 Co 1144/2015 zo 16. decembra 2015 155. Rvp 3200/2016 uznesenie Krajského súdu v Trenčíne sp. zn. 16 Co 259/2015 z 1. decembra 2015 156. Rvp 3201/2016 uznesenie Krajského súdu v Trenčíne sp. zn. 6 Co 1093/2015 z 15. decembra 2015 157. Rvp 3202/2016 uznesenie Krajského súdu v Trenčíne sp. zn. 4 Co 868/2015 z 26. novembra 2015 158. Rvp 3203/2016 uznesenie Krajského súdu v Trenčíne sp. zn. 4 Co 869/2015 z 26. novembra 2015 159. Rvp 3204/2016 uznesenie Krajského súdu v Trenčíne sp. zn. 4 Co 870/2015 z 26. novembra 2015 160. Rvp 3205/2016 uznesenie Krajského súdu v Trenčíne sp. zn. 4 Co 871/2015 z 26. novembra 2015</w:t>
      </w:r>
    </w:p>
    <w:p>
      <w:r>
        <w:t>9</w:t>
      </w:r>
    </w:p>
    <w:p>
      <w:r>
        <w:t>161. Rvp 3206/2016 uznesenie Krajského súdu v Trenčíne sp. zn. 4 Co 872/2015 z 26. novembra 2015 162. Rvp 3207/2016 uznesenie Krajského súdu v Trenčíne sp. zn. 4 Co 873/2015 z 26. novembra 2015 163. Rvp 3208/2016 uznesenie Krajského súdu v Trenčíne sp. zn. 4 Co 857/2015 z 26. novembra 2015 164. Rvp 3209/2016 uznesenie Krajského súdu v Trenčíne sp. zn. 4 Co 858/2015 z 26. novembra 2015 165. Rvp 3210/2016 uznesenie Krajského súdu v Trenčíne sp. zn. 4 Co 859/2015 z 26. novembra 2015 166. Rvp 3211/2016 uznesenie Krajského súdu v Trenčíne sp. zn. 4 Co 860/2015 z 26. novembra 2015 167. Rvp 3212/2016 uznesenie Krajského súdu v Trenčíne sp. zn. 4 Co 861/2015 z 26. novembra 2015 168. Rvp 3213/2016 uznesenie Krajského súdu v Trenčíne sp. zn. 4 Co 862/2015 z 26. novembra 2015 169. Rvp 3214/2016 uznesenie Krajského súdu v Trenčíne sp. zn. 4 Co 863/2015 z 26. novembra 2015 170. Rvp 3215/2016 uznesenie Krajského súdu v Trenčíne sp. zn. 4 Co 864/2015 z 26. novembra 2015 171. Rvp 3216/2016 uznesenie Krajského súdu v Trenčíne sp. zn. 4 Co 865/2015 z 26. novembra 2015 172. Rvp 3217/2016 uznesenie Krajského súdu v Trenčíne sp. zn. 4 Co 866/2015 z 26. novembra 2015 173. Rvp 3218/2016 uznesenie Krajského súdu v Trenčíne sp. zn. 4 Co 867/2015 z 26. novembra 2015 174. Rvp 3219/2016 uznesenie Krajského súdu v Trenčíne sp. zn. 4 Co 875/2015 z 26. novembra 2015 175. Rvp 3220/2016 uznesenie Krajského súdu v Trenčíne sp. zn. 4 Co 876/2015 z 26. novembra 2015 176. Rvp 3221/2016 uznesenie Krajského súdu v Trenčíne sp. zn. 4 Co 877/2015 z 26. novembra 2015 177. Rvp 3222/2016 uznesenie Krajského súdu v Trenčíne sp. zn. 4 Co 878/2015 z 26. novembra 2015 178. Rvp 3223/2016 uznesenie Krajského súdu v Trenčíne sp. zn. 4 Co 879/2015 z 26. novembra 2015 179. Rvp 3224/2016 uznesenie Krajského súdu v Trenčíne sp. zn. 4 Co 880/2015 z 26. novembra 2015 180. Rvp 3225/2016 uznesenie Krajského súdu v Trenčíne sp. zn. 4 Co 881/2015 z 26. novembra 2015 181. Rvp 3226/2016 uznesenie Krajského súdu v Trenčíne sp. zn. 4 Co 882/2015 z 26. novembra 2015 182. Rvp 3227/2016 uznesenie Krajského súdu v Trenčíne sp. zn. 4 Co 856/2015 z 26. novembra 2015 183. Rvp 3228/2016 uznesenie Krajského súdu v Trenčíne sp. zn. 4 Co 887/2015 z 26. novembra 2015</w:t>
      </w:r>
    </w:p>
    <w:p>
      <w:r>
        <w:t>10</w:t>
      </w:r>
    </w:p>
    <w:p>
      <w:r>
        <w:t>184. Rvp 3229/2016 uznesenie Krajského súdu v Trenčíne sp. zn. 4 Co 888/2015 z 26. novembra 2015 185. Rvp 3230/2016 uznesenie Krajského súdu v Trenčíne sp. zn. 4 Co 889/2015 z 26. novembra 2015 186. Rvp 3231/2016 uznesenie Krajského súdu v Trenčíne sp. zn. 4 Co 890/2015 z 26. novembra 2015 187. Rvp 3232/2016 uznesenie Krajského súdu v Trenčíne sp. zn. 4 Co 891/2015 z 26. novembra 2015 188. Rvp 3233/2016 uznesenie Krajského súdu v Trenčíne sp. zn. 4 Co 633/2015 z 26. novembra 2015 189. Rvp 3234/2016 uznesenie Krajského súdu v Trenčíne sp. zn. 4 Co 874/2015 z 26. novembra 2015 190. Rvp 3235/2016 uznesenie Krajského súdu v Trenčíne sp. zn. 4 Co 886/2015 z 26. novembra 2015</w:t>
      </w:r>
    </w:p>
    <w:p>
      <w:r>
        <w:t>11</w:t>
      </w:r>
    </w:p>
    <w:p/>
    <w:p>
      <w:r>
        <w:t>Zdroj: KAUZIS.SK – https://www.kauzis.sk/judikatura/r/ECLI:SK:USSR:2016:2.US.806.2016.2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