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199/2016 z 12. 4. 2016</w:t>
      </w:r>
    </w:p>
    <w:p>
      <w:r>
        <w:t>Uznesenie Ústavného súdu SR z 12. apríla 2016, sp. zn. III. ÚS 199/2016, ECLI:SK:USSR:2016:3.US.199.2016.1</w:t>
      </w:r>
    </w:p>
    <w:p>
      <w:r>
        <w:t>Súd: Ústavný súd Slovenskej republiky</w:t>
      </w:r>
    </w:p>
    <w:p>
      <w:r>
        <w:t>Spisová značka: III. ÚS 199/2016</w:t>
      </w:r>
    </w:p>
    <w:p>
      <w:r>
        <w:t>ECLI: ECLI:SK:USSR:2016:3.US.199.2016.1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199/2016-8 Ústavný súd Slovenskej republiky na neverejnom zasadnutí senátu 12. apríla 2016 predbežne prerokoval sťažnosť , zastúpeného advokátom JUDr. Ivanom Pádejom, advokátska kancelária, Krížna 336/2, Považská Bystrica, ktorou namieta porušenie svojho základného práva na súdnu ochranu podľa čl. 46 ods. 1 Ústavy Slovenskej republiky a práva na spravodlivé súdne konanie podľa čl. 6 ods. 1 Dohovoru o ochrane ľudských práv a základných slobôd uznesením Okresného súdu Považská Bystrica sp. zn. 7 C 70/2015 z 23. apríla 2015 a uznesením Krajského súdu v Trenčíne sp. zn. 5 Co 473/2015 zo 16. decembra 2015 o náhrade trov konania, a takto rozhodol: Sťažnosť</w:t>
      </w:r>
    </w:p>
    <w:p>
      <w:r>
        <w:t>odmieta. Odôvodnenie: I.</w:t>
      </w:r>
    </w:p>
    <w:p>
      <w:r>
        <w:t>Ústavnému súdu Slovenskej republiky (ďalej len „ústavný súd“) bola 3. marca 2016 doručená sťažnosť</w:t>
      </w:r>
    </w:p>
    <w:p>
      <w:r>
        <w:t>(ďalej</w:t>
      </w:r>
    </w:p>
    <w:p>
      <w:r>
        <w:t>len „sťažovateľ“), ktorou namieta porušenie základného práva na súdnu ochranu podľa čl. 46 ods. 1 Ústavy Slovenskej republiky (ďalej len „ústava“) a práva na spravodlivé súdne</w:t>
      </w:r>
    </w:p>
    <w:p>
      <w:r>
        <w:t>konanie podľa čl. 6 ods. 1 Dohovoru o ochrane ľudských práv a základných slobôd (ďalej len „dohovor“) uznesením Okresného súdu Považská Bystrica (ďalej len „okresný súd“) sp. zn. 7 C 70/2015 z 23. apríla 2015 a uznesením Krajského súdu v Trenčíne (ďalej len „krajský súd“) sp. zn. 5 Co 473/2015 zo 16. decembra 2015 o náhrade trov konania (ďalej len „napadnuté uznesenie“). Zo sťažnosti vyplýva, že sťažovateľ bol účastníkom konania na strane navrhovateľa v konaní vedenom okresným súdom pod sp. zn. 7 C 70/2015, ktorého predmetom malo byť zrušenie výživného na plnoleté dieťa. Okresný súd mal v dôsledku späťvzatia návrhu sťažovateľom rozhodnúť o zastavení konania a uznesením z 23. apríla 2015 mal sťažovateľa zaviazať na náhradu trov konania v sume 1 912,50 €. Sťažovateľ podal odvolanie proti označenému uzneseniu o trovách konania, o ktorom rozhodol krajský súd napadnutým uznesením tak, že rozhodnutie súdu prvého stupňa potvrdil a sťažovateľa zaviazal na náhradu trov odvolacieho konania v sume 243,26 €. Sťažovateľ v sťažnosti namietal, že došlo k porušeniu jeho označených práv napadnutým uznesením okresného súdu sp. zn. 7 C 70/2015 z 23. apríla 2015, ako aj napadnutým uznesením krajského súdu, pričom argumentoval tým, že návrh bol podaný a následne bol vzatý späť v dôsledku nedostatočného informovania sťažovateľa ako otca dieťaťa o všetkých náležitostiach súvisiacich s ďalším rozširovaním a pokračovaním vzdelania dennou formou pomaturitného štúdia svojho dieťaťa. Sťažovateľ tvrdí, že nemal byť zaviazaný na náhradu trov konania, a zároveň spochybňoval aj spôsob výpočtu náhrady trov. Na základe skutočností uvedených v sťažnosti sťažovateľ navrhuje, aby ústavný súd o sťažnosti sťažovateľa rozhodol nálezom, v ktorom vysloví porušenie označených práv sťažovateľa označeným uznesením okresného súdu 23. apríla 2015 a napadnutým uznesením krajského súdu, napadnuté uznesenie krajského súdu zruší a vec mu vráti na ďalšie konanie a sťažovateľovi prizná finančné zadosťučinenie v sume 500 € a náhradu trov právneho zastúpenia.</w:t>
      </w:r>
    </w:p>
    <w:p>
      <w:r>
        <w:t>2</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3</w:t>
      </w:r>
    </w:p>
    <w:p>
      <w:r>
        <w:t>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(III. ÚS 415/2011, IV. ÚS 362/09, m. m. IV. ÚS 62/08). Sťažovateľ namietal porušenie svojich označených práv označeným uznesením okresného súdu o náhrade trov konania z 23. apríla 2015 a napadnutým uznesením krajského súdu, ktorým potvrdil označené uznesenie okresného súdu, pričom podstata jeho argumentácie spočíva v tvrdení, že okresný súd, ako aj krajský súd nesprávne rozhodol o trovách konania, keď protistrane priznal náhradu trov konania, ktoré podľa jeho názoru nemal, pretože vznikli v dôsledku nesprávneho právneho posúdenia otázky, kto zavinil zastavenie konania, ktorú nenapravil ani krajský súd. 1. Pokiaľ ide o uznesenie okresného súdu 23. apríla 2015,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označené uznesenie okresného súdu ani jeho predchádzajúci postup, keďže ho už meritórne preskúmal na základe odvolania krajský súd, ktorý bol oprávnený a zároveň povinný poskytnúť sťažovateľovi ochranu jeho právam. Z uvedeného dôvodu ústavný súd sťažnosť v tejto časti smerujúcej proti uzneseniu súdu prvého stupňa odmietol podľa § 25 ods. 2 zákona o ústavnom súde pre nedostatok právomoci na jej prerokovanie (m. m. IV. ÚS 405/04, III. ÚS 133/05, IV. ÚS 155/2010, III. ÚS 311/2014).</w:t>
      </w:r>
    </w:p>
    <w:p>
      <w:r>
        <w:t>4</w:t>
      </w:r>
    </w:p>
    <w:p>
      <w:r>
        <w:t>2. Sťažovateľ tiež namietal, že krajský súd tým, že potvrdil uznesenie okresného súdu o trovách konania napadnutým uznesením, neprípustným spôsobom zasiahol do jeho označených práv. V nadväznosti na obsah sťažnosti ústavný súd v prvom rade považuje za potrebné zdôrazniť, že námietky sťažovateľa síce smerujú proti porušeniu princípov spravodlivého súdneho konania, týkajú sa však len jeho časti, a to rozhodovania krajského súdu o trovách konania, čo má v konkrétnych okolnostiach posudzovanej veci na sťažovateľa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a práva na spravodlivé súdne konanie podľa čl. 6 ods. 1 dohovoru dôjsť aj v súvislosti s námietkami sťažovateľa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Vychádzajúc z uvedených právnych názorov ústavný súd poukazuje na skutočnosť, že vo svojej podstate sťažovateľ namieta, že krajský súd napadnutým uznesením, ktorým potvrdil uznesenie okresného súdu o trovách konania, porušil jeho označené práva. V danom prípade je nevyhnutné zohľadniť intenzitu namietaného porušenia zákona (jeho 5</w:t>
      </w:r>
    </w:p>
    <w:p>
      <w:r>
        <w:t>ústavnoprávny rozmer), ktorá by odôvodňovala vyslovenie porušenia základného práva sťažovateľa na súdnu ochranu podľa čl. 46 ods. 1 ústavy, práva na spravodlivé súdne konanie podľa čl. 6 ods. 1 dohovoru. Ústavný súd konštatuje, že sťažovateľ zastúpený kvalifikovaným právnym zástupcom k sťažnosti nepripojil kópie sťažnosťou napadnutých uznesení okresného a krajského súdu. Napriek uvedenému nedostatku ústavný súd vychádzajúc z opísaného obsahu týchto uznesení, dospel k záveru, že posudzovaná vec takúto intenzitu zjavne nedosahuje, keďže výrok o trovách konania bol v zmysle zákona odôvodnený, čo zakladá dôvod na jej odmietnutie z dôvodu zjavnej neopodstatnenosti. Skutočnosť namietaná sťažovateľom, že nebol dostatočne informovaný o forme a dĺžke štúdia svojho syna, v dôsledku čoho vzal svoj návrh na zrušenie výživného na plnoleté dieťa späť, nezakladá údajné nesprávne právne posúdenie veci a absentuje aj ústavnoprávny rozmer prípadu. Na základe uvedeného ústavný súd pri predbežnom prerokovaní dospel k záveru, že sťažnosť sťažovateľa, ktorou namietal porušenie svojich označených práv napadnutým uznesením krajského súdu, je zjavne neopodstatnená, a preto ju v tejto časti podľa § 25 ods. 2 zákona o ústavnom súde odmietol z dôvodu jej zjavnej neopodstatnenosti. Ústavný súd v súvislosti s nepredložením kópií napadnutých rozhodnutí všeobecných súdov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6</w:t>
      </w:r>
    </w:p>
    <w:p>
      <w:r>
        <w:t>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Pretože predmetná sťažnosť v tejto časti neobsahovala náležitosť, ktoré na uplatnenie právomoci ústavného súdu ustanovuje ústava a zákon o ústavnom súde, a síce kópiu napadnutého uznesenia krajského súdu, ústavný súd aj so zreteľom na kvalifikované právne zastúpenie sťažovateľa mohol jeho sťažnosť v tejto časti odmietnuť aj pre nesplnenie zákonom predpísaných náležitostí. Keďže ústavný súd odmietol sťažnosť už pri jej predbežnom prerokovaní, bolo bez právneho dôvodu zaoberať sa ďalšími návrhmi sťažovateľa uvedenými v petite sťažnosti. P o u č e n i e : Proti tomuto rozhodnutiu nemožno podať opravný prostriedok. V Košiciach 12. apríla 2016</w:t>
      </w:r>
    </w:p>
    <w:p>
      <w:r>
        <w:t>7</w:t>
      </w:r>
    </w:p>
    <w:p/>
    <w:p>
      <w:r>
        <w:t>Zdroj: KAUZIS.SK – https://www.kauzis.sk/judikatura/r/ECLI:SK:USSR:2016:3.US.199.2016.1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