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200/2016 z 12. 4. 2016</w:t>
      </w:r>
    </w:p>
    <w:p>
      <w:r>
        <w:t>Uznesenie Ústavného súdu SR z 12. apríla 2016, sp. zn. III. ÚS 200/2016, ECLI:SK:USSR:2016:3.US.200.2016.1</w:t>
      </w:r>
    </w:p>
    <w:p>
      <w:r>
        <w:t>Súd: Ústavný súd Slovenskej republiky</w:t>
      </w:r>
    </w:p>
    <w:p>
      <w:r>
        <w:t>Spisová značka: III. ÚS 200/2016</w:t>
      </w:r>
    </w:p>
    <w:p>
      <w:r>
        <w:t>ECLI: ECLI:SK:USSR:2016:3.US.200.2016.1</w:t>
      </w:r>
    </w:p>
    <w:p>
      <w:r>
        <w:t>Dátum vydania: 12. 4.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200/2016-9 Ústavný súd Slovenskej republiky na neverejnom zasadnutí senátu 12. apríla 2016 prerokoval sťažnosť Rvp 2443/2016 a sťažnosť</w:t>
      </w:r>
    </w:p>
    <w:p>
      <w:r>
        <w:t>,</w:t>
      </w:r>
    </w:p>
    <w:p>
      <w:r>
        <w:t>, vedenú pod sp. zn. ,</w:t>
      </w:r>
    </w:p>
    <w:p>
      <w:r>
        <w:t>vedenú pod sp. zn.</w:t>
      </w:r>
    </w:p>
    <w:p>
      <w:r>
        <w:t>Rvp 12132/2015, obe zastúpené Advokátskou kanceláriou JUDr. Mária Badová, s. r. o., Vajanského 1/2765, Žilina, v mene ktorej koná konateľka a advokátka JUDr. Mária Badová, vo veci namietaného porušenia ich základného práva na prerokovanie veci bez zbytočných prieťahov podľa čl. 46 ods. 1 a čl. 48 ods. 2 Ústavy Slovenskej republiky a práva na prejednanie ich záležitosti v primeranej lehote podľa čl. 6 ods. 1 Dohovoru o ochrane ľudských práv a základných slobôd postupom Okresného súdu Žilina v konaní vedenom pod sp. zn. 2 C 43/2008 a takto rozhodol: Veci vedené na Ústavnom súde Slovenskej republiky pod sp. zn. Rvp 2443/2016 a sp. zn. Rvp 12132/2015 s p á j a na spoločné konanie, ktoré bude ďalej vedené pod sp. zn. Rvp 12132/2015.</w:t>
      </w:r>
    </w:p>
    <w:p>
      <w:r>
        <w:t>Odôvodnenie:</w:t>
      </w:r>
    </w:p>
    <w:p>
      <w:r>
        <w:t>Ústavnému súdu Slovenskej republiky (ďalej len „ústavný súd“) bola 12. apríla 2016 doručená sťažnosť</w:t>
      </w:r>
    </w:p>
    <w:p>
      <w:r>
        <w:t>,</w:t>
      </w:r>
    </w:p>
    <w:p>
      <w:r>
        <w:t>, vedená pod sp. zn.</w:t>
      </w:r>
    </w:p>
    <w:p>
      <w:r>
        <w:t>Rvp 2443/2016, pridelená sudcovi spravodajcovi Rudolfovi Tkáčikovi a 28. augusta 2015 sťažnosť</w:t>
      </w:r>
    </w:p>
    <w:p>
      <w:r>
        <w:t>,</w:t>
      </w:r>
    </w:p>
    <w:p>
      <w:r>
        <w:t>, vedená pod sp. zn. Rvp 12132/2015,</w:t>
      </w:r>
    </w:p>
    <w:p>
      <w:r>
        <w:t>pridelená sudkyni Jane Baricovej, ktorými namietajú porušenie svojho základného práva na prerokovanie veci bez zbytočných prieťahov podľa čl. 46 ods. 1 a čl. 48 ods. 2 Ústavy Slovenskej republiky a práva na prejednanie ich záležitosti v primeranej lehote podľa čl. 6 ods. 1 Dohovoru o ochrane ľudských práv a základných slobôd postupom Okresného súdu Žilina (ďalej len „okresný súd“) v konaní vedenom pod sp. zn. 2 C 43/2008.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§ 112 OSP môže ústavný súd v záujme hospodárnosti konania spojiť na spoločné konanie veci, ktoré u neho začali a skutkovo spolu súvisia alebo sa týkajú tých istých účastníkov. Zo spisov ústavného súdu sp. zn. Rvp 12132/2015 a sp. zn. Rvp 2443/2016 vyplýva, že predmet oboch sťažností vecne súvisí s postupom okresného súdu v konaní vedenom pod sp. zn. 2 C 43/2008, pričom sťažovateľky napádajú porušenie tých istých práv v identickom konaní, pričom obe sťažovateľky vystupujú v tomto konaní na strane navrhovateľov. Na základe uvedeného ústavný súd v záujme hospodárnosti konania podľa § 31a zákona o ústavnom súde v spojení s § 112 ods. 1 OSP rozhodol, že veci vedené ústavným súdom pod sp. zn. Rvp 12132/2015 a sp. zn. Rvp 2443/2016 spája na spoločné konanie, ktoré bude ďalej vedené pod sp. zn. Rvp 12132/2015.</w:t>
      </w:r>
    </w:p>
    <w:p>
      <w:r>
        <w:t>2</w:t>
      </w:r>
    </w:p>
    <w:p>
      <w:r>
        <w:t>Tieto skutočnosti boli podkladom pre záver ústavného súdu obsiahnutý vo výrokovej časti tohto rozhodnutia. P o u č e n i e : Proti tomuto rozhodnutiu nemožno podať opravný prostriedok. V Košiciach 12. apríla 2016</w:t>
      </w:r>
    </w:p>
    <w:p>
      <w:r>
        <w:t>3</w:t>
      </w:r>
    </w:p>
    <w:p/>
    <w:p>
      <w:r>
        <w:t>Zdroj: KAUZIS.SK – https://www.kauzis.sk/judikatura/r/ECLI:SK:USSR:2016:3.US.200.2016.1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