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396/2016 z 21. 6. 2016</w:t>
      </w:r>
    </w:p>
    <w:p>
      <w:r>
        <w:t>Uznesenie Ústavného súdu SR z 21. júna 2016, sp. zn. III. ÚS 396/2016, ECLI:SK:USSR:2016:3.US.396.2016.1</w:t>
      </w:r>
    </w:p>
    <w:p>
      <w:r>
        <w:t>Súd: Ústavný súd Slovenskej republiky</w:t>
      </w:r>
    </w:p>
    <w:p>
      <w:r>
        <w:t>Spisová značka: III. ÚS 396/2016</w:t>
      </w:r>
    </w:p>
    <w:p>
      <w:r>
        <w:t>ECLI: ECLI:SK:USSR:2016:3.US.396.2016.1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396/2016-8 Ústavný súd Slovenskej republiky na neverejnom zasadnutí 21. júna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uzneseniami Najvyššieho súdu Slovenskej republiky sp. zn. 6 Sži 25/2013 z 22. októbra 2014 (Rvp 517/2015), sp. zn. 2 Sži 16/2013 z 15. októbra 2014 (Rvp 518/2015) a sp. zn. 3 Sži 25/2013 zo 6. októbra 2014 (Rvp 519/2015), a takto rozhodol:</w:t>
      </w:r>
    </w:p>
    <w:p>
      <w:r>
        <w:t>Sťažnosti obchodnej spoločnosti POHOTOVOSŤ, s. r. o., vedené pod spisovými značkami: Rvp 517/2015, Rvp 518/2015 a Rvp 519/2015 s p á j a na spoločné konanie, ktoré bude ďalej vedené pod sp. zn. III. ÚS 396/2016.</w:t>
      </w:r>
    </w:p>
    <w:p>
      <w:r>
        <w:t>Sťažnosti obchodnej spoločnosti POHOTOVOSŤ, s. r. o., neopodstatnené.</w:t>
      </w:r>
    </w:p>
    <w:p>
      <w:r>
        <w:t>Odôvodnenie:</w:t>
      </w:r>
    </w:p>
    <w:p>
      <w:r>
        <w:t>o d m i e t a ako zjavne</w:t>
      </w:r>
    </w:p>
    <w:p>
      <w:r>
        <w:t>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III. ÚS 619/2014, III. ÚS 722/2014, III. ÚS 149/2015, III. ÚS 292/2015).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21. júna 2016</w:t>
      </w:r>
    </w:p>
    <w:p>
      <w:r>
        <w:t>2</w:t>
      </w:r>
    </w:p>
    <w:p/>
    <w:p>
      <w:r>
        <w:t>Zdroj: KAUZIS.SK – https://www.kauzis.sk/judikatura/r/ECLI:SK:USSR:2016:3.US.396.2016.1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