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509/2016 z 17. 8. 2016</w:t>
      </w:r>
    </w:p>
    <w:p>
      <w:r>
        <w:t>Uznesenie Ústavného súdu SR z 17. augusta 2016, sp. zn. III. ÚS 509/2016, ECLI:SK:USSR:2016:3.US.509.2016.1</w:t>
      </w:r>
    </w:p>
    <w:p>
      <w:r>
        <w:t>Súd: Ústavný súd Slovenskej republiky</w:t>
      </w:r>
    </w:p>
    <w:p>
      <w:r>
        <w:t>Spisová značka: III. ÚS 509/2016</w:t>
      </w:r>
    </w:p>
    <w:p>
      <w:r>
        <w:t>ECLI: ECLI:SK:USSR:2016:3.US.509.2016.1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509/2016-10 Ústavný súd Slovenskej republiky na neverejnom zasadnutí senátu 17. augusta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podľa čl. 46 ods. 1 Ústavy Slovenskej republiky a práva podľa čl. 6 ods. 1 Dohovoru o ochrane ľudských práv a základných slobôd rozsudkami Krajského súdu v Trenčíne v konaniach vedených pod sp. zn. 5 Co 331/2014 z 12. novembra 2014 (Rvp 841/2015), sp. zn. 4 Co 12/2014 zo 16. októbra 2014 (Rvp 842/2015), sp. zn. 5 Co 281/2014 z 12. novembra 2014 (Rvp 843/2015), sp. zn. 5 Co 288/2014 z 5. novembra 2014 (Rvp 844/2015), sp. zn. 5 Co 172/2014 z 5. novembra 2014 (Rvp 845/2015), sp. zn. 5 Co 293/2014 z 12. novembra 2014 (Rvp 846/2015), sp. zn. 19 Co 127/2014 z 9. októbra 2014 (Rvp 851/2015), sp. zn. 4 Co 57/2014 zo 16. októbra 2014 (Rvp 852/2015), sp. zn. 4 Co 67/2014 z 23. októbra 2014 (Rvp 853/2015), sp. zn. 4 Co 63/2014 z 23. októbra 2014 (Rvp 854/2015), sp. zn. 4 Co 61/2014 z 23. októbra 2014 (Rvp 855/2015), sp. zn. 17 Co 377/2014 z 15. októbra 2014 (Rvp 856/2015), sp. zn. 17 Co 386/2014 z 15. októbra 2014 (Rvp 857/2015), sp. zn. 17 Co 368/2014 z 15. októbra 2014 (Rvp 858/2015), sp. zn. 16 Co 58/2013 z 21. októbra 2014 (Rvp 859/2015), sp. zn. 5 Co 270/2014 z 5. novembra 2014 (Rvp 860/2015), sp. zn. 17 Co 89/2014 z 8. októbra 2014 (Rvp 861/2015), sp. zn. 4 Co 74/2014 zo 16. októbra 2014 (Rvp 862/2015), sp. zn. 19 Co 263/2014 z 9. októbra 2014 (Rvp 863/2015), sp. zn. 19 Co 73/2014 z 9. októbra 2014 (Rvp 864/2015), sp. zn. 19 Co 303/2014 z 9. októbra 2014 (Rvp 865/2015), sp. zn. 5 Co 151/2014 z 5. novembra 2014 (Rvp 866/2015), sp. zn.</w:t>
      </w:r>
    </w:p>
    <w:p>
      <w:r>
        <w:t>16 Co 417/2013 z 12. novembra 2014 (Rvp 867/2015), sp. zn. 4 Co 120/2014 z 30. októbra 2014 (Rvp 868/2015), sp. zn. 19 Co 478/2014 z 20. novembra 2014 (Rvp 869/2015), sp. zn. 4 Co 32/2014 z 9. októbra 2014 (Rvp 870/2015), sp. zn. 4 Co 55/2014 z 9. októbra 2014 (Rvp 871/2015), sp. zn. 4 Co 59/2014 zo 16. októbra 2014 (Rvp 872/2015), sp. zn. 5 Co 180/2014 z 5. novembra 2014 (Rvp 873/2015), sp. zn. 4 Co 54/2014 zo 16. októbra 2014 (Rvp 874/2015), sp. zn. 4 Co 130/2014 zo 16. októbra 2014 (Rvp 875/2015), sp. zn. 5 Co 190/2014 z 5. novembra 2014 (Rvp 876/2015), sp. zn. 17 Co 103/2014 z 15. októbra 2014 (Rvp 877/2015), sp. zn. 4 Co 110/2014 zo 16. októbra 2014 (Rvp 878/2015), sp. zn. 19 Co 57/2014 z 9. októbra 2014 (Rvp 879/2015), sp. zn. 19 Co 129/2014 z 9. októbra 2014 (Rvp 880/2015), sp. zn. 4 Co 54/2014 zo 16. októbra 2014 (Rvp 1335/2015), sp. zn. 19 Co 266/2014 z 13. novembra 2014 (Rvp 1336/2015), sp. zn. 8 Co 120/2013 z 29. októbra 2014 (Rvp 1337/2015), sp. zn. 8 Co 122/2013 z 29. októbra 2014 (Rvp 1338/2015), sp. zn. 16 Co 419/2013 z 12. novembra 2014 (Rvp 1339/2015), sp. zn. 8 Co 425/2013 z 29. októbra 2014 (Rvp 1340/2015), sp. zn. 5 Co 298/2014 z 12. novembra 2014 (Rvp 1341/2015), sp. zn. 4 Co 80/2014 z 23. októbra 2014 (Rvp 1342/2015), sp. zn. 16 Co 415/2013 z 5. decembra 2014 (Rvp 1343/2015), sp. zn. 4 Co 69/2014 z 23. októbra 2014 (Rvp 1344/2015), sp. zn. 6 Co 431/2014 z 28. októbra 2014 (Rvp 1345/2014), sp. zn. 6 Co 319/2014 z 28. októbra 2014 (Rvp 1346/2015), sp. zn. 17 Co 416/2014 z 22. októbra 2014 (Rvp 1347/2015), sp. zn. 4 Co 35/2014 z 30. októbra 2014 (Rvp 1348/2015), sp. zn. 6 Co 340/2014 z 25. novembra 2014 (Rvp 3123/2015), sp. zn. 6 Co 284/2014 z 25. novembra 2014 (Rvp 3124/2015), sp. zn. 6 Co 305/2014 z 25. novembra 2014 (Rvp 3125/2015), sp. zn.6 Co 345/2014 z 25. novembra 2014 (Rvp 3126/2015), sp. zn. 17 Co 128/2014 z 29. novembra 2014 (Rvp 3127/2015), sp. zn. 6 Co 339/2014 z 25. novembra 2014 (Rvp 3128/2015), sp. zn. 4 Co 176/2014 z 27. novembra 2014 (Rvp 3129/2015), sp. zn. 4 Co 528/2014 z 18. novembra 2014 (Rvp 3130/2015), sp. zn. 6 Co 240/2014 z 25. novembra 2014 (Rvp 3131/2015), sp. zn. 4 Co 238/2014 z 27. novembra 2014 (Rvp 3132/2015), sp. zn. 4 Co 237/2014 z 27. novembra 2014 (Rvp 3133/2015), sp. zn. 4 Co 174/2014 z 27. novembra 2014 (Rvp 3134/2015), sp. zn. 4 Co 178/2014 z 27. novembra 2014 (Rvp 3135/2015), sp. zn. 6 Co 558/2014 z 18. novembra 2014 (Rvp 3136/2015), sp. zn. 8 Co 129/2014 z 26. novembra 2014 (Rvp 3137/2015), sp. zn. 19 Co 556/2014 z 18. novembra 2014 (Rvp 3138/2015), sp. zn.</w:t>
      </w:r>
    </w:p>
    <w:p>
      <w:r>
        <w:t>2</w:t>
      </w:r>
    </w:p>
    <w:p>
      <w:r>
        <w:t>16 Co 124/2014 z 18. novembra 2014 (Rvp 3139/2015), sp. zn. 6 Co 273/2014 z 25. novembra 2014 (Rvp 3140/2015), sp. zn. 19 Co 558/2014 z 26. novembra 2014 (Rvp 3141/2015), sp. zn. 16 Co 178/2014 z 18. novembra 2014 (Rvp 3142/2015), sp. zn. 19 Co 261/2014 z 18. decembra 2014 (Rvp 3143/2015), sp. zn. 19 Co 247/2014 z 18. decembra 2014 (Rvp 3144/2015), sp. zn. 19 Co 258/2014 z 18. decembra 2014 (Rvp 3145/2015), sp. zn. 19 Co 260/2014 z 18. decembra 2014 (Rvp 3146/2015), sp. zn. 19 Co 269/2014 z 18. decembra 2014 (Rvp 3147/2015), sp. zn. 4 Co 257/2014 z 27. novembra 2014 (Rvp 3148/2015), sp. zn. 5 Co 479/2014 zo 17. decembra 2014 (Rvp 3149/2015), sp. zn. 5 Co 315/2014 zo 17. decembra 2014 (Rvp 3367/2015), sp. zn. 5 Co 320/2014 zo 17. decembra 2014 (Rvp 3371/2015), sp. zn. 8 Co 175/2014 z 26. novembra 2014 (Rvp 3372/2015), sp. zn. 16 Co 164/2014 z 9. decembra 2014 (Rvp 3373/2015), sp. zn. 19 Co 378/2014 zo 4. decembra 2014 (Rvp 3374/2015), sp. zn. 19 Co 627/2014 zo 4. decembra 2014 (Rvp 3375/2015), sp. zn. 5 Co 799/2014 zo 17. decembra 2014 (Rvp 3376/2015), sp. zn. 5 Co 681/2014 zo 17. decembra 2014 (Rvp 3377/2015), sp. zn. 5 Co 591/2014 zo 17. decembra 2014 (Rvp 3661/2015), sp. zn. 16 Co 259/2013 z 22. decembra 2014 (Rvp 3662/2015), sp. zn. 5 Co 621/2014 zo 17. decembra 2014 (Rvp 3663/2015), sp. zn. 5 Co 571/2014 zo 17. decembra 2014 (Rvp 3664/2015), sp. zn. 6 Co 615/2014 zo 16. decembra 2014 (Rvp 3665/2015), sp. zn. 4 Co 407/2014 z 11. decembra 2014 (Rvp 3666/2015), sp. zn. 19 Co 145/2013 z 18. decembra 2014 (Rvp 3667/2015), sp. zn. 16 Co 116/2013 z 9. decembra 2014 (Rvp 3668/2015), sp. zn. 17 Co 851/2013 z 22. decembra 2014 (Rvp 3669/2015), sp. zn. 19 Co 142/2014 z 18. decembra 2014 (Rvp 3670/2015), sp. zn. 19 Co 137/2014 z 18. decembra 2014 (Rvp 3671/2015), sp. zn. 16 Co 118/2013 z 27. decembra 2014 (Rvp 3672/2015), sp. zn. 16 Co 217/2014 z 22. decembra 2014 (Rvp 3673/2015), sp. zn. 6 Co 556/2014 z 9. decembra 2014 (Rvp 3674/2015), sp. zn. 16 Co 148/2014 z 22. decembra 2014 (Rvp 3675/2015), sp. zn. 19 Co 550/2014 z 9. decembra 2014 (Rvp 3676/2015), sp. zn. 6 Co 241/2014 zo 16. decembra 2014 (Rvp 3677/2015), sp. zn. 4 Co 717/2013 zo 17. decembra 2014</w:t>
      </w:r>
    </w:p>
    <w:p>
      <w:r>
        <w:t>(Rvp 3678/2015), sp. zn. 4 Co 268/2014</w:t>
      </w:r>
    </w:p>
    <w:p>
      <w:r>
        <w:t>zo 17. decembra 2014 (Rvp 3679/2015), sp. zn. 4 Co 208/2014 z 27. novembra 2014 (Rvp 7220/2015), sp. zn. 8 Co 164/2014 z 25. februára 2015 (Rvp 8123/2015), sp. zn. 8 Co 140/2014 z 25. februára 2015 (Rvp 8124/2015), sp. zn. 17 Co 194/2014 z 25. februára</w:t>
      </w:r>
    </w:p>
    <w:p>
      <w:r>
        <w:t>3</w:t>
      </w:r>
    </w:p>
    <w:p>
      <w:r>
        <w:t>2015 (Rvp 8125/2015), sp. zn. 17 Co 1024/2014 z 11. marca 2015 (Rvp 8126/2015), sp. zn. 17 Co 1125/2014 z 11. marca 2015 (Rvp 8127/2015), sp. zn. 19 Co 404/2014 z 5. marca 2015 (Rvp 8128/2015), sp. zn. 6 Co 387/2014 z 24. februára 2015 (Rvp 8129/2015),sp. zn. 4 Co 505/2014 z 26. februára 2015 (Rvp 8130/2015), sp. zn. 6 Co 424/2014 z 24. februára 2015 (Rvp 8131/2015), sp. zn. 19 Co 427/2014 z 5. marca 2015 (Rvp 8132/2015), sp. zn. 4 Co 481/2014 z 26. februára 2015 (Rvp 8133/2015), sp. zn. 6 Co 739/2014 z 24. februára 2015 (Rvp 8134/2015), sp. zn. 5 Co 125/2014 z 25. februára 2015 (Rvp 8135/2015), sp. zn. 19 Co 891/2014 z 5. marca 2015 (Rvp 8136/2015), sp. zn. 6 Co 601/2014 z 24. februára 2015 (Rvp 8137/2015), sp. zn. 6 Co 603/2014 z 24. februára 2015 (Rvp 8138/2015), sp. zn. 4 Co 925/2014 z 26. februára 2015 (Rvp 8139/2015), sp. zn. 17 Co 50/2015 z 25. marca 2015 (Rvp 8491/2015), sp. zn. 6 Co 671/2014 z 24. februára 2015 (Rvp 8492/2015), sp. zn. 6 Co 673/2014 z 24. februára 2015 (Rvp 8493/2015), sp. zn. 6 Co 677/2014 z 24. februára 2015 (Rvp 8494/2015), sp. zn. 6 Co 617/2014 z 24. februára 2015 (Rvp 8495/2015), sp. zn. 6 Co 683/2014 z 24. februára 2015 (Rvp 8496/2015), sp. zn. 6 Co 599/2014 z 24. februára 2015 (Rvp 8497/2015), sp. zn. 17 Co 434/2014 z 25. marca 2015 (Rvp 8498/2015), sp. zn. 6 Co 681/2014 z 24. februára 2015 (Rvp 8499/2015), sp. zn. 6 Co 679/2014 z 24. februára 2015 (Rvp 8500/2015), sp. zn. 17 Co 562/2014 z 25. marca 2015 (Rvp 8501/2015), sp. zn. 4 Co 913/2014 z 18. februára 2015 (Rvp 8502/2015), sp. zn. 4 Co 948/2014 z 26. februára 2015 (Rvp 8503/2015), sp. zn. 5 Co 766/2014 z 25. marca 2015 (Rvp 8504/2015), sp. zn. 4 Co 469/2014 z 26. februára 2015 (Rvp 8505/2015), sp. zn. 6 Co 436/2014 z 24. februára 2015 (Rvp 8506/2015), sp. zn. 6 Co 255/2014 z 24. februára 2015 (Rvp 8507/2015), sp. zn. 4 Co 778/2014 z 26. februára 2015 (Rvp 8508/2015), sp. zn. 17 Co 31/2015 z 25. marca 2015 (Rvp 8563/2015), sp. zn. 17 Co 374/2014 z 11. marca 2015 (Rvp 8564/2015), sp. zn. 4 Co 788/2014 z 26. februára 2015 (Rvp 8565/2015), sp. zn. 19 Co 915/2014 z 5. marca 2015 (Rvp 8566/2015), sp. zn. 6 Co 429/2014 z 24. februára 2015 (Rvp 8567/2015), sp. zn. 17 Co 404/2014 z 11. marca 2015 (Rvp 9077/2015), sp. zn. 19 Co 238/2014 z 12. februára 2015 (Rvp 9078/2015), sp. zn. 4 Co 459/2014 z 26. februára 2015 (Rvp 9079/2015), sp. zn. 16 Co 215/2014 zo 17. marca 2015 (Rvp 9080/2015), sp. zn. 16 Co 158/2014 zo 17. marca 2015 (Rvp 9081/2015),sp. zn. 16 Co 216/2014 zo 17. marca 2015 (Rvp 9082/2015), sp. zn. 16 Co 159/2014 zo 17. marca 2015 (Rvp 9083/2015), sp. zn. 19 Co 25/2015 z 2. apríla 2015 (Rvp 9716/2015), sp. zn. 17 Co 413/2014 z 25. februára 2015 (Rvp 9717/2015), sp. zn.</w:t>
      </w:r>
    </w:p>
    <w:p>
      <w:r>
        <w:t>4</w:t>
      </w:r>
    </w:p>
    <w:p>
      <w:r>
        <w:t>4 Co 559/2014 z 25. marca 2015 (Rvp 9718/2015), sp. zn. 17 Co 531/2014 z 25. marca 2015 (Rvp 9719/2015), sp. zn. 17 Co 545/2014 z 25. marca 2015 (Rvp 9720/2015), sp. zn. 19 Co 557/2014 zo 17. marca 2015 (Rvp 9721/2015), sp. zn. 5 Co 381/2014 zo 17. marca 2015 (Rvp 9722/2015), sp. zn. 8 Co 216/2014 z 25. marca 2015 (Rvp 9723/2015), sp. zn. 16 Co 127/2014 zo 17. marca 2015 (Rvp 9724/2015), sp. zn. 8 Co 199/2014 z 25. marca 2015 (Rvp 9725/2015), sp. zn. 17 Co 82/2015 z 15. apríla 2015 (Rvp 9726/2015), sp. zn. 17 Co 481/2014 z 25. marca 2015 (Rvp 9727/2015), ako aj uzneseniami Krajského súdu v Trenčíne sp. zn. 4 Co 122/2014 z 30. októbra 2014 (Rvp 825/2015), sp. zn. 4 Co 34/2014 z 9. októbra 2014 (Rvp 826/2015), sp. zn. 16 Co 416/2014 z 12. novembra 2014 (Rvp 827/2015), sp. zn. 4 Co 81/2014 z 23. októbra 2014 (Rvp 828/2015), sp. zn. 16 Co 420/2013 z 12. novembra 2014 (Rvp 829/2015), sp. zn. 8 Co 426/2013 z 29. októbra 2014 (Rvp 830/2015), sp. zn. 5 Co 299/2014 z 12. novembra 2014 (Rvp 831/2015), sp. zn. 19 Co 479/2014 z 15. októbra 2014 (Rvp 832/2015), sp. zn. 5 Co 173/2014 z 5. novembra 2014 (Rvp 833/2015), sp. zn. 16 Co 59/2013 z 21. októbra 2014 (Rvp 834/2015), sp. zn. 5 Co 271/2014 z 5. novembra 2014 (Rvp 835/2015), sp. zn. 8 Co 123/2014 z 29. októbra 2014 (Rvp 836/2015), sp. zn. 5 Co 371/2014 z 29. októbra 2014 (Rvp 837/2015), sp. zn. 19 Co 267/2014 z 13. novembra 2014 (Rvp 838/2015), sp. zn. 8 Co 245/2013 z 29. októbra 2014 (Rvp 839/2015), sp. zn. 4 Co 13/2014 zo 16. októbra 2014 (Rvp 840/2015), sp. zn. 17 Co 378/2014 z 15. októbra 2014 (Rvp 847/2015), sp. zn. 17 Co 388/2014 z 15. októbra 2014 (Rvp 848/2015), sp. zn. 17 Co 369/2014 z 15. októbra 2014 (Rvp 849/2015), sp. zn. 16 Co 418/2014 z 12. novembra 2014 (Rvp 850/2015), sp. zn. 19 Co 146/2014 z 18. decembra 2014 (Rvp 3357/2015), sp. zn. 4 Co 408/2014 z 11. decembra 2014 (Rvp 3358/2015), sp. zn. 5 Co 372/2014 z 9. decembra 2014 (Rvp 3359/2015), sp. zn. 19 Co 138/2014 z 18. decembra 2014 (Rvp 3360/2015), sp. zn. 16 Co 117/2013 z 22. decembra 2014 (Rvp 3361/2015), sp. zn. 19 Co 143/2014 z 18. decembra 2014 (Rvp 3362/2015), sp. zn. 16 Co 119/2013 z 22. decembra 2014 (Rvp 3363/2015), sp. zn. 16 Co 260/2013 z 22. decembra 2014 (Rvp 3364/2015), sp. zn. 5 Co 637/2014 zo 17. decembra 2014 (Rvp 3365/2015), sp. zn. 16 Co 218/2014 z 22. decembra 2014 (Rvp 3366/2015), sp. zn. 16 Co 131/2014 z 9. decembra 2014 (Rvp 3368/2015), sp. zn. 16 Co 198/2014 z 9. decembra 2014 (Rvp 3369/2015), sp. zn. 16 Co 149/2014 z 22. decembra 2014 (Rvp 3370/2015), sp. zn. 8 Co 249/2013 zo 17. decembra 2014</w:t>
      </w:r>
    </w:p>
    <w:p>
      <w:r>
        <w:t>5</w:t>
      </w:r>
    </w:p>
    <w:p>
      <w:r>
        <w:t>(Rvp 3680/2015), sp. zn. 6 Co 318/2014 z 25. novembra 2014 (Rvp 3681/2015), sp. zn. 19 Co 317/2014 zo 4. decembra 2014 (Rvp 3682/2015), sp. zn. 17 Co 269/2014 zo 17. decembra 2014 (Rvp 3683/2015), sp. zn. 17 Co 263/2014 zo 17. decembra 2014 (Rvp 3684/2015), sp. zn. 8 Co 125/2013 zo 17. decembra 2014 (Rvp 3685/2015), sp. zn. 17 Co 251/2014 zo 17. decembra 2014 (Rvp 3686/2015), sp. zn. 5 Co 287/2014 z 10. decembra 2014 (Rvp 3687/2015), sp. zn. 8 Co 16/2013 zo 17. decembra 2014 (Rvp 3688/2015), sp. zn. 4 Co 263/2014 zo 17. decembra 2014 (Rvp 3689/2015), sp. zn. 4 Co 269/2014 zo 17. decembra 2014 (Rvp 3690/2015), sp. zn. 4 Co 255/2014 zo 17. decembra 2014 (Rvp 3691/2015), sp. zn. 17 Co 390/2014 zo 17. decembra 2014 (Rvp 3692/2015), sp. zn. 8 Co 207/2014 zo 17. decembra 2014 (Rvp 3693/2015), sp. zn. 4 Co 451/2014 zo 17. decembra 2014 (Rvp 3694/2015), sp. zn. 4 Co 476/2014 zo 17. decembra 2014 (Rvp 3695/2015), sp. zn. 5 Co 312/2014 zo 14. januára 2015 (Rvp 3696/2015), sp. zn. 8 Co 222/2014 zo 17. decembra 2014 (Rvp 3697/2015), sp. zn. 16 Co 175/2014 z 9. decembra 2014 (Rvp 3698/2015), sp. zn. 16 Co 167/2014 z 22. decembra 2014 (Rvp 3699/2015), sp. zn. 8 Co 182/2014 zo 17. decembra 2014 (Rvp 3700/2015), sp. zn. 17 Co 381/2014 zo 17. decembra 2014 (Rvp 3701/2015), sp. zn. 4 Co 950/2014 z 26. februára 2015 (Rvp 7974/2015), sp. zn. 17 Co 1186/2014 z 11. marca 2015 (Rvp 7975/2015), sp. zn. 4 Co 915/2014 z 18. februára 2015 (Rvp 7976/2015), sp. zn. 17 Co 196/2014 z 25. februára 2015 (Rvp 7977/2015), sp. zn. 8 Co 141/2014 z 25. februára 2015 (Rvp 7978/2015), sp. zn. 4 Co 470/2014 z 26. februára 2015 (Rvp 7979/2015), sp. zn. 5 Co 767/2014 z 25. marca 2015 (Rvp 7980/2015), sp. zn. 4 Co 482/2014 z 26. februára 2015 (Rvp 7981/2015), sp. zn. 6 Co 740/2014 z 24. februára 2015 (Rvp 7982/2015), sp. zn. 8 Co 165/2014 z 25. februára 2015 (Rvp 7983/2015), sp. zn. 6 Co 256/2014 z 24. februára 2015 (Rvp 7984/2015), sp. zn. 6 Co 388/2014 z 24. februára 2015 (Rvp 7985/2015), sp. zn. 19 Co 428/2014 z 5. marca 2015 (Rvp 7986/2015), sp. zn. 19 Co 405/2014 z 5. marca 2015 (Rvp 7987/2015), sp. zn. 17 Co 436/2014 z 25. marca 2015 (Rvp 7988/2015), sp. zn. 17 Co 376/2014 z 11. marca 2015 (Rvp 8559/2015), sp. zn. 17 Co 32/2015 z 25. marca 2015 (Rvp 8560/2015), sp. zn. 19 Co 917/2014 z 5. marca 2015 (Rvp 8561/2015), sp. zn. 6 Co 450/2014 z 24. februára 2015 (Rvp 8562/2015), sp. zn. 17 Co 544/2014 z 25. marca 2015 (Rvp 9728/2015), sp. zn. 16 Co 168/2014 zo 17. marca 2015 (Rvp 9729/2015), sp. zn. 8 Co 217/2014 z 25. marca 2015 (Rvp 9730/2015), sp. zn. 16 Co 126/2014 zo 17. marca</w:t>
      </w:r>
    </w:p>
    <w:p>
      <w:r>
        <w:t>6</w:t>
      </w:r>
    </w:p>
    <w:p>
      <w:r>
        <w:t>2015 (Rvp 9731/2015), sp. zn. 8 Co 200/2014 z 25. marca 2015 (Rvp 9732/2015), sp. zn. 16 Co 128/2014 zo 17. marca 2015 (Rvp 9733/2015) a sp. zn. 19 Co 26/2015 z 2. apríla 2015 (Rvp 9734/2015), ako aj postupom, ktorý predchádzal ich vydaniu, a takto rozhodol: 1. Sťažnosti obchodnej spoločnosti POHOTOVOSŤ, s. r. o., vedené pod spisovými značkami: Rvp 825/2015, Rvp 826/2015, Rvp 827/2015, Rvp 828/2015, Rvp 829/2015, Rvp 830/2015, Rvp 831/2015, Rvp 832/2015, Rvp 833/2015, Rvp 834/2015, Rvp 835/2015, Rvp 836/2015, Rvp 837/2015, Rvp 838/2015, Rvp 839/2015, Rvp 840/2015, Rvp 841/2015, Rvp 842/2015, Rvp 843/2015, Rvp 844/2015, Rvp 845/2015, Rvp 846/2015, Rvp 847/2015, Rvp 848/2015, Rvp 849/2015, Rvp 850/2015, Rvp 851/2015, Rvp 852/2015, Rvp 853/2015, Rvp 854/2015, Rvp 855/2015, Rvp 856/2015, Rvp 857/2015, Rvp 858/2015, Rvp 859/2015, Rvp 860/2015, Rvp 861/2015, Rvp 862/2015, Rvp 863/2015, Rvp 864/2015, Rvp 865/2015, Rvp 866/2015, Rvp 867/2015, Rvp 868/2015, Rvp 869/2015, Rvp 870/2015, Rvp 871/2015, Rvp 872/2015, Rvp 873/2015, Rvp 874/2015, Rvp 875/2015, Rvp 876/2015, Rvp 877/2015, Rvp</w:t>
      </w:r>
    </w:p>
    <w:p>
      <w:r>
        <w:t>878/2015,</w:t>
      </w:r>
    </w:p>
    <w:p>
      <w:r>
        <w:t>Rvp</w:t>
      </w:r>
    </w:p>
    <w:p>
      <w:r>
        <w:t>879/2015,</w:t>
      </w:r>
    </w:p>
    <w:p>
      <w:r>
        <w:t>Rvp</w:t>
      </w:r>
    </w:p>
    <w:p>
      <w:r>
        <w:t>880/2015,</w:t>
      </w:r>
    </w:p>
    <w:p>
      <w:r>
        <w:t>Rvp 1335/2015,</w:t>
      </w:r>
    </w:p>
    <w:p>
      <w:r>
        <w:t>Rvp 1336/2015,</w:t>
      </w:r>
    </w:p>
    <w:p>
      <w:r>
        <w:t>Rvp 1337/2015, Rvp 1338/2015, Rvp 1339/2015, Rvp 1340/2015, Rvp 1341/2015, Rvp 1342/2015, Rvp 1343/2015, Rvp 1344/2015, Rvp 1345/2015, Rvp 1346/2015, Rvp 1347/2015, Rvp 1348/2015, Rvp 3123/2015, Rvp 3124/2015, Rvp 3125/2015, Rvp 3126/2015, Rvp 3127/2015, Rvp 3128/2015, Rvp 3129/2015, Rvp 3130/2015, Rvp 3131/2015, Rvp 3132/2015, Rvp 3133/2015, Rvp 3134/2015, Rvp 3135/2015, Rvp 3136/2015, Rvp 3137/2015, Rvp 3138/2015, Rvp 3139/2015, Rvp 3140/2015, Rvp 3141/2015, Rvp 3142/2015, Rvp 3143/2015, Rvp 3144/2015, Rvp 3145/2015, Rvp 3146/2015, Rvp 3147/2015, Rvp 3148/2015, Rvp 3149/2015, Rvp 3357/2015, Rvp 3358/2015, Rvp 3359/2015, Rvp 3360/2015, Rvp 3361/2015, Rvp 3362/2015, Rvp 3363/2015, Rvp 3364/2015, Rvp 3365/2015, Rvp 3366/2015, Rvp 3367/2015, Rvp 3368/2015, Rvp 3369/2015, Rvp 3370/2015, Rvp 3371/2015, Rvp 3372/2015, Rvp 3373/2015, Rvp 3374/2015, Rvp 3375/2015, Rvp 3376/2015, Rvp 3377/2015, Rvp 3661/2015, Rvp 3662/2015, Rvp 3663/2015, Rvp 3664/2015, Rvp 3665/2015, Rvp 3666/2015,</w:t>
      </w:r>
    </w:p>
    <w:p>
      <w:r>
        <w:t>Rvp</w:t>
      </w:r>
    </w:p>
    <w:p>
      <w:r>
        <w:t>3667/2015,</w:t>
      </w:r>
    </w:p>
    <w:p>
      <w:r>
        <w:t>Rvp 3668/2015,</w:t>
      </w:r>
    </w:p>
    <w:p>
      <w:r>
        <w:t>7</w:t>
      </w:r>
    </w:p>
    <w:p>
      <w:r>
        <w:t>Rvp 3669/2015,</w:t>
      </w:r>
    </w:p>
    <w:p>
      <w:r>
        <w:t>Rvp 3670/2015,</w:t>
      </w:r>
    </w:p>
    <w:p>
      <w:r>
        <w:t>Rvp 3671/2015,</w:t>
      </w:r>
    </w:p>
    <w:p>
      <w:r>
        <w:t>Rvp</w:t>
      </w:r>
    </w:p>
    <w:p>
      <w:r>
        <w:t>3672/2015,</w:t>
      </w:r>
    </w:p>
    <w:p>
      <w:r>
        <w:t>Rvp 3673/2015,</w:t>
      </w:r>
    </w:p>
    <w:p>
      <w:r>
        <w:t>Rvp 3674/2015,</w:t>
      </w:r>
    </w:p>
    <w:p>
      <w:r>
        <w:t>Rvp 3675/2015,</w:t>
      </w:r>
    </w:p>
    <w:p>
      <w:r>
        <w:t>Rvp 3676/2015,</w:t>
      </w:r>
    </w:p>
    <w:p>
      <w:r>
        <w:t>Rvp</w:t>
      </w:r>
    </w:p>
    <w:p>
      <w:r>
        <w:t>3677/2015,</w:t>
      </w:r>
    </w:p>
    <w:p>
      <w:r>
        <w:t>Rvp 3678/2015,</w:t>
      </w:r>
    </w:p>
    <w:p>
      <w:r>
        <w:t>Rvp 3679/2015,</w:t>
      </w:r>
    </w:p>
    <w:p>
      <w:r>
        <w:t>Rvp 3680/2015,</w:t>
      </w:r>
    </w:p>
    <w:p>
      <w:r>
        <w:t>Rvp 3681/2015,</w:t>
      </w:r>
    </w:p>
    <w:p>
      <w:r>
        <w:t>Rvp</w:t>
      </w:r>
    </w:p>
    <w:p>
      <w:r>
        <w:t>3682/2015,</w:t>
      </w:r>
    </w:p>
    <w:p>
      <w:r>
        <w:t>Rvp 3683/2015,</w:t>
      </w:r>
    </w:p>
    <w:p>
      <w:r>
        <w:t>Rvp 3684/2015,</w:t>
      </w:r>
    </w:p>
    <w:p>
      <w:r>
        <w:t>Rvp 3685/2015,</w:t>
      </w:r>
    </w:p>
    <w:p>
      <w:r>
        <w:t>Rvp 3686/2015,</w:t>
      </w:r>
    </w:p>
    <w:p>
      <w:r>
        <w:t>Rvp</w:t>
      </w:r>
    </w:p>
    <w:p>
      <w:r>
        <w:t>3687/2015,</w:t>
      </w:r>
    </w:p>
    <w:p>
      <w:r>
        <w:t>Rvp 3688/2015,</w:t>
      </w:r>
    </w:p>
    <w:p>
      <w:r>
        <w:t>Rvp 3689/2015,</w:t>
      </w:r>
    </w:p>
    <w:p>
      <w:r>
        <w:t>Rvp 3690/2015,</w:t>
      </w:r>
    </w:p>
    <w:p>
      <w:r>
        <w:t>Rvp 3691/2015,</w:t>
      </w:r>
    </w:p>
    <w:p>
      <w:r>
        <w:t>Rvp</w:t>
      </w:r>
    </w:p>
    <w:p>
      <w:r>
        <w:t>3692/2015,</w:t>
      </w:r>
    </w:p>
    <w:p>
      <w:r>
        <w:t>Rvp 3693/2015,</w:t>
      </w:r>
    </w:p>
    <w:p>
      <w:r>
        <w:t>Rvp 3694/2015,</w:t>
      </w:r>
    </w:p>
    <w:p>
      <w:r>
        <w:t>Rvp 3695/2015,</w:t>
      </w:r>
    </w:p>
    <w:p>
      <w:r>
        <w:t>Rvp 3696/2015,</w:t>
      </w:r>
    </w:p>
    <w:p>
      <w:r>
        <w:t>Rvp</w:t>
      </w:r>
    </w:p>
    <w:p>
      <w:r>
        <w:t>3697/2015,</w:t>
      </w:r>
    </w:p>
    <w:p>
      <w:r>
        <w:t>Rvp 3698/2015,</w:t>
      </w:r>
    </w:p>
    <w:p>
      <w:r>
        <w:t>Rvp 3699/2015,</w:t>
      </w:r>
    </w:p>
    <w:p>
      <w:r>
        <w:t>Rvp 3700/2015,</w:t>
      </w:r>
    </w:p>
    <w:p>
      <w:r>
        <w:t>Rvp 3701/2015,</w:t>
      </w:r>
    </w:p>
    <w:p>
      <w:r>
        <w:t>Rvp</w:t>
      </w:r>
    </w:p>
    <w:p>
      <w:r>
        <w:t>7220/2015,</w:t>
      </w:r>
    </w:p>
    <w:p>
      <w:r>
        <w:t>Rvp 7974/2015,</w:t>
      </w:r>
    </w:p>
    <w:p>
      <w:r>
        <w:t>Rvp 7975/2015,</w:t>
      </w:r>
    </w:p>
    <w:p>
      <w:r>
        <w:t>Rvp 7976/2015,</w:t>
      </w:r>
    </w:p>
    <w:p>
      <w:r>
        <w:t>Rvp 7977/2015,</w:t>
      </w:r>
    </w:p>
    <w:p>
      <w:r>
        <w:t>Rvp</w:t>
      </w:r>
    </w:p>
    <w:p>
      <w:r>
        <w:t>7978/2015,</w:t>
      </w:r>
    </w:p>
    <w:p>
      <w:r>
        <w:t>Rvp 7979/2015,</w:t>
      </w:r>
    </w:p>
    <w:p>
      <w:r>
        <w:t>Rvp 7980/2015,</w:t>
      </w:r>
    </w:p>
    <w:p>
      <w:r>
        <w:t>Rvp 7981/2015,</w:t>
      </w:r>
    </w:p>
    <w:p>
      <w:r>
        <w:t>Rvp 7982/2015,</w:t>
      </w:r>
    </w:p>
    <w:p>
      <w:r>
        <w:t>Rvp</w:t>
      </w:r>
    </w:p>
    <w:p>
      <w:r>
        <w:t>7983/2015,</w:t>
      </w:r>
    </w:p>
    <w:p>
      <w:r>
        <w:t>Rvp 7984/2015,</w:t>
      </w:r>
    </w:p>
    <w:p>
      <w:r>
        <w:t>Rvp 7985/2015,</w:t>
      </w:r>
    </w:p>
    <w:p>
      <w:r>
        <w:t>Rvp 7986/2015,</w:t>
      </w:r>
    </w:p>
    <w:p>
      <w:r>
        <w:t>Rvp 7987/2015,</w:t>
      </w:r>
    </w:p>
    <w:p>
      <w:r>
        <w:t>Rvp</w:t>
      </w:r>
    </w:p>
    <w:p>
      <w:r>
        <w:t>7988/2015,</w:t>
      </w:r>
    </w:p>
    <w:p>
      <w:r>
        <w:t>Rvp 8123/2015,</w:t>
      </w:r>
    </w:p>
    <w:p>
      <w:r>
        <w:t>Rvp 8124/2015,</w:t>
      </w:r>
    </w:p>
    <w:p>
      <w:r>
        <w:t>Rvp 8125/2015,</w:t>
      </w:r>
    </w:p>
    <w:p>
      <w:r>
        <w:t>Rvp 8126/2015,</w:t>
      </w:r>
    </w:p>
    <w:p>
      <w:r>
        <w:t>Rvp</w:t>
      </w:r>
    </w:p>
    <w:p>
      <w:r>
        <w:t>8127/2015,</w:t>
      </w:r>
    </w:p>
    <w:p>
      <w:r>
        <w:t>Rvp 8128/2015,</w:t>
      </w:r>
    </w:p>
    <w:p>
      <w:r>
        <w:t>Rvp 8129/2015,</w:t>
      </w:r>
    </w:p>
    <w:p>
      <w:r>
        <w:t>Rvp 8130/2015,</w:t>
      </w:r>
    </w:p>
    <w:p>
      <w:r>
        <w:t>Rvp 8131/2015,</w:t>
      </w:r>
    </w:p>
    <w:p>
      <w:r>
        <w:t>Rvp</w:t>
      </w:r>
    </w:p>
    <w:p>
      <w:r>
        <w:t>8132/2015,</w:t>
      </w:r>
    </w:p>
    <w:p>
      <w:r>
        <w:t>Rvp 8133/2015,</w:t>
      </w:r>
    </w:p>
    <w:p>
      <w:r>
        <w:t>Rvp 8134/2015,</w:t>
      </w:r>
    </w:p>
    <w:p>
      <w:r>
        <w:t>Rvp 8135/2015,</w:t>
      </w:r>
    </w:p>
    <w:p>
      <w:r>
        <w:t>Rvp 8136/2015,</w:t>
      </w:r>
    </w:p>
    <w:p>
      <w:r>
        <w:t>Rvp</w:t>
      </w:r>
    </w:p>
    <w:p>
      <w:r>
        <w:t>8137/2015,</w:t>
      </w:r>
    </w:p>
    <w:p>
      <w:r>
        <w:t>Rvp 8138/2015,</w:t>
      </w:r>
    </w:p>
    <w:p>
      <w:r>
        <w:t>Rvp 8139/2015,</w:t>
      </w:r>
    </w:p>
    <w:p>
      <w:r>
        <w:t>Rvp 8491/2015,</w:t>
      </w:r>
    </w:p>
    <w:p>
      <w:r>
        <w:t>Rvp 8492/2015,</w:t>
      </w:r>
    </w:p>
    <w:p>
      <w:r>
        <w:t>Rvp</w:t>
      </w:r>
    </w:p>
    <w:p>
      <w:r>
        <w:t>8493/2015,</w:t>
      </w:r>
    </w:p>
    <w:p>
      <w:r>
        <w:t>Rvp 8494/2015,</w:t>
      </w:r>
    </w:p>
    <w:p>
      <w:r>
        <w:t>Rvp 8495/2015,</w:t>
      </w:r>
    </w:p>
    <w:p>
      <w:r>
        <w:t>Rvp 8496/2015,</w:t>
      </w:r>
    </w:p>
    <w:p>
      <w:r>
        <w:t>Rvp 8497/2015,</w:t>
      </w:r>
    </w:p>
    <w:p>
      <w:r>
        <w:t>Rvp</w:t>
      </w:r>
    </w:p>
    <w:p>
      <w:r>
        <w:t>8498/2015,</w:t>
      </w:r>
    </w:p>
    <w:p>
      <w:r>
        <w:t>Rvp 8499/2015,</w:t>
      </w:r>
    </w:p>
    <w:p>
      <w:r>
        <w:t>Rvp 8500/2015,</w:t>
      </w:r>
    </w:p>
    <w:p>
      <w:r>
        <w:t>Rvp 8501/2015,</w:t>
      </w:r>
    </w:p>
    <w:p>
      <w:r>
        <w:t>Rvp 8502/2015,</w:t>
      </w:r>
    </w:p>
    <w:p>
      <w:r>
        <w:t>Rvp</w:t>
      </w:r>
    </w:p>
    <w:p>
      <w:r>
        <w:t>8503/2015,</w:t>
      </w:r>
    </w:p>
    <w:p>
      <w:r>
        <w:t>Rvp 8504/2015,</w:t>
      </w:r>
    </w:p>
    <w:p>
      <w:r>
        <w:t>Rvp 8505/2015,</w:t>
      </w:r>
    </w:p>
    <w:p>
      <w:r>
        <w:t>Rvp 8506/2015,</w:t>
      </w:r>
    </w:p>
    <w:p>
      <w:r>
        <w:t>Rvp 8507/2015,</w:t>
      </w:r>
    </w:p>
    <w:p>
      <w:r>
        <w:t>Rvp</w:t>
      </w:r>
    </w:p>
    <w:p>
      <w:r>
        <w:t>8508/2015,</w:t>
      </w:r>
    </w:p>
    <w:p>
      <w:r>
        <w:t>Rvp 8559/2015,</w:t>
      </w:r>
    </w:p>
    <w:p>
      <w:r>
        <w:t>Rvp 8560/2015,</w:t>
      </w:r>
    </w:p>
    <w:p>
      <w:r>
        <w:t>Rvp 8561/2015,</w:t>
      </w:r>
    </w:p>
    <w:p>
      <w:r>
        <w:t>Rvp 8562/2015,</w:t>
      </w:r>
    </w:p>
    <w:p>
      <w:r>
        <w:t>Rvp</w:t>
      </w:r>
    </w:p>
    <w:p>
      <w:r>
        <w:t>8563/2015,</w:t>
      </w:r>
    </w:p>
    <w:p>
      <w:r>
        <w:t>Rvp 8564/2015,</w:t>
      </w:r>
    </w:p>
    <w:p>
      <w:r>
        <w:t>Rvp 8565/2015,</w:t>
      </w:r>
    </w:p>
    <w:p>
      <w:r>
        <w:t>Rvp 8566/2015,</w:t>
      </w:r>
    </w:p>
    <w:p>
      <w:r>
        <w:t>Rvp 8567/2015,</w:t>
      </w:r>
    </w:p>
    <w:p>
      <w:r>
        <w:t>Rvp</w:t>
      </w:r>
    </w:p>
    <w:p>
      <w:r>
        <w:t>9077/2015,</w:t>
      </w:r>
    </w:p>
    <w:p>
      <w:r>
        <w:t>Rvp 9078/2015,</w:t>
      </w:r>
    </w:p>
    <w:p>
      <w:r>
        <w:t>Rvp 9079/2015,</w:t>
      </w:r>
    </w:p>
    <w:p>
      <w:r>
        <w:t>Rvp 9080/2015,</w:t>
      </w:r>
    </w:p>
    <w:p>
      <w:r>
        <w:t>Rvp 9081/2015,</w:t>
      </w:r>
    </w:p>
    <w:p>
      <w:r>
        <w:t>Rvp</w:t>
      </w:r>
    </w:p>
    <w:p>
      <w:r>
        <w:t>9082/2015,</w:t>
      </w:r>
    </w:p>
    <w:p>
      <w:r>
        <w:t>Rvp 9083/2015,</w:t>
      </w:r>
    </w:p>
    <w:p>
      <w:r>
        <w:t>Rvp 9716/2015,</w:t>
      </w:r>
    </w:p>
    <w:p>
      <w:r>
        <w:t>Rvp 9717/2015,</w:t>
      </w:r>
    </w:p>
    <w:p>
      <w:r>
        <w:t>Rvp 9718/2015,</w:t>
      </w:r>
    </w:p>
    <w:p>
      <w:r>
        <w:t>Rvp</w:t>
      </w:r>
    </w:p>
    <w:p>
      <w:r>
        <w:t>9719/2015,</w:t>
      </w:r>
    </w:p>
    <w:p>
      <w:r>
        <w:t>Rvp 9720/2015,</w:t>
      </w:r>
    </w:p>
    <w:p>
      <w:r>
        <w:t>Rvp 9721/2015,</w:t>
      </w:r>
    </w:p>
    <w:p>
      <w:r>
        <w:t>Rvp 9722/2015,</w:t>
      </w:r>
    </w:p>
    <w:p>
      <w:r>
        <w:t>Rvp 9723/2015,</w:t>
      </w:r>
    </w:p>
    <w:p>
      <w:r>
        <w:t>Rvp</w:t>
      </w:r>
    </w:p>
    <w:p>
      <w:r>
        <w:t>9724/2015,</w:t>
      </w:r>
    </w:p>
    <w:p>
      <w:r>
        <w:t>Rvp 9725/2015,</w:t>
      </w:r>
    </w:p>
    <w:p>
      <w:r>
        <w:t>Rvp 9726/2015,</w:t>
      </w:r>
    </w:p>
    <w:p>
      <w:r>
        <w:t>Rvp 9727/2015,</w:t>
      </w:r>
    </w:p>
    <w:p>
      <w:r>
        <w:t>Rvp 9728/2015,</w:t>
      </w:r>
    </w:p>
    <w:p>
      <w:r>
        <w:t>Rvp</w:t>
      </w:r>
    </w:p>
    <w:p>
      <w:r>
        <w:t>9729/2015,</w:t>
      </w:r>
    </w:p>
    <w:p>
      <w:r>
        <w:t>Rvp 9730/2015,</w:t>
      </w:r>
    </w:p>
    <w:p>
      <w:r>
        <w:t>Rvp 9731/2015,</w:t>
      </w:r>
    </w:p>
    <w:p>
      <w:r>
        <w:t>Rvp 9732/2015,</w:t>
      </w:r>
    </w:p>
    <w:p>
      <w:r>
        <w:t>Rvp 9733/2015 a Rvp 9734/2015 s p á j a na spoločné konanie, ktoré bude ďalej vedené pod sp. zn. Rvp 825/2015. 2. Sťažnosti obchodnej spoločnosti POHOTOVOSŤ, s. r. o., o d m i e t a ako zjavne neopodstatnené.</w:t>
      </w:r>
    </w:p>
    <w:p>
      <w:r>
        <w:t>8</w:t>
      </w:r>
    </w:p>
    <w:p>
      <w:r>
        <w:t>Odôvodnenie: V súvislosti s obsahom sťažností uvedených v záhlaví tohto rozhodnutia Ústavný súd Slovenskej republiky (ďalej len „ústavný súd“) po ich preskúmaní konštatuje, že o obdobných sťažnostiach sťažovateľky už viackrát rozhodol, pričom vo vzťahu k rozsudkom všeobecných súdov, ktoré zamietli jej žaloby o náhradu majetkovej a nemajetkovej ujmy podľa zákona č. 514/2003 Zb. o zodpovednosti za škodu spôsobenú pri výkone verejnej moci a o zmene niektorých zákonov v znení neskorších predpisov, ich odmietol ako zjavne neopodstatnené (napr. IV. ÚS 256/2014, IV. ÚS 363/2014, I. ÚS 369/2014, naposledy aj voči samotnému krajskému súdu pod sp. zn. III. ÚS 332/2016 z 31. mája 2016). Súčasne k tomu ústavný súd uvádza, že pri rozhodovaní o týchto žalobách prvostupňové súdy vyrubili aj súdne poplatky za podané odvolanie v sume 20 € podľa položky 7a Sadzobníka súdnych poplatkov, ktorý tvorí prílohu zákona č. 71/1992 Zb. o súdnych poplatkoch a o poplatku za výpis z registra trestov v znení neskorších predpisov, pričom vo vzťahu k uzneseniam krajského súdu, ktorými potvrdil prvostupňové rozhodnutia, boli jej sťažnosti tiež odmietnuté ako zjavne neopodstatnené (pozri napr. uznesenia sp. zn. I. ÚS 453/2014 z 13. augusta 2014 a I. ÚS 802/2014 zo 17. decembra 2014 a tam uvedenú judikatúru ústavného súdu). Vzhľadom na to, že ústavný súd v týchto rozhodnutiach už poukázal (upozornil) na neopodstatnenosť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17. augusta 2016</w:t>
      </w:r>
    </w:p>
    <w:p>
      <w:r>
        <w:t>9</w:t>
      </w:r>
    </w:p>
    <w:p/>
    <w:p>
      <w:r>
        <w:t>Zdroj: KAUZIS.SK – https://www.kauzis.sk/judikatura/r/ECLI:SK:USSR:2016:3.US.509.2016.1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