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19/2016 z 21. 9. 2016</w:t>
      </w:r>
    </w:p>
    <w:p>
      <w:r>
        <w:t>Uznesenie Ústavného súdu SR z 21. septembra 2016, sp. zn. PLs. ÚS 19/2016, ECLI:SK:USSR:2016:PLs.US.19.2016.1</w:t>
      </w:r>
    </w:p>
    <w:p>
      <w:r>
        <w:t>Súd: Ústavný súd Slovenskej republiky</w:t>
      </w:r>
    </w:p>
    <w:p>
      <w:r>
        <w:t>Spisová značka: PLs. ÚS 19/2016</w:t>
      </w:r>
    </w:p>
    <w:p>
      <w:r>
        <w:t>ECLI: ECLI:SK:USSR:2016:PLs.US.19.2016.1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PLs. ÚS 19/2016-9</w:t>
      </w:r>
    </w:p>
    <w:p>
      <w:r>
        <w:t>Ústavný súd Slovenskej republiky na neverejnom zasadnutí pléna 21. septembra 2016 o sťažnosti</w:t>
      </w:r>
    </w:p>
    <w:p>
      <w:r>
        <w:t>,</w:t>
      </w:r>
    </w:p>
    <w:p>
      <w:r>
        <w:t>, zastúpenej advokátom</w:t>
      </w:r>
    </w:p>
    <w:p>
      <w:r>
        <w:t>JUDr. Danielom Lipšicom, Štetinova 1, Bratislava, vo veci namietaného porušenia jej základného práva na slobodu prejavu podľa čl. 26 ods. 1 a 2 Ústavy Slovenskej republiky a podľa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12036/2016); sťažnosti</w:t>
      </w:r>
    </w:p>
    <w:p>
      <w:r>
        <w:t>,</w:t>
      </w:r>
    </w:p>
    <w:p>
      <w:r>
        <w:t>,</w:t>
      </w:r>
    </w:p>
    <w:p>
      <w:r>
        <w:t>zastúpeného advokátom JUDr. Danielom Lipšicom, Štetinova 1, Bratislava, vo veci namietaného porušenia základného práva na slobodu prejavu podľa čl. 26 ods. 1 a 2 Ústavy Slovenskej republiky a podľa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12045/2016); sťažnosti</w:t>
      </w:r>
    </w:p>
    <w:p>
      <w:r>
        <w:t>,</w:t>
      </w:r>
    </w:p>
    <w:p>
      <w:r>
        <w:t>, zastúpeného advokátom JUDr. Danielom Lipšicom, Štetinova 1, Bratislava, vo veci namietaného porušenia základného práva na slobodu prejavu podľa čl. 26 ods. 1 a 2</w:t>
      </w:r>
    </w:p>
    <w:p>
      <w:r>
        <w:t>Ústavy Slovenskej republiky a podľa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12050/2016); sťažnosti ,</w:t>
      </w:r>
    </w:p>
    <w:p>
      <w:r>
        <w:t>, zastúpeného advokátom JUDr. Danielom Lipšicom,</w:t>
      </w:r>
    </w:p>
    <w:p>
      <w:r>
        <w:t>Štetinova 1, Bratislava, vo veci namietaného porušenia základného práva na slobodu prejavu podľa čl. 26 ods. 1 a 2 Ústavy Slovenskej republiky a podľa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12070/2016), a sťažnosti ,</w:t>
      </w:r>
    </w:p>
    <w:p>
      <w:r>
        <w:t>, zastúpeného advokátom JUDr. Danielom</w:t>
      </w:r>
    </w:p>
    <w:p>
      <w:r>
        <w:t>Lipšicom, Štetinova 1, Bratislava, vo veci namietaného porušenia základného práva na slobodu prejavu podľa čl. 26 ods. 1 a 2 Ústavy Slovenskej republiky a podľa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12072/2016), takto rozhodol: Veci vedené Ústavným súdom Slovenskej republiky pod sp. zn. Rvp 12036/2016, sp. zn. Rvp 12045/2016, sp. zn. Rvp 12050/2016, sp. zn. Rvp 12070/2016 a sp. zn. Rvp 12072/2016 s p á j a na spoločné konanie, ktoré bude ďalej vedené pod sp. zn. Rvp 12036/2016.</w:t>
      </w:r>
    </w:p>
    <w:p>
      <w:r>
        <w:t>2</w:t>
      </w:r>
    </w:p>
    <w:p>
      <w:r>
        <w:t>Odôvodnenie: I. 1. Ústavnému súdu Slovenskej republiky (ďalej len „ústavný súd“) bola 7. septembra 2016 doručená sťažnosť</w:t>
      </w:r>
    </w:p>
    <w:p>
      <w:r>
        <w:t>,</w:t>
      </w:r>
    </w:p>
    <w:p>
      <w:r>
        <w:t>, zastúpenej</w:t>
      </w:r>
    </w:p>
    <w:p>
      <w:r>
        <w:t>advokátom JUDr. Danielom Lipšicom, Štetinova 1, Bratislava, vo veci namietaného porušenia jej základného práva na slobodu prejavu podľa čl. 26 ods. 1 a 2 Ústavy Slovenskej republiky (ďalej len „ústava“) a podľa čl. 10 ods. 1 Dohovoru o ochrane ľudských práv a základných slobôd (ďalej len „dohovor“), ako aj „základného práva na dobrú správu vecí verejných podľa čl. 1 ods. 1 ústavy“ uznesením Národnej rady Slovenskej republiky (ďalej len „národná rada“) zo 6. júla 2016, ktorým bol schválený procedurálny návrh predsedu národnej rady zo 6. júla 2016 o prerušení 7. schôdze národnej rady do ukončenia septembrovej schôdze (ďalej len „namietané rozhodnutie“). Sťažnosť bola pridelená sudcovi JUDr. Mészárosovi Lajosovi ako sudcovi spravodajcovi, ktorý je podľa aktuálneho rozvrhu práce predsedom II. senátu ústavného súdu, a je vedená pod sp. zn. Rvp 12036/2016. 2. Dňa 7. septembra 2016 boli ústavnému súdu doručené sťažnosti ,</w:t>
      </w:r>
    </w:p>
    <w:p>
      <w:r>
        <w:t>a</w:t>
      </w:r>
    </w:p>
    <w:p>
      <w:r>
        <w:t>,</w:t>
      </w:r>
    </w:p>
    <w:p>
      <w:r>
        <w:t>,</w:t>
      </w:r>
    </w:p>
    <w:p>
      <w:r>
        <w:t>(Rvp 12045/2016 a Rvp 12050/2016) a 8. septembra 2016 sťažnosti , a</w:t>
      </w:r>
    </w:p>
    <w:p>
      <w:r>
        <w:t>,</w:t>
      </w:r>
    </w:p>
    <w:p>
      <w:r>
        <w:t>,</w:t>
      </w:r>
    </w:p>
    <w:p>
      <w:r>
        <w:t>(Rvp 12070/2016 a Rvp 12072/2016), zastúpených advokátom JUDr. Danielom Lipšicom, Štetinova 1, Bratislava, vo veci namietaného porušenia ich základného práva na slobodu prejavu podľa čl. 26 ods. 1 a 2 ústavy a podľa čl. 10 ods. 1 dohovoru, ako aj „základného práva na dobrú správu vecí verejných podľa čl. 1 ods. 1 ústavy“ namietaným rozhodnutím. Sťažnosti boli pridelené sudcovi JUDr. Petrovi Brňákovi ako sudcovi spravodajcovi, ktorý je podľa aktuálneho rozvrhu práce členom I. senátu ústavného súdu.</w:t>
      </w:r>
    </w:p>
    <w:p>
      <w:r>
        <w:t>3</w:t>
      </w:r>
    </w:p>
    <w:p>
      <w:r>
        <w:t>II. 3.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V zmysle dikcie ustanovenia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V zmysle § 166 ods. 1 prvej vety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5. Zo spisov ústavného súdu vedených pod sp. zn. Rvp 12036/2016, sp. zn. Rvp 12045/2016, sp. zn. Rvp 12050/2016, sp. zn. Rvp 12070/2016 a sp. zn. Rvp 12072/2016 vyplýva, že ,</w:t>
      </w:r>
    </w:p>
    <w:p>
      <w:r>
        <w:t>,</w:t>
      </w:r>
    </w:p>
    <w:p>
      <w:r>
        <w:t>, ,a</w:t>
      </w:r>
    </w:p>
    <w:p>
      <w:r>
        <w:t>, namietajú porušenie totožných</w:t>
      </w:r>
    </w:p>
    <w:p>
      <w:r>
        <w:t>práv rovnakým namietaným rozhodnutím, ich sťažnosti obsahujú identickú argumentáciu a smerujú proti národnej rade ako orgánu verejnej moci, ktorý namietané rozhodnutie vydal.</w:t>
      </w:r>
    </w:p>
    <w:p>
      <w:r>
        <w:t>4</w:t>
      </w:r>
    </w:p>
    <w:p>
      <w:r>
        <w:t>Z argumentácie obsiahnutej v spájaných sťažnostiach je zrejmé, že vo všetkých prípadoch je v rámci preskúmania ústavnej konformity rozhodovania národnej rady o prerušení jej 7. schôdze zo 6. júla 2016 potrebné posúdiť rovnaké skutkové okolnosti a ústavnoprávne otázky. 6. Vzhľadom na to, že všetkých päť sťažností spolu skutkovo úzko súvisí a sú obsahovo totožné, ústavný súd v záujme hospodárnosti konania podľa § 31a ods. 1 zákona o ústavnom súde v spojení s § 166 ods. 1 CSP rozhodol, že veci vedené ústavným súdom pod sp. zn. Rvp 12036/2016, sp. zn. Rvp 12045/2016, sp. zn. Rvp 12050/2016, sp. zn. Rvp 12070/2016 a sp. zn. Rvp 12072/2016 spája na spoločné konanie, ktoré bude ďalej vedené pod sp. zn. Rvp 12036/2016. 7. Tieto skutočnosti boli podkladom na záver ústavného súdu obsiahnutý vo výrokovej časti tohto rozhodnutia. P o u č e n i e : Proti tomuto rozhodnutiu nemožno podať opravný prostriedok. V Košiciach 21. septembra 2016</w:t>
      </w:r>
    </w:p>
    <w:p>
      <w:r>
        <w:t>5</w:t>
      </w:r>
    </w:p>
    <w:p/>
    <w:p>
      <w:r>
        <w:t>Zdroj: KAUZIS.SK – https://www.kauzis.sk/judikatura/r/ECLI:SK:USSR:2016:PLs.US.19.2016.1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