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I. ÚS 255/2017 z 9. 10. 2017</w:t>
      </w:r>
    </w:p>
    <w:p>
      <w:r>
        <w:t>Nález Ústavného súdu SR z 9. októbra 2017, sp. zn. I. ÚS 255/2017, ECLI:SK:USSR:2017:1.US.255.2017.2</w:t>
      </w:r>
    </w:p>
    <w:p>
      <w:r>
        <w:t>Súd: Ústavný súd Slovenskej republiky</w:t>
      </w:r>
    </w:p>
    <w:p>
      <w:r>
        <w:t>Spisová značka: I. ÚS 255/2017</w:t>
      </w:r>
    </w:p>
    <w:p>
      <w:r>
        <w:t>ECLI: ECLI:SK:USSR:2017:1.US.255.2017.2</w:t>
      </w:r>
    </w:p>
    <w:p>
      <w:r>
        <w:t>Dátum vydania: 9. 10. 2017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I. ÚS 255/2017-45 Ústavný súd Slovenskej republiky na neverejnom zasadnutí senátu 9. októbra 2017 zloženom z predsedu Petra Brňáka, sudkyne Marianny Mochnáčovej a sudcu Milana Ľalíka prerokoval sťažnosť</w:t>
      </w:r>
    </w:p>
    <w:p>
      <w:r>
        <w:t>,</w:t>
      </w:r>
    </w:p>
    <w:p>
      <w:r>
        <w:t>,</w:t>
      </w:r>
    </w:p>
    <w:p>
      <w:r>
        <w:t>, zastúpeného advokátkou JUDr. Mariannou Lechmanovou, Štúrova 20, Košice, vo veci namietaného porušenia jeho základného práva na prerokovanie veci bez zbytočných prieťahov podľa čl. 48 ods. 2 Ústavy Slovenskej republiky a práva na prerokovanie záležitosti v primeranej lehote podľa čl. 6 ods. 1 Dohovoru o ochrane ľudských práv a základných slobôd postupom Okresného súdu Piešťany v konaní vedenom pod sp. zn. 9 C 129/2009 a takto rozhodol: 1. Základné právo</w:t>
      </w:r>
    </w:p>
    <w:p>
      <w:r>
        <w:t>podľa čl. 48. ods. 2 Ústavy Slovenskej republiky</w:t>
      </w:r>
    </w:p>
    <w:p>
      <w:r>
        <w:t>a právo na prejednanie záležitosti v primeranej lehote podľa čl. 6 ods. 1 Dohovoru o ochrane ľudských práv a základných slobôd postupom Okresného súdu Piešťany v konaní vedenom pod sp. zn. 9 C 129/2009 p o r u š e n é b o l i . 2.</w:t>
      </w:r>
    </w:p>
    <w:p>
      <w:r>
        <w:t>Okresnému</w:t>
      </w:r>
    </w:p>
    <w:p>
      <w:r>
        <w:t>súdu</w:t>
      </w:r>
    </w:p>
    <w:p>
      <w:r>
        <w:t>Piešťany</w:t>
      </w:r>
    </w:p>
    <w:p>
      <w:r>
        <w:t>prikazuje</w:t>
      </w:r>
    </w:p>
    <w:p>
      <w:r>
        <w:t>sp. zn. 9 C 129/2009 konať bez zbytočných prieťahov.</w:t>
      </w:r>
    </w:p>
    <w:p>
      <w:r>
        <w:t>v</w:t>
      </w:r>
    </w:p>
    <w:p>
      <w:r>
        <w:t>konaní</w:t>
      </w:r>
    </w:p>
    <w:p>
      <w:r>
        <w:t>vedenom</w:t>
      </w:r>
    </w:p>
    <w:p>
      <w:r>
        <w:t>pod</w:t>
      </w:r>
    </w:p>
    <w:p>
      <w:r>
        <w:t>3.</w:t>
      </w:r>
    </w:p>
    <w:p>
      <w:r>
        <w:t>priznáva</w:t>
      </w:r>
    </w:p>
    <w:p>
      <w:r>
        <w:t>primerané</w:t>
      </w:r>
    </w:p>
    <w:p>
      <w:r>
        <w:t>v sume 2 000 € (slovom dvetisíc eur), ktoré j e</w:t>
      </w:r>
    </w:p>
    <w:p>
      <w:r>
        <w:t>finančné</w:t>
      </w:r>
    </w:p>
    <w:p>
      <w:r>
        <w:t>zadosťučinenie</w:t>
      </w:r>
    </w:p>
    <w:p>
      <w:r>
        <w:t>Okresný súd Piešťany p o v i n n ý</w:t>
      </w:r>
    </w:p>
    <w:p>
      <w:r>
        <w:t>vyplatiť mu do dvoch mesiacov od právoplatnosti tohto nálezu. 4.</w:t>
      </w:r>
    </w:p>
    <w:p>
      <w:r>
        <w:t>priznáva</w:t>
      </w:r>
    </w:p>
    <w:p>
      <w:r>
        <w:t>náhradu</w:t>
      </w:r>
    </w:p>
    <w:p>
      <w:r>
        <w:t>trov</w:t>
      </w:r>
    </w:p>
    <w:p>
      <w:r>
        <w:t>právneho</w:t>
      </w:r>
    </w:p>
    <w:p>
      <w:r>
        <w:t>zastúpenia</w:t>
      </w:r>
    </w:p>
    <w:p>
      <w:r>
        <w:t>v sume 312,34 € (slovom tristodvanásť eur a tridsaťštyri centov), ktorú j e Okresný súd Piešťany</w:t>
      </w:r>
    </w:p>
    <w:p>
      <w:r>
        <w:t>povinný</w:t>
      </w:r>
    </w:p>
    <w:p>
      <w:r>
        <w:t>vyplatiť na účet jeho právnej zástupkyne JUDr. Marianne</w:t>
      </w:r>
    </w:p>
    <w:p>
      <w:r>
        <w:t>Lechmanovej do dvoch mesiacov od právoplatnosti tohto nálezu. Odôvodnenie: 1. Ústavnému súdu Slovenskej republiky (ďalej len „ústavný súd“) bola 20. marca 2017 doručená sťažnosť</w:t>
      </w:r>
    </w:p>
    <w:p>
      <w:r>
        <w:t>(ďalej len „sťažovateľ“) na prieťahy</w:t>
      </w:r>
    </w:p>
    <w:p>
      <w:r>
        <w:t>v označenom konaní o ochranu osobnosti Okresným súdom Piešťany (ďalej len „okresný súd“), ktoré na tomto súde začalo 30. marca 2009 (inak už 19. februára 2009) a do podania sťažnosti nebolo právoplatne skončené. 2. Sťažovateľ žiadal vysloviť porušenie označených základných práv v konaní pred okresným súdom, prikázať mu konať bez zbytočných prieťahov, priznať mu primerané finančné zadosťučinenie v sume 10 000 € a náhradu trov konania v sume 312,34 €. 3. Na základe žiadosti ústavného súdu sa k veci vyjadrila predsedníčka okresného súdu, ktorá v liste z 26. apríla 2017 podala rozpis procesných úkonov zo stanoviskom, že dlhšie lehoty medzi jednotlivými procesnými úkonmi boli spôsobené zaťaženosťou a práceneschopnosťou konajúcej sudkyne. Súhlasila s upustením od ústneho pojednávania; rovnako sa vyjadril aj sťažovateľ, ktorý namietal sudkyňu Mariannu Mochnáčovú. 4. Ústavný súd uznesením sp. zn. II. ÚS 532/2017 z 12. septembra 2017 námietke sťažovateľa nevyhovel a sudkyňu Mariannu Mochnáčovú nevylúčil z výkonu sudcovskej činnosti v tejto veci.</w:t>
      </w:r>
    </w:p>
    <w:p>
      <w:r>
        <w:t>2</w:t>
      </w:r>
    </w:p>
    <w:p>
      <w:r>
        <w:t>5. Požiadavka rýchlosti súdneho konania sa stala ústavným princípom, pretože časový horizont toho, kedy sa účastníkovi dostáva konečné rozhodnutie vo veci, je neoddeliteľnou súčasťou práva na fair proces v jeho časovej dimenzii. Preto je vecou štátu organizovať svoje súdnictvo tak, aby princípy vyslovené v čl. 48 ods. 2 Ústavy Slovenskej republiky (ďalej len „ústava“) a čl. 6 ods. 1 Dohovoru o ochrane ľudských práv a základných slobôd (ďalej len „dohovor“) boli rešpektované a prípadné nedostatky v tomto smere nešli na ťarchu účastníka, ale súdu. 6. Ústavný súd nie je súčasťou súdnej sústavy a neprislúcha mu právo dozoru nad rozhodovacou činnosťou všeobecných súdov. Do rozhodovacej činnosti súdov je v konaní o sťažnosti podľa čl. 127 ústavy ústavný súd oprávnený zasiahnuť iba vtedy, ak boli ich konaním alebo nadväzujúcim rozhodnutím porušené ústavou (dohovorom) zaručené základné práva a slobody sťažovateľa. 7. Ústavný súd preskúmal konanie na okresnom súde z pohľadu dôvodov namietaných v podanej sťažnosti a dospel k záveru, že sťažnosť sťažovateľa je dôvodná. 8. Ústavný súd sa totiž už v minulosti vo viacerých svojich rozhodnutiach vyjadril, že medzi základné princípy právneho štátu patrí okrem iného aj právo na prejednanie veci bez zbytočných prieťahov, resp. právo na vybavenie veci v primeranej lehote, ktoré je nedeliteľnou súčasťou práva na spravodlivý proces garantovaného v čl. 48 ods. 2 ústavy a čl. 6 ods. 1 dohovoru (I. ÚS 340/2017). 9. Prieťahy v konaní či nečinnosť orgánu verejnej moci sú ústavným súdom hodnotené ako iný zásah orgánu verejnej moci, ktorý môže byť jedno či viacrázový, protiprávny a zároveň aj protiústavný útok týchto orgánov proti základným ústavou zaručeným právam (slobodám), ktoré v čase rozhodovania ústavného súdu predstavuje trvalé ohrozenie právne existujúceho stavu, pričom taký útok sám osebe nie je výrazom (výsledkom) riadnej rozhodovacej právomoci týchto orgánov. Z tej fakticity musí preto následne vyplynúť, že dôsledkom takého zásahu orgánu verejnej moci nemožno čeliť inak, než len ústavnou sťažnosťou a na ňu nadväzujúcim nálezom ústavného súdu.</w:t>
      </w:r>
    </w:p>
    <w:p>
      <w:r>
        <w:t>3</w:t>
      </w:r>
    </w:p>
    <w:p>
      <w:r>
        <w:t>10. K otázke posudzovania dĺžky konania a jej primeranosti (resp. neprimeranosti) sa tak opakovanie pripomína, že túto nemožno vyjadriť numericky, lebo je podmienená objektívne charakterom prejednávanej veci a musí byť skúmaná s ohľadom na konkrétne okolnosti prípadu, zložitosť veci, požiadavky na vykonávanie dokazovania v priebehu konania, ako i správanie účastníkov a samotného súdu; do úvahy je pritom nutné vziať i to, čo je pre sťažovateľa v konaní predmetom sporu, resp. jeho význam (porov. rozsudok Európskeho súdu pre ľudské práva vo veci Záborský a Šmáriková v. Slovensko). 11. Záver o tom, či dĺžka konania je ešte primeraná a či už nie je, možno teda formulovať vždy s ohľadom na uvedené faktory, ktorými bolo konanie bezprostredne ovplyvnené, pričom pri posudzovaní dôvodnosti tvrdenia o porušení práva na prerokovanie veci bez zbytočných prieťahov je nutné ku každej veci pristupovať individuálne a zvažovať, či s ohľadom na okolnosti prípadu ide o prieťahy neodôvodnené, t. j. či sú pričítateľné súdu, a teda zakladajúce porušenie práva na prejednanie veci bez zbytočných prieťahov. Toto právo totiž nie je dotknuté, ak sú prieťahy spôsobené výlučne konaním účastníka, prípadne ak ide o vec, keď dĺžka konania zodpovedá jej zložitosti. V takých prípadoch trvanie konania istú dobu spravidla nie je nedôvodné a potreba zásahu ústavného súdu nie je daná. 12. V posudzovanej veci však nie je primárne prehliadnuteľné, že predmetné konanie trvá už od roku 2009, teda viac ako 8 rokov, a doteraz sa stále rozhodovalo iba o zaplatení súdneho poplatku zo žaloby. 13. Ústavný súd vzhľadom na tieto dôvody uznal podmienky zásahu do prieťahov v doterajšom konaní a vyslovil porušenie vo výroku uvedených základných práv a v bode 2 výroku prikázal okresnému súdu konať vo veci bez zbytočných prieťahov podľa čl. 127 ods. 2 ústavy a § 56 ods. 3 písm. a) zákona Národnej rady Slovenskej republiky č. 38/1993 Z. z. o organizácii Ústavného súdu Slovenskej republiky, o konaní pred ním a o postavení jeho sudcov v znení neskorších predpisov (ďalej len „zákon o ústavnom súde“).</w:t>
      </w:r>
    </w:p>
    <w:p>
      <w:r>
        <w:t>4</w:t>
      </w:r>
    </w:p>
    <w:p>
      <w:r>
        <w:t>14. Ústavný súd môže priznať tomu, koho základné práva boli porušené, aj primerané finančné zadosťučinenie (čl. 127 ods. 3 ústavy, § 56 ods. 4 zákona o ústavnom súde). Ústavný súd uznal za odôvodnené priznať sťažovateľovi finančné zadosťučinenie v sume 2 000 €, ktorú považoval s prihliadnutím na všetky okolnosti prípadu za primeranú doterajšej neprimeranej dĺžke konania. 15. Podľa § 36 ods. 2 zákona o ústavnom súde môže ústavný súd v odôvodnených prípadoch podľa výsledku konania uložiť niektorému účastníkovi, aby úplne alebo sčasti uhradil druhému účastníkovi jeho trovy konania. Aj v tejto veci sa ústavný súd rozhodol priznať sťažovateľovi úhradu za dva úkony právnej služby v celkovej sume 312,34 €, ktorú uložil zaplatiť okresnému súdu na účet jeho právnej zástupkyne (§ 31a zákona o ústavnom súde v spojení s § 263 ods. 1 Civilného sporového poriadku) do dvoch mesiacov od právoplatnosti nálezu. P o u č e n i e : Proti tomuto rozhodnutiu nemožno podať opravný prostriedok. V Košiciach 9. októbra 2017</w:t>
      </w:r>
    </w:p>
    <w:p>
      <w:r>
        <w:t>5</w:t>
      </w:r>
    </w:p>
    <w:p/>
    <w:p>
      <w:r>
        <w:t>Zdroj: KAUZIS.SK – https://www.kauzis.sk/judikatura/r/ECLI:SK:USSR:2017:1.US.255.2017.2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