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64/2017 z 8. 3. 2017</w:t>
      </w:r>
    </w:p>
    <w:p>
      <w:r>
        <w:t>Uznesenie Ústavného súdu SR z 8. marca 2017, sp. zn. I. ÚS 64/2017, ECLI:SK:USSR:2017:1.US.64.2017.2</w:t>
      </w:r>
    </w:p>
    <w:p>
      <w:r>
        <w:t>Súd: Ústavný súd Slovenskej republiky</w:t>
      </w:r>
    </w:p>
    <w:p>
      <w:r>
        <w:t>Spisová značka: I. ÚS 64/2017</w:t>
      </w:r>
    </w:p>
    <w:p>
      <w:r>
        <w:t>ECLI: ECLI:SK:USSR:2017:1.US.64.2017.2</w:t>
      </w:r>
    </w:p>
    <w:p>
      <w:r>
        <w:t>Dátum vydania: 8. 3. 2017</w:t>
      </w:r>
    </w:p>
    <w:p>
      <w:r>
        <w:t>Forma: Uznesenie</w:t>
      </w:r>
    </w:p>
    <w:p>
      <w:r>
        <w:t>Oblasť práva: Ústavné právo</w:t>
      </w:r>
    </w:p>
    <w:p>
      <w:pPr>
        <w:pStyle w:val="Heading2"/>
      </w:pPr>
      <w:r>
        <w:t>Text rozhodnutia</w:t>
      </w:r>
    </w:p>
    <w:p>
      <w:r>
        <w:t>SLOVENSKÁ REPUBLIKA</w:t>
      </w:r>
    </w:p>
    <w:p>
      <w:r>
        <w:t>UZNESENIE Ústavného súdu Slovenskej republiky I. ÚS 64/2017-44 Ústavný súd Slovenskej republiky na neverejnom zasadnutí senátu 8. marca 2017 vo veciach obchodnej spoločnosti POHOTOVOSŤ, s. r. o., Pribinova 25, Bratislava, zastúpenej advokátom doc. JUDr. Branislavom Fridrichom, PhD., Fridrich Paľko, s. r. o., Grösslingová 4, Bratislava, v ktorých namieta porušenie základných práv podľa čl. 20 ods. 1 a čl. 46 ods. 1 Ústavy Slovenskej republiky a práv podľa čl. 6 ods. 1 Dohovoru o ochrane ľudských práv a základných slobôd a čl. 1 Dodatkového protokolu k Dohovoru o ochrane ľudských práv a základných slobôd, ako aj porušenie čl. 12 ods. 2 Ústavy Slovenskej republiky, čl. 14 Dohovoru o ochrane ľudských práv a základných slobôd a čl. 47 Charty základných práv Európskej únie postupom Krajského súdu v Nitre, Krajského súdu v Trenčíne, Krajského súdu v Banskej Bystrici a Krajského súdu v Žiline a ich uzneseniami uvedenými v prílohe tohto rozhodnutia v spojení s uzneseniami príslušných okresných súdov, takto rozhodol: Konanie z a s t a v u j e . Odôvodnenie: 1. Ústavný súd Slovenskej republiky (ďalej len „ústavný súd“) uznesením č. k. I. ÚS 64/2017-16 z 8. februára 2017 rozhodol o spojení sťažností vedených pod sp. zn.</w:t>
      </w:r>
    </w:p>
    <w:p>
      <w:r>
        <w:t>Rvp 7348/2016 až sp. zn. Rvp 7349/2016, sp. zn. Rvp 7356/2016 až sp. zn. Rvp 7361/2016, sp. zn. Rvp 7642/2016 až sp. zn. Rvp 7650/2016, sp. zn. Rvp 7988/2016 až sp. zn. Rvp 7990/2016, sp. zn. Rvp 8319/2016 až sp. zn. Rvp 8326/2016, sp. zn. Rvp 9485/2016 až sp. zn. Rvp 9493/2016, sp. zn. Rvp 10022/2016 až sp. zn. Rvp 10035/2016, sp. zn. Rvp 10070/2016</w:t>
      </w:r>
    </w:p>
    <w:p>
      <w:r>
        <w:t>až</w:t>
      </w:r>
    </w:p>
    <w:p>
      <w:r>
        <w:t>sp. zn.</w:t>
      </w:r>
    </w:p>
    <w:p>
      <w:r>
        <w:t>Rvp 10782/2016,</w:t>
      </w:r>
    </w:p>
    <w:p>
      <w:r>
        <w:t>sp. zn.</w:t>
      </w:r>
    </w:p>
    <w:p>
      <w:r>
        <w:t>Rvp 11120/2016</w:t>
      </w:r>
    </w:p>
    <w:p>
      <w:r>
        <w:t>až</w:t>
      </w:r>
    </w:p>
    <w:p>
      <w:r>
        <w:t>Rvp 11162/2016,</w:t>
      </w:r>
    </w:p>
    <w:p>
      <w:r>
        <w:t>sp. zn.</w:t>
      </w:r>
    </w:p>
    <w:p>
      <w:r>
        <w:t>Rvp 11396/2016</w:t>
      </w:r>
    </w:p>
    <w:p>
      <w:r>
        <w:t>až</w:t>
      </w:r>
    </w:p>
    <w:p>
      <w:r>
        <w:t>Rvp 11705/2016,</w:t>
      </w:r>
    </w:p>
    <w:p>
      <w:r>
        <w:t>sp. zn.</w:t>
      </w:r>
    </w:p>
    <w:p>
      <w:r>
        <w:t>Rvp 10073/2016,</w:t>
      </w:r>
    </w:p>
    <w:p>
      <w:r>
        <w:t>Rvp 10790/2016</w:t>
      </w:r>
    </w:p>
    <w:p>
      <w:r>
        <w:t>sp. zn.</w:t>
      </w:r>
    </w:p>
    <w:p>
      <w:r>
        <w:t>Rvp 11131/2016,</w:t>
      </w:r>
    </w:p>
    <w:p>
      <w:r>
        <w:t>Rvp 11386/2016</w:t>
      </w:r>
    </w:p>
    <w:p>
      <w:r>
        <w:t>sp. zn.</w:t>
      </w:r>
    </w:p>
    <w:p>
      <w:r>
        <w:t>až až</w:t>
      </w:r>
    </w:p>
    <w:p>
      <w:r>
        <w:t>Rvp 11400/2016,</w:t>
      </w:r>
    </w:p>
    <w:p>
      <w:r>
        <w:t>Rvp 11712/2016</w:t>
      </w:r>
    </w:p>
    <w:p>
      <w:r>
        <w:t>až</w:t>
      </w:r>
    </w:p>
    <w:p>
      <w:r>
        <w:t>sp. zn.</w:t>
      </w:r>
    </w:p>
    <w:p>
      <w:r>
        <w:t>Rvp 10769/2016</w:t>
      </w:r>
    </w:p>
    <w:p>
      <w:r>
        <w:t>sp. zn. sp. zn.</w:t>
      </w:r>
    </w:p>
    <w:p>
      <w:r>
        <w:t>sp. zn.</w:t>
      </w:r>
    </w:p>
    <w:p>
      <w:r>
        <w:t>Rvp 10792/2016,</w:t>
      </w:r>
    </w:p>
    <w:p>
      <w:r>
        <w:t>sp. zn.</w:t>
      </w:r>
    </w:p>
    <w:p>
      <w:r>
        <w:t>Rvp 11154/2016</w:t>
      </w:r>
    </w:p>
    <w:p>
      <w:r>
        <w:t>sp. zn. sp. zn.</w:t>
      </w:r>
    </w:p>
    <w:p>
      <w:r>
        <w:t>až až</w:t>
      </w:r>
    </w:p>
    <w:p>
      <w:r>
        <w:t>sp. zn.</w:t>
      </w:r>
    </w:p>
    <w:p>
      <w:r>
        <w:t>Rvp 11392/2016,</w:t>
      </w:r>
    </w:p>
    <w:p>
      <w:r>
        <w:t>sp. zn.</w:t>
      </w:r>
    </w:p>
    <w:p>
      <w:r>
        <w:t>Rvp 11700/2016</w:t>
      </w:r>
    </w:p>
    <w:p>
      <w:r>
        <w:t>sp. zn.</w:t>
      </w:r>
    </w:p>
    <w:p>
      <w:r>
        <w:t>až</w:t>
      </w:r>
    </w:p>
    <w:p>
      <w:r>
        <w:t>sp. zn.</w:t>
      </w:r>
    </w:p>
    <w:p>
      <w:r>
        <w:t>Rvp 11731/2016,</w:t>
      </w:r>
    </w:p>
    <w:p>
      <w:r>
        <w:t>sp. zn.</w:t>
      </w:r>
    </w:p>
    <w:p>
      <w:r>
        <w:t>Rvp 12857/2016 až sp. zn. Rvp 12871/2016 a sp. zn. Rvp 12881/2016 až sp. zn. Rvp 12891/2016 a zároveň uložil obchodnej spoločnosti POHOTOVOSŤ, s. r. o., Pribinova 25, Bratislava (ďalej len „navrhovateľka“), povinnosť zaplatiť súdny poplatok v sume 4 710 € za podané ústavné sťažnosti, ktorými namietala porušenie základných práv podľa čl. 20 ods. 1 a čl. 46 ods. 1 Ústavy Slovenskej republiky a práv podľa čl. 6 ods. 1 Dohovoru o ochrane ľudských práv a základných slobôd a čl. 1 Dodatkového protokolu k Dohovoru o ochrane ľudských práv a základných slobôd, ako aj porušenie čl. 12 ods. 2 Ústavy Slovenskej republiky, čl. 14 Dohovoru o ochrane ľudských práv a základných slobôd a čl. 47 Charty základných práv Európskej únie postupom Krajského súdu v Nitre, Krajského súdu v Trenčíne, Krajského súdu v Banskej Bystrici a Krajského súdu v Žiline a ich uzneseniami uvedenými v prílohe tohto uznesenia v spojení s uzneseniami príslušných okresných súdov.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15 dní odo dňa jeho doručenia.</w:t>
      </w:r>
    </w:p>
    <w:p>
      <w:r>
        <w:t>2</w:t>
      </w:r>
    </w:p>
    <w:p>
      <w:r>
        <w:t>3. Z poštovej doručenky, ktorá je súčasťou spisu sp. zn. I. ÚS 64/2017, ústavný súd zistil, že uznesenie o vyrubení súdneho poplatku bolo navrhovateľke prostredníctvom právneho zástupcu doručené 17. februára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Poučenie:</w:t>
      </w:r>
    </w:p>
    <w:p>
      <w:r>
        <w:t>Proti tomuto uzneseniu nemožno podať opravný prostriedok;</w:t>
      </w:r>
    </w:p>
    <w:p>
      <w:r>
        <w:t>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8. marca 2017</w:t>
      </w:r>
    </w:p>
    <w:p>
      <w:r>
        <w:t>Príloha k uzneseniu Ústavného súdu Slovenskej republiky sp. zn. I. ÚS 64/2017 3</w:t>
      </w:r>
    </w:p>
    <w:p>
      <w:r>
        <w:t>Por.</w:t>
      </w:r>
    </w:p>
    <w:p>
      <w:r>
        <w:t>sp. zn. sťažností vedených</w:t>
      </w:r>
    </w:p>
    <w:p>
      <w:r>
        <w:t>č. 1.</w:t>
      </w:r>
    </w:p>
    <w:p>
      <w:r>
        <w:t>ústavným súdom Rvp 7348/2016</w:t>
      </w:r>
    </w:p>
    <w:p>
      <w:r>
        <w:t>sp. zn. uznesení Krajského súdu v Nitre sp. zn. uznesenia príslušného okresného súdu sp. zn. 15 CoE 323/2014 z 30. septembra 2014 sp. zn. 6 Er 669/2004 z 8. januára 2013</w:t>
      </w:r>
    </w:p>
    <w:p>
      <w:r>
        <w:t>2.</w:t>
      </w:r>
    </w:p>
    <w:p>
      <w:r>
        <w:t>Rvp 7349/2016</w:t>
      </w:r>
    </w:p>
    <w:p>
      <w:r>
        <w:t>– Okresný súd Levice sp. zn. 15 CoE 345/2014 z 30. septembra 2014 sp. zn. 6 Er 382/2006 z 13. marca 2012 – Okresný súd Levice sp. zn. uznesení Krajského súdu v Trenčíne</w:t>
      </w:r>
    </w:p>
    <w:p>
      <w:r>
        <w:t>3.</w:t>
      </w:r>
    </w:p>
    <w:p>
      <w:r>
        <w:t>Rvp 7356/2016</w:t>
      </w:r>
    </w:p>
    <w:p>
      <w:r>
        <w:t>sp. zn. uznesenia príslušného okresného súdu sp. zn. 11 CoE 281/2015 z 29. marec 2016 sp. zn. 4 Er 797/2015 z 11. septembra 2015</w:t>
      </w:r>
    </w:p>
    <w:p>
      <w:r>
        <w:t>4.</w:t>
      </w:r>
    </w:p>
    <w:p>
      <w:r>
        <w:t>Rvp 7357/2016</w:t>
      </w:r>
    </w:p>
    <w:p>
      <w:r>
        <w:t>– Okresný súd Bánovce nad Bebravou sp. zn. 23 CoE 29/2016 z 31. marca 2016 sp. zn. 6 Er 215/2015 z 29. júna 2015</w:t>
      </w:r>
    </w:p>
    <w:p>
      <w:r>
        <w:t>5.</w:t>
      </w:r>
    </w:p>
    <w:p>
      <w:r>
        <w:t>Rvp 7358/2016</w:t>
      </w:r>
    </w:p>
    <w:p>
      <w:r>
        <w:t>– OS Partizánske sp. zn. 11 CoE 278/2015 z 29. marca 2016 sp. zn. 2 Er 466/2015 z 1. júla 2015</w:t>
      </w:r>
    </w:p>
    <w:p>
      <w:r>
        <w:t>6.</w:t>
      </w:r>
    </w:p>
    <w:p>
      <w:r>
        <w:t>Rvp 7359/2016</w:t>
      </w:r>
    </w:p>
    <w:p>
      <w:r>
        <w:t>– Okresný súd Partizánske sp. zn. 6 CoE 31/2016 z 22. marca 2016 sp. zn. 1 Er 612/2015 z 20. augusta 2015</w:t>
      </w:r>
    </w:p>
    <w:p>
      <w:r>
        <w:t>7.</w:t>
      </w:r>
    </w:p>
    <w:p>
      <w:r>
        <w:t>Rvp 7360/2016</w:t>
      </w:r>
    </w:p>
    <w:p>
      <w:r>
        <w:t>– Okresný súd Partizánske sp. zn. 23 CoE 21/2016 z 31. marca 2016 sp. zn. 16 Er 1985/2015 z 8. septembra 2015</w:t>
      </w:r>
    </w:p>
    <w:p>
      <w:r>
        <w:t>8.</w:t>
      </w:r>
    </w:p>
    <w:p>
      <w:r>
        <w:t>Rvp 7361/2016</w:t>
      </w:r>
    </w:p>
    <w:p>
      <w:r>
        <w:t>– Okresný súd Prievidza sp. zn. 5 CoE 42/2016 z 30. marca 2016 sp. zn. 58 Er 1213/2014 z 15. októbra 2015</w:t>
      </w:r>
    </w:p>
    <w:p>
      <w:r>
        <w:t>9.</w:t>
      </w:r>
    </w:p>
    <w:p>
      <w:r>
        <w:t>Rvp 7642/2016</w:t>
      </w:r>
    </w:p>
    <w:p>
      <w:r>
        <w:t>– Okresný súd Trenčín sp. zn. 4 CoE 1/2016 z 29. februára 2016 sp. zn. 9 Er 2776/2007 z 17. októbra 2012</w:t>
      </w:r>
    </w:p>
    <w:p>
      <w:r>
        <w:t>10.</w:t>
      </w:r>
    </w:p>
    <w:p>
      <w:r>
        <w:t>Rvp 7643/2016</w:t>
      </w:r>
    </w:p>
    <w:p>
      <w:r>
        <w:t>– Okresný súd Prievidza sp. zn. 5 CoE 78/2016 z 13. apríla 2016 sp. zn. 4 Er 233/2015 z 23. septembra 2015 4</w:t>
      </w:r>
    </w:p>
    <w:p>
      <w:r>
        <w:t>11.</w:t>
      </w:r>
    </w:p>
    <w:p>
      <w:r>
        <w:t>Rvp 7644/2016</w:t>
      </w:r>
    </w:p>
    <w:p>
      <w:r>
        <w:t>– Okresný súd Partizánske sp. zn. 4 CoE 30/2016 z 29. februára 2016 sp. zn. 1 Er 466/2015 z 20. augusta 2015</w:t>
      </w:r>
    </w:p>
    <w:p>
      <w:r>
        <w:t>12.</w:t>
      </w:r>
    </w:p>
    <w:p>
      <w:r>
        <w:t>Rvp 7645/2016</w:t>
      </w:r>
    </w:p>
    <w:p>
      <w:r>
        <w:t>– Okresný súd Partizánske sp. zn. 2 CoE 265/2015 z 12. apríla 2016 sp. zn. 60 Er 798/2015 z 29. júna 2015</w:t>
      </w:r>
    </w:p>
    <w:p>
      <w:r>
        <w:t>13.</w:t>
      </w:r>
    </w:p>
    <w:p>
      <w:r>
        <w:t>Rvp 7646/2016</w:t>
      </w:r>
    </w:p>
    <w:p>
      <w:r>
        <w:t>– Okresný súd Trenčín sp. zn. 11 CoE 268/2015 z 5. apríla 2016 sp. zn. 60 Er 854/2014 zo 4. júna 2015</w:t>
      </w:r>
    </w:p>
    <w:p>
      <w:r>
        <w:t>14.</w:t>
      </w:r>
    </w:p>
    <w:p>
      <w:r>
        <w:t>Rvp 7647/2016</w:t>
      </w:r>
    </w:p>
    <w:p>
      <w:r>
        <w:t>– Okresný súd Trenčín sp. zn. 17 CoE 107/2016 z 22. marca 2016 sp. zn. 49 Er 1126/2015 zo 6. augusta 2015</w:t>
      </w:r>
    </w:p>
    <w:p>
      <w:r>
        <w:t>15.</w:t>
      </w:r>
    </w:p>
    <w:p>
      <w:r>
        <w:t>Rvp 7648/2016</w:t>
      </w:r>
    </w:p>
    <w:p>
      <w:r>
        <w:t>– Okresný súd Trenčín sp. zn. 6 CoE 12/2016 z 30. marca 2016 sp. zn. 6 Er 157/2008 z 26. októbra 2015</w:t>
      </w:r>
    </w:p>
    <w:p>
      <w:r>
        <w:t>16.</w:t>
      </w:r>
    </w:p>
    <w:p>
      <w:r>
        <w:t>Rvp 7649/2016</w:t>
      </w:r>
    </w:p>
    <w:p>
      <w:r>
        <w:t>– Okresný súd Nové Mesto nad Váhom sp. zn. 2 CoE 52/2016 z 12. apríla 2016 sp. zn. 4 Er 1394/2008 zo 16. septembra 2013</w:t>
      </w:r>
    </w:p>
    <w:p>
      <w:r>
        <w:t>17.</w:t>
      </w:r>
    </w:p>
    <w:p>
      <w:r>
        <w:t>Rvp 7650/2016</w:t>
      </w:r>
    </w:p>
    <w:p>
      <w:r>
        <w:t>– Okresný súd Nové Mesto nad Váhom sp. zn. 5 CoE 333/2015 z 30. marca 2016 sp. zn. 4 Er 1457/2008 z 30. septembra 2014</w:t>
      </w:r>
    </w:p>
    <w:p>
      <w:r>
        <w:t>18.</w:t>
      </w:r>
    </w:p>
    <w:p>
      <w:r>
        <w:t>Rvp 7988/2016</w:t>
      </w:r>
    </w:p>
    <w:p>
      <w:r>
        <w:t>– Okresný súd Nové Mesto nad Váhom sp. zn. 17 CoE 28/2016 z 22. marca 2016 sp. zn. 3 Er 923/2015 z 30. októbra 2015</w:t>
      </w:r>
    </w:p>
    <w:p>
      <w:r>
        <w:t>19.</w:t>
      </w:r>
    </w:p>
    <w:p>
      <w:r>
        <w:t>Rvp 7989/2016</w:t>
      </w:r>
    </w:p>
    <w:p>
      <w:r>
        <w:t>– Okresný súd Považská Bystrica sp. zn. 5 CoE 66/2016 zo 14. apríla 2016 sp. zn. 1 Er 430/2015 z 28. septembra 2015</w:t>
      </w:r>
    </w:p>
    <w:p>
      <w:r>
        <w:t>20.</w:t>
      </w:r>
    </w:p>
    <w:p>
      <w:r>
        <w:t>Rvp 7990/2016</w:t>
      </w:r>
    </w:p>
    <w:p>
      <w:r>
        <w:t>– Okresný súd Partizánske sp. zn. 6 CoE 77/2016 z 30. marca 2016 sp. zn. 4 Er 312/2015 z 22. októbra 2015</w:t>
      </w:r>
    </w:p>
    <w:p>
      <w:r>
        <w:t>21.</w:t>
      </w:r>
    </w:p>
    <w:p>
      <w:r>
        <w:t>Rvp 8319/2016</w:t>
      </w:r>
    </w:p>
    <w:p>
      <w:r>
        <w:t>– Okresný súd Partizánske sp. zn. 17 CoE 135/2016 z 27. apríla 2016 sp. zn. 49 Er 1130/2015 z 5. augusta 2015</w:t>
      </w:r>
    </w:p>
    <w:p>
      <w:r>
        <w:t>22.</w:t>
      </w:r>
    </w:p>
    <w:p>
      <w:r>
        <w:t>Rvp 8320/2016</w:t>
      </w:r>
    </w:p>
    <w:p>
      <w:r>
        <w:t>– Okresný súd Trenčín sp. zn. 2 CoE 112/2016 z 10. mája 2016 5</w:t>
      </w:r>
    </w:p>
    <w:p>
      <w:r>
        <w:t>sp. zn. 59 Er 2589/2014 z 8. septembra 2015 23.</w:t>
      </w:r>
    </w:p>
    <w:p>
      <w:r>
        <w:t>Rvp 8321/2016</w:t>
      </w:r>
    </w:p>
    <w:p>
      <w:r>
        <w:t>– Okresný súd Trenčín sp. zn. 5 CoE 108/2016 z 20. apríla 2016 sp. zn. 49 Er 1131/2015 z 5. augusta 2015</w:t>
      </w:r>
    </w:p>
    <w:p>
      <w:r>
        <w:t>24.</w:t>
      </w:r>
    </w:p>
    <w:p>
      <w:r>
        <w:t>Rvp 8322/2016</w:t>
      </w:r>
    </w:p>
    <w:p>
      <w:r>
        <w:t>– Okresný súd Trenčín sp. zn. 6 CoE 50/2016 z 27. apríla 2016 sp. zn. 58 Er 1727/2014 z 8. októbra 2015</w:t>
      </w:r>
    </w:p>
    <w:p>
      <w:r>
        <w:t>25.</w:t>
      </w:r>
    </w:p>
    <w:p>
      <w:r>
        <w:t>Rvp 8323/2016</w:t>
      </w:r>
    </w:p>
    <w:p>
      <w:r>
        <w:t>– Okresný súd Trenčín sp. zn. 8 CoE 61/2015 zo 4. mája 2016 sp. zn. 16 Er 2791/2014 z 1. októbra 2014</w:t>
      </w:r>
    </w:p>
    <w:p>
      <w:r>
        <w:t>26.</w:t>
      </w:r>
    </w:p>
    <w:p>
      <w:r>
        <w:t>Rvp 8324/2016</w:t>
      </w:r>
    </w:p>
    <w:p>
      <w:r>
        <w:t>– Okresný súd Prievidza sp. zn. 4 CoE 62/2016 z 31. marec 2016 sp. zn. 9 Er 589/2008 z 27. februára 2015</w:t>
      </w:r>
    </w:p>
    <w:p>
      <w:r>
        <w:t>27.</w:t>
      </w:r>
    </w:p>
    <w:p>
      <w:r>
        <w:t>Rvp 8325/2016</w:t>
      </w:r>
    </w:p>
    <w:p>
      <w:r>
        <w:t>– Okresný súd Prievidza sp. zn. 16 CoE 276/2015 z 29. apríla 2016 sp. zn. 4 Er 234/2015 z 24. júla 2015</w:t>
      </w:r>
    </w:p>
    <w:p>
      <w:r>
        <w:t>28.</w:t>
      </w:r>
    </w:p>
    <w:p>
      <w:r>
        <w:t>Rvp 8326/2016</w:t>
      </w:r>
    </w:p>
    <w:p>
      <w:r>
        <w:t>– Okresný súd Partizánske sp. zn. 19 CoE 48/2016 z 27. apríla 2016 sp. zn. 2 Er 424/2015 z 1. júla 2015</w:t>
      </w:r>
    </w:p>
    <w:p>
      <w:r>
        <w:t>29.</w:t>
      </w:r>
    </w:p>
    <w:p>
      <w:r>
        <w:t>Rvp 9485/2016</w:t>
      </w:r>
    </w:p>
    <w:p>
      <w:r>
        <w:t>– Okresný súd Partizánske sp. zn. 11 CoE 1/2016 z 12. mája 2016 sp. zn. 7 Er 288/2009 z 15. februára 2013</w:t>
      </w:r>
    </w:p>
    <w:p>
      <w:r>
        <w:t>30.</w:t>
      </w:r>
    </w:p>
    <w:p>
      <w:r>
        <w:t>Rvp 9486/2016</w:t>
      </w:r>
    </w:p>
    <w:p>
      <w:r>
        <w:t>– Okresný súd Nové Mesto nad Váhom sp. zn. 4 CoE 135/2016 z 29. apríla 2016 sp. zn. 1 Er 842/2015 z 26. októbra 2015</w:t>
      </w:r>
    </w:p>
    <w:p>
      <w:r>
        <w:t>31.</w:t>
      </w:r>
    </w:p>
    <w:p>
      <w:r>
        <w:t>Rvp 9487/2016</w:t>
      </w:r>
    </w:p>
    <w:p>
      <w:r>
        <w:t>– OS Partizánske sp. zn. 4 CoE 136/2016 z 29. apríla 2016 sp. zn. 1 Er 843/2015 z 26. októbra 2015</w:t>
      </w:r>
    </w:p>
    <w:p>
      <w:r>
        <w:t>32.</w:t>
      </w:r>
    </w:p>
    <w:p>
      <w:r>
        <w:t>Rvp 9488/2016</w:t>
      </w:r>
    </w:p>
    <w:p>
      <w:r>
        <w:t>– Okresný súd Partizánske sp. zn. 6 CoE 133/2016 z 27. apríla 2016 sp. zn. 6 Er 234/2015 z 7. októbra 2015</w:t>
      </w:r>
    </w:p>
    <w:p>
      <w:r>
        <w:t>33.</w:t>
      </w:r>
    </w:p>
    <w:p>
      <w:r>
        <w:t>Rvp 9489/2016</w:t>
      </w:r>
    </w:p>
    <w:p>
      <w:r>
        <w:t>– Okresný súd Partizánske sp. zn. 4 CoE 184/2016 zo 16. mája 2016 sp. zn. 61 Er 1360/2015 z 11. januára 2016 6</w:t>
      </w:r>
    </w:p>
    <w:p>
      <w:r>
        <w:t>34.</w:t>
      </w:r>
    </w:p>
    <w:p>
      <w:r>
        <w:t>Rvp 9490/2016</w:t>
      </w:r>
    </w:p>
    <w:p>
      <w:r>
        <w:t>– Okresný súd Trenčín sp. zn. 2 CoE 101/2016 z 12. mája 2016 sp. zn. 59 Er 1133/2015 z 8. septembra 2015</w:t>
      </w:r>
    </w:p>
    <w:p>
      <w:r>
        <w:t>35.</w:t>
      </w:r>
    </w:p>
    <w:p>
      <w:r>
        <w:t>Rvp 9491/2016</w:t>
      </w:r>
    </w:p>
    <w:p>
      <w:r>
        <w:t>– Okresný súd Trenčín sp. zn. 6 CoE 108/2016 z 28. apríla 2016 sp. zn. 59 Er 1220/2015 z 8. septembra 2015</w:t>
      </w:r>
    </w:p>
    <w:p>
      <w:r>
        <w:t>36.</w:t>
      </w:r>
    </w:p>
    <w:p>
      <w:r>
        <w:t>Rvp 9492/2016</w:t>
      </w:r>
    </w:p>
    <w:p>
      <w:r>
        <w:t>– Okresný súd Trenčín sp. zn. 5 CoE 109/2016 z 12. mája 2016 sp. zn. 59 Er 1137/2015 z 8. septembra 2015</w:t>
      </w:r>
    </w:p>
    <w:p>
      <w:r>
        <w:t>37.</w:t>
      </w:r>
    </w:p>
    <w:p>
      <w:r>
        <w:t>Rvp 9493/2016</w:t>
      </w:r>
    </w:p>
    <w:p>
      <w:r>
        <w:t>– Okresný súd Trenčín sp. zn. 17 CoE 50/2016 z 27. apríla 2016 sp. zn. 58 Er 2977/2014 zo 16. októbra 2015 – Okresný súd Trenčín</w:t>
      </w:r>
    </w:p>
    <w:p>
      <w:r>
        <w:t>sp. zn. uznesení Krajského súdu v Banskej Bystrici 38.</w:t>
      </w:r>
    </w:p>
    <w:p>
      <w:r>
        <w:t>Rvp 10022/2016</w:t>
      </w:r>
    </w:p>
    <w:p>
      <w:r>
        <w:t>sp. zn. uznesenia príslušného okresného súdu sp. zn. 41 CoE 74/2016 z 18. mája 2016 sp. zn. 1 Er 1750/2015 z 28. júla 2015</w:t>
      </w:r>
    </w:p>
    <w:p>
      <w:r>
        <w:t>39.</w:t>
      </w:r>
    </w:p>
    <w:p>
      <w:r>
        <w:t>Rvp 10023/2016</w:t>
      </w:r>
    </w:p>
    <w:p>
      <w:r>
        <w:t>– Okresný súd Banská Bystrica sp. zn. 41 CoE 52/2016 z 18. mája 2016 sp. zn. 11 Er 71/2015 z 5. októbra 2015</w:t>
      </w:r>
    </w:p>
    <w:p>
      <w:r>
        <w:t>40.</w:t>
      </w:r>
    </w:p>
    <w:p>
      <w:r>
        <w:t>Rvp 10024/2016</w:t>
      </w:r>
    </w:p>
    <w:p>
      <w:r>
        <w:t>– Okresný súd Banská Bystrica sp. zn. 1 CoE 164/2016 zo 17. mája 2016 sp. zn. 1 Er 2645/2014 z 15. júna 2015</w:t>
      </w:r>
    </w:p>
    <w:p>
      <w:r>
        <w:t>41.</w:t>
      </w:r>
    </w:p>
    <w:p>
      <w:r>
        <w:t>Rvp 10025/2016</w:t>
      </w:r>
    </w:p>
    <w:p>
      <w:r>
        <w:t>– Okresný súd Banská Bystrica sp. zn. 1 CoE 157/2016 zo 17. mája 2016 sp. zn. 6 Er 492/2015 z 22. septembra 2015</w:t>
      </w:r>
    </w:p>
    <w:p>
      <w:r>
        <w:t>42.</w:t>
      </w:r>
    </w:p>
    <w:p>
      <w:r>
        <w:t>Rvp 10026/2016</w:t>
      </w:r>
    </w:p>
    <w:p>
      <w:r>
        <w:t>– Okresný súd Lučenec sp. zn. 4 CoE 71/2016 z 8. júna 2016 sp. zn. 6 Er 798/2015 z 30. októbra 2015</w:t>
      </w:r>
    </w:p>
    <w:p>
      <w:r>
        <w:t>43.</w:t>
      </w:r>
    </w:p>
    <w:p>
      <w:r>
        <w:t>Rvp 10027/2016</w:t>
      </w:r>
    </w:p>
    <w:p>
      <w:r>
        <w:t>– Okresný súd Lučenec sp. zn. 17 CoE 28/2016 z 18. apríla 2016 7</w:t>
      </w:r>
    </w:p>
    <w:p>
      <w:r>
        <w:t>sp. zn. 9 Er 390/2015 z 28. októbra 2015 44.</w:t>
      </w:r>
    </w:p>
    <w:p>
      <w:r>
        <w:t>Rvp 10028/2016</w:t>
      </w:r>
    </w:p>
    <w:p>
      <w:r>
        <w:t>– Okresný súd Lučenec sp. zn. 1 CoE 158/2016 zo 17. mája 2016 sp. zn. 10 Er 513/2015 z 20. októbra 2015</w:t>
      </w:r>
    </w:p>
    <w:p>
      <w:r>
        <w:t>45.</w:t>
      </w:r>
    </w:p>
    <w:p>
      <w:r>
        <w:t>Rvp 10029/2016</w:t>
      </w:r>
    </w:p>
    <w:p>
      <w:r>
        <w:t>– Okresný súd Revúca sp. zn. 2 CoE 108/2016 z 27. apríla 2016 sp. zn. 10 Er 692/2014 z 3. augusta 2015</w:t>
      </w:r>
    </w:p>
    <w:p>
      <w:r>
        <w:t>46.</w:t>
      </w:r>
    </w:p>
    <w:p>
      <w:r>
        <w:t>Rvp 10030/2016</w:t>
      </w:r>
    </w:p>
    <w:p>
      <w:r>
        <w:t>– Okresný súd Revúca sp. zn. 2 CoE 103/2016 z 27. apríla 2016 sp. zn. 10 Er 723/2014 z 3. augusta 2015</w:t>
      </w:r>
    </w:p>
    <w:p>
      <w:r>
        <w:t>47.</w:t>
      </w:r>
    </w:p>
    <w:p>
      <w:r>
        <w:t>Rvp 10031/2016</w:t>
      </w:r>
    </w:p>
    <w:p>
      <w:r>
        <w:t>– Okresný súd Revúca sp. zn. 4 CoE 56/2016 z 18. mája 2016 sp. zn. 10 Er 500/2015 z 19. októbra 2015</w:t>
      </w:r>
    </w:p>
    <w:p>
      <w:r>
        <w:t>48.</w:t>
      </w:r>
    </w:p>
    <w:p>
      <w:r>
        <w:t>Rvp 10032/2016</w:t>
      </w:r>
    </w:p>
    <w:p>
      <w:r>
        <w:t>– Okresný súd Revúca sp. zn. 2 CoE 115/2016 z 27. apríla 2016 sp. zn. 5 Er 345/2015 z 27. novembra 2015</w:t>
      </w:r>
    </w:p>
    <w:p>
      <w:r>
        <w:t>49.</w:t>
      </w:r>
    </w:p>
    <w:p>
      <w:r>
        <w:t>Rvp 10033/2016</w:t>
      </w:r>
    </w:p>
    <w:p>
      <w:r>
        <w:t>– Okresný súd Veľký Krtíš sp. zn. 17 CoE 61/2016 z 18. apríla 2016 sp. zn. 19 Er 187/2014 z 18. novembra 2015</w:t>
      </w:r>
    </w:p>
    <w:p>
      <w:r>
        <w:t>50.</w:t>
      </w:r>
    </w:p>
    <w:p>
      <w:r>
        <w:t>Rvp 10034/2016</w:t>
      </w:r>
    </w:p>
    <w:p>
      <w:r>
        <w:t>– Okresný súd Zvolen sp. zn. 16 CoE 76/2016 z 31. mája 2016 sp. zn. 27 Er 311/2009 zo 16. februára 2016</w:t>
      </w:r>
    </w:p>
    <w:p>
      <w:r>
        <w:t>51.</w:t>
      </w:r>
    </w:p>
    <w:p>
      <w:r>
        <w:t>Rvp 10035/2016</w:t>
      </w:r>
    </w:p>
    <w:p>
      <w:r>
        <w:t>– Okresný súd Zvolen sp. zn. 41 CoE 114/2016 z 8. júna 2016 sp. zn. 10 Er 527/2014 zo 4. mája 2015 – Okresný súd Zvolen sp. zn. uznesení Krajského súdu v Žiline</w:t>
      </w:r>
    </w:p>
    <w:p>
      <w:r>
        <w:t>52.</w:t>
      </w:r>
    </w:p>
    <w:p>
      <w:r>
        <w:t>Rvp 10070/2016</w:t>
      </w:r>
    </w:p>
    <w:p>
      <w:r>
        <w:t>sp. zn. uznesenia príslušného okresného súdu sp. zn. 2 CoE 108/2016 z 1. júna 2016 sp. zn. 18 Er 441/2007 z 27. novembra 2013</w:t>
      </w:r>
    </w:p>
    <w:p>
      <w:r>
        <w:t>53.</w:t>
      </w:r>
    </w:p>
    <w:p>
      <w:r>
        <w:t>Rvp 10071/2016</w:t>
      </w:r>
    </w:p>
    <w:p>
      <w:r>
        <w:t>– Okresný súd Žilina sp. zn. 9 CoE 14/2016 z 28. apríla 2016 sp. zn. 24 Er 368/2006 zo 4. septembra 2015</w:t>
      </w:r>
    </w:p>
    <w:p>
      <w:r>
        <w:t>54.</w:t>
      </w:r>
    </w:p>
    <w:p>
      <w:r>
        <w:t>Rvp 10072/2016</w:t>
      </w:r>
    </w:p>
    <w:p>
      <w:r>
        <w:t>– Okresný súd Žilina sp. zn. 2 CoE 81/2016 z 1. júna 2016 8</w:t>
      </w:r>
    </w:p>
    <w:p>
      <w:r>
        <w:t>sp. zn. 24 Er 2069/2005 zo 14. januára 2014 55.</w:t>
      </w:r>
    </w:p>
    <w:p>
      <w:r>
        <w:t>Rvp 1073/2016</w:t>
      </w:r>
    </w:p>
    <w:p>
      <w:r>
        <w:t>– Okresný súd Žilina sp. zn. 2 CoE 82/2016 z 1. júna 2016 sp. zn. 24 Er 752/2005 zo 4. septembra 2015 – Okresný súd Žilina sp. zn. uznesení Krajského súdu v Banskej Bystrici</w:t>
      </w:r>
    </w:p>
    <w:p>
      <w:r>
        <w:t>56.</w:t>
      </w:r>
    </w:p>
    <w:p>
      <w:r>
        <w:t>Rvp 10769/2016</w:t>
      </w:r>
    </w:p>
    <w:p>
      <w:r>
        <w:t>sp. zn. uznesenia príslušného okresného súdu sp. zn. 1 CoE 185/2016 z 30. mája 2016 sp. zn. 11 Er 846/2014 z 23. októbra 2015</w:t>
      </w:r>
    </w:p>
    <w:p>
      <w:r>
        <w:t>57.</w:t>
      </w:r>
    </w:p>
    <w:p>
      <w:r>
        <w:t>Rvp 10770/2016</w:t>
      </w:r>
    </w:p>
    <w:p>
      <w:r>
        <w:t>– Okresný súd Lučenec sp. zn. 16 CoE 87/2016 z 15. júna 2016 sp. zn. 13 Er 399/2015 z 19. októbra 2015</w:t>
      </w:r>
    </w:p>
    <w:p>
      <w:r>
        <w:t>58.</w:t>
      </w:r>
    </w:p>
    <w:p>
      <w:r>
        <w:t>Rvp 10771/2016</w:t>
      </w:r>
    </w:p>
    <w:p>
      <w:r>
        <w:t>– Okresný súd Banská Bystrica sp. zn. 2 CoE 164/2016 z 26. mája 2016 sp. zn. 11 Er 730/2014 z 24. novembra 2015</w:t>
      </w:r>
    </w:p>
    <w:p>
      <w:r>
        <w:t>59.</w:t>
      </w:r>
    </w:p>
    <w:p>
      <w:r>
        <w:t>Rvp 10772/2016</w:t>
      </w:r>
    </w:p>
    <w:p>
      <w:r>
        <w:t>– Okresný súd Lučenec sp. zn. 2 CoE 165/2016 z 26. mája 2016 sp. zn. 9 Er 852/2014 zo 28. decembra 2015</w:t>
      </w:r>
    </w:p>
    <w:p>
      <w:r>
        <w:t>60.</w:t>
      </w:r>
    </w:p>
    <w:p>
      <w:r>
        <w:t>Rvp 10773/2016</w:t>
      </w:r>
    </w:p>
    <w:p>
      <w:r>
        <w:t>– Okresný súd Lučenec sp. zn. 17 CoE 89/2015 z 26. mája 2016 sp. zn. 17 Er 11/2009 zo 7. februára 2012</w:t>
      </w:r>
    </w:p>
    <w:p>
      <w:r>
        <w:t>61.</w:t>
      </w:r>
    </w:p>
    <w:p>
      <w:r>
        <w:t>Rvp 10774/2016</w:t>
      </w:r>
    </w:p>
    <w:p>
      <w:r>
        <w:t>– Okresný súd Lučenec sp. zn. 2 CoE 187/2016 z 26. mája 2016 sp. zn. 4 Er 842/2014 z 3. novembra 2015</w:t>
      </w:r>
    </w:p>
    <w:p>
      <w:r>
        <w:t>62.</w:t>
      </w:r>
    </w:p>
    <w:p>
      <w:r>
        <w:t>Rvp 10775/2016</w:t>
      </w:r>
    </w:p>
    <w:p>
      <w:r>
        <w:t>– Okresný súd Lučenec sp. zn. 1 CoE 153/2016 zo 17. mája 2016 sp. zn. 11 Er 3946/2007 zo 16. februára 2016</w:t>
      </w:r>
    </w:p>
    <w:p>
      <w:r>
        <w:t>63.</w:t>
      </w:r>
    </w:p>
    <w:p>
      <w:r>
        <w:t>Rvp 10776/2016</w:t>
      </w:r>
    </w:p>
    <w:p>
      <w:r>
        <w:t>– Okresný súd Zvolen sp. zn. 16 CoE 43/2016 zo 4. mája 2016 sp. zn. 14 Er 891/2006 zo 4. apríla 2012</w:t>
      </w:r>
    </w:p>
    <w:p>
      <w:r>
        <w:t>64.</w:t>
      </w:r>
    </w:p>
    <w:p>
      <w:r>
        <w:t>Rvp 10777/2016</w:t>
      </w:r>
    </w:p>
    <w:p>
      <w:r>
        <w:t>– Okresný súd Žiar nad Hronom sp. zn. 17 CoE 116/2015 z 31. mája 2016 9</w:t>
      </w:r>
    </w:p>
    <w:p>
      <w:r>
        <w:t>sp. zn. 2 Er 358/2015 z 25. júna 2015 65.</w:t>
      </w:r>
    </w:p>
    <w:p>
      <w:r>
        <w:t>Rvp 10778/2016</w:t>
      </w:r>
    </w:p>
    <w:p>
      <w:r>
        <w:t>– Okresný súd Brezno sp. zn. 43 CoE 182/2016 zo 17. mája 2016 sp. zn. 10 Er 511/2015 z 19. októbra 2015</w:t>
      </w:r>
    </w:p>
    <w:p>
      <w:r>
        <w:t>66.</w:t>
      </w:r>
    </w:p>
    <w:p>
      <w:r>
        <w:t>Rvp 10779/2016</w:t>
      </w:r>
    </w:p>
    <w:p>
      <w:r>
        <w:t>– Okresný súd Revúca sp. zn. 17 CoE 76/2016 z 31. mája 2016 sp. zn. 10 Er 693/2014 z 20. októbra 2015</w:t>
      </w:r>
    </w:p>
    <w:p>
      <w:r>
        <w:t>67.</w:t>
      </w:r>
    </w:p>
    <w:p>
      <w:r>
        <w:t>Rvp 10780/2016</w:t>
      </w:r>
    </w:p>
    <w:p>
      <w:r>
        <w:t>– Okresný súd Revúca sp. zn. 16 CoE 7/2016 z 9. júna 2016 sp. zn. 10 Er 671/2014 z 3. augusta 2015</w:t>
      </w:r>
    </w:p>
    <w:p>
      <w:r>
        <w:t>68.</w:t>
      </w:r>
    </w:p>
    <w:p>
      <w:r>
        <w:t>Rvp 10781/2016</w:t>
      </w:r>
    </w:p>
    <w:p>
      <w:r>
        <w:t>– Okresný súd Revúca sp. zn. 14 CoE 77/2016 z 9. mája 2016 sp. zn. 10 Er 538/2015 z 20. októbra 2015</w:t>
      </w:r>
    </w:p>
    <w:p>
      <w:r>
        <w:t>69.</w:t>
      </w:r>
    </w:p>
    <w:p>
      <w:r>
        <w:t>Rvp 10782/2016</w:t>
      </w:r>
    </w:p>
    <w:p>
      <w:r>
        <w:t>– Okresný súd Revúca sp. zn. 16 CoE 72/2016 z 15. júna 2016 sp. zn. 11 Er 246/2015 z 11. januára 2016 – Okresný súd Banská Bystrica sp. zn. uznesení Krajského súdu v Žiline</w:t>
      </w:r>
    </w:p>
    <w:p>
      <w:r>
        <w:t>70.</w:t>
      </w:r>
    </w:p>
    <w:p>
      <w:r>
        <w:t>Rvp 10790/2016</w:t>
      </w:r>
    </w:p>
    <w:p>
      <w:r>
        <w:t>sp. zn. uznesenia príslušného okresného súdu sp. zn. 21 CoE 82/2016 z 25. mája 2016 sp. zn. 24 Er 21/2003 zo 4. septembra 2015</w:t>
      </w:r>
    </w:p>
    <w:p>
      <w:r>
        <w:t>71.</w:t>
      </w:r>
    </w:p>
    <w:p>
      <w:r>
        <w:t>Rvp 10791/2016</w:t>
      </w:r>
    </w:p>
    <w:p>
      <w:r>
        <w:t>– Okresný súd Žilina sp. zn. 1 CoE 73/2016 zo 14. júna 2016 sp. zn. 24 Er 1081/2004 zo 4. septembra 2015</w:t>
      </w:r>
    </w:p>
    <w:p>
      <w:r>
        <w:t>72.</w:t>
      </w:r>
    </w:p>
    <w:p>
      <w:r>
        <w:t>Rvp 10792/2016</w:t>
      </w:r>
    </w:p>
    <w:p>
      <w:r>
        <w:t>– Okresný súd Žilina sp. zn. 21 CoE 80/2016 z 25. mája 2016 sp. zn. 24 Er 2068/2005 zo 4. septembra 2015 – Okresný súd Žilina sp. zn. uznesení Krajského súdu v Banskej Bystrici</w:t>
      </w:r>
    </w:p>
    <w:p>
      <w:r>
        <w:t>73.</w:t>
      </w:r>
    </w:p>
    <w:p>
      <w:r>
        <w:t>Rvp 11120/2016</w:t>
      </w:r>
    </w:p>
    <w:p>
      <w:r>
        <w:t>sp. zn. uznesenia príslušného okresného súdu sp. zn. 41 CoE 123/2016 z 8. júna 2016 sp. zn. 11 Er 687/2007 z 2. decembra 2015</w:t>
      </w:r>
    </w:p>
    <w:p>
      <w:r>
        <w:t>74.</w:t>
      </w:r>
    </w:p>
    <w:p>
      <w:r>
        <w:t>Rvp 11121/2016</w:t>
      </w:r>
    </w:p>
    <w:p>
      <w:r>
        <w:t>– Okresný súd Zvolen sp. zn. 13 CoE 201/2016 z 26. mája 2016 10</w:t>
      </w:r>
    </w:p>
    <w:p>
      <w:r>
        <w:t>sp. zn. 11 Er 4249/2006 z 20. júna 2012 75.</w:t>
      </w:r>
    </w:p>
    <w:p>
      <w:r>
        <w:t>Rvp 11122/2016</w:t>
      </w:r>
    </w:p>
    <w:p>
      <w:r>
        <w:t>– Okresný súd Zvolen sp. zn. 2 CoE 102/2016 z 27. apríla 2016 sp. zn. 9 Er 96/2015 z 9. novembra 2015</w:t>
      </w:r>
    </w:p>
    <w:p>
      <w:r>
        <w:t>76.</w:t>
      </w:r>
    </w:p>
    <w:p>
      <w:r>
        <w:t>Rvp 11123/2016</w:t>
      </w:r>
    </w:p>
    <w:p>
      <w:r>
        <w:t>– Okresný súd Zvolen sp. zn. 1 CoE 211/2016 z 21. júna 2016 sp. zn. 5 Er 527/2014 z 24. marca 2016</w:t>
      </w:r>
    </w:p>
    <w:p>
      <w:r>
        <w:t>77.</w:t>
      </w:r>
    </w:p>
    <w:p>
      <w:r>
        <w:t>Rvp 11124/2016</w:t>
      </w:r>
    </w:p>
    <w:p>
      <w:r>
        <w:t>– Okresný súd Zvolen sp. zn. 2 CoE 172/2016 z 26. mája 2016 sp. zn. 15 Er 522/2014 z 28. októbra 2015</w:t>
      </w:r>
    </w:p>
    <w:p>
      <w:r>
        <w:t>78.</w:t>
      </w:r>
    </w:p>
    <w:p>
      <w:r>
        <w:t>Rvp 11125/2016</w:t>
      </w:r>
    </w:p>
    <w:p>
      <w:r>
        <w:t>– Okresný súd Zvolen sp. zn. 43 CoE 181/2016 zo 17. mája 2016 sp. zn. 27 Er 550/2008 z 24. novembra 2015</w:t>
      </w:r>
    </w:p>
    <w:p>
      <w:r>
        <w:t>79.</w:t>
      </w:r>
    </w:p>
    <w:p>
      <w:r>
        <w:t>Rvp 11126/2016</w:t>
      </w:r>
    </w:p>
    <w:p>
      <w:r>
        <w:t>– Okresný súd Zvolen sp. zn. 14 CoE 61/2016 z 11. apríla 2016 sp. zn. 19 Er 134/2014 z 23. novembra 2015</w:t>
      </w:r>
    </w:p>
    <w:p>
      <w:r>
        <w:t>80.</w:t>
      </w:r>
    </w:p>
    <w:p>
      <w:r>
        <w:t>Rvp 11127/2016</w:t>
      </w:r>
    </w:p>
    <w:p>
      <w:r>
        <w:t>– Okresný súd Zvolen sp. zn. 15 CoE 42/2016 z 8. júna 2016 sp. zn. 11 Er 4791/2006 zo 16. februára 2011</w:t>
      </w:r>
    </w:p>
    <w:p>
      <w:r>
        <w:t>81.</w:t>
      </w:r>
    </w:p>
    <w:p>
      <w:r>
        <w:t>Rvp 11128/2016</w:t>
      </w:r>
    </w:p>
    <w:p>
      <w:r>
        <w:t>– Okresný súd Zvolen sp. zn. 4 CoE 51/2016 z 25. mája 2016 sp. zn. 5 Er 214/2015 z 30. septembra 2015</w:t>
      </w:r>
    </w:p>
    <w:p>
      <w:r>
        <w:t>82.</w:t>
      </w:r>
    </w:p>
    <w:p>
      <w:r>
        <w:t>Rvp 11129/2016</w:t>
      </w:r>
    </w:p>
    <w:p>
      <w:r>
        <w:t>– Okresný súd Zvolen sp. zn. 1 CoE 214/2016 z 21. júna 2016 sp. zn. 11 Er 95/2004 z 10. novembra 2015</w:t>
      </w:r>
    </w:p>
    <w:p>
      <w:r>
        <w:t>83.</w:t>
      </w:r>
    </w:p>
    <w:p>
      <w:r>
        <w:t>Rvp 11130/2016</w:t>
      </w:r>
    </w:p>
    <w:p>
      <w:r>
        <w:t>– Okresný súd Zvolen sp. zn. 43 CoE 163/2016 zo 17. mája 2016 sp. zn. 11 Er 70/2015 z 5. októbra 2015</w:t>
      </w:r>
    </w:p>
    <w:p>
      <w:r>
        <w:t>84.</w:t>
      </w:r>
    </w:p>
    <w:p>
      <w:r>
        <w:t>Rvp 11131/2016</w:t>
      </w:r>
    </w:p>
    <w:p>
      <w:r>
        <w:t>– Okresný súd Banská Bystrica sp. zn. 2 CoE 140/2016 z 26. mája 2016 sp. zn. 11 Er 351/2015 z 11. decembra 2015 – Okresný súd Veľký Krtíš sp. zn. uznesení Krajského súdu v Žiline</w:t>
      </w:r>
    </w:p>
    <w:p>
      <w:r>
        <w:t>85.</w:t>
      </w:r>
    </w:p>
    <w:p>
      <w:r>
        <w:t>Rvp 11154/2016</w:t>
      </w:r>
    </w:p>
    <w:p>
      <w:r>
        <w:t>sp. zn. uznesenia príslušného okresného súdu sp. zn. 10 CoE 14/2016 z 31. mája 2016 11</w:t>
      </w:r>
    </w:p>
    <w:p>
      <w:r>
        <w:t>sp. zn. 20 Er 1667/2007 z 19. októbra 2015 86.</w:t>
      </w:r>
    </w:p>
    <w:p>
      <w:r>
        <w:t>Rvp 11155/2016</w:t>
      </w:r>
    </w:p>
    <w:p>
      <w:r>
        <w:t>– Okresný súd Žilina sp. zn. 3 CoE 119/2016 z 23. júna 2016 sp. zn. 20 Er 2799/2007 z 19. októbra 2015</w:t>
      </w:r>
    </w:p>
    <w:p>
      <w:r>
        <w:t>87.</w:t>
      </w:r>
    </w:p>
    <w:p>
      <w:r>
        <w:t>Rvp 11156/2016</w:t>
      </w:r>
    </w:p>
    <w:p>
      <w:r>
        <w:t>– Okresný súd Žilina sp. zn. 7 CoE 14/2016 z 31. mája 2016 sp. zn. 20 Er 1658/2007 z 19. októbra 2015</w:t>
      </w:r>
    </w:p>
    <w:p>
      <w:r>
        <w:t>88.</w:t>
      </w:r>
    </w:p>
    <w:p>
      <w:r>
        <w:t>Rvp 11157/2016</w:t>
      </w:r>
    </w:p>
    <w:p>
      <w:r>
        <w:t>– Okresný súd Žilina sp. zn. 1 CoE 79/2016 zo 14. júna 2016 sp. zn. 1 Er 2091/2015 z 19. novembra 2015</w:t>
      </w:r>
    </w:p>
    <w:p>
      <w:r>
        <w:t>89.</w:t>
      </w:r>
    </w:p>
    <w:p>
      <w:r>
        <w:t>Rvp 11158/2016</w:t>
      </w:r>
    </w:p>
    <w:p>
      <w:r>
        <w:t>– Okresný súd Liptovský Mikuláš sp. zn. 1 CoE 107/2016 zo 14. júna 2016 sp. zn. 1 Er 1915/2015 z 8. júla 2015</w:t>
      </w:r>
    </w:p>
    <w:p>
      <w:r>
        <w:t>90.</w:t>
      </w:r>
    </w:p>
    <w:p>
      <w:r>
        <w:t>Rvp 11159/2016</w:t>
      </w:r>
    </w:p>
    <w:p>
      <w:r>
        <w:t>– Okresný súd Liptovský Mikuláš sp. zn. 7 CoE 3/2016 z 29. apríla 2016 sp. zn. 5 Er 1750/2014 z 25. mája 2015</w:t>
      </w:r>
    </w:p>
    <w:p>
      <w:r>
        <w:t>91.</w:t>
      </w:r>
    </w:p>
    <w:p>
      <w:r>
        <w:t>Rvp 11160/2016</w:t>
      </w:r>
    </w:p>
    <w:p>
      <w:r>
        <w:t>– Okresný súd Liptovský Mikuláš sp. zn. 5 CoE 4/2016 z 29. februára 2016 sp. zn. 5 Er 521/2005 z 27. júna 2012</w:t>
      </w:r>
    </w:p>
    <w:p>
      <w:r>
        <w:t>92.</w:t>
      </w:r>
    </w:p>
    <w:p>
      <w:r>
        <w:t>Rvp 11161/2016</w:t>
      </w:r>
    </w:p>
    <w:p>
      <w:r>
        <w:t>– Okresný súd Liptovský Mikuláš sp. zn. 10 CoE 4/2016 z 31. marca 2016 sp. zn. 5 Er 1758/2014 z 29. mája 2015</w:t>
      </w:r>
    </w:p>
    <w:p>
      <w:r>
        <w:t>93.</w:t>
      </w:r>
    </w:p>
    <w:p>
      <w:r>
        <w:t>Rvp 11162/2016</w:t>
      </w:r>
    </w:p>
    <w:p>
      <w:r>
        <w:t>– Okresný súd Liptovský Mikuláš sp. zn. 21 CoE 5/2016 z 30. marca 2016 sp. zn. 5 Er 1745/2014 z 29. mája 2015</w:t>
      </w:r>
    </w:p>
    <w:p>
      <w:r>
        <w:t>94.</w:t>
      </w:r>
    </w:p>
    <w:p>
      <w:r>
        <w:t>Rvp 11386/2016</w:t>
      </w:r>
    </w:p>
    <w:p>
      <w:r>
        <w:t>– Okresný súd Liptovský Mikuláš sp. zn. 3 CoE 85/2016 z 23. júna 2016 sp. zn. 20 Er 441/2007 z 27. novembra 2013</w:t>
      </w:r>
    </w:p>
    <w:p>
      <w:r>
        <w:t>95.</w:t>
      </w:r>
    </w:p>
    <w:p>
      <w:r>
        <w:t>Rvp 11387/2016</w:t>
      </w:r>
    </w:p>
    <w:p>
      <w:r>
        <w:t>– Okresný súd Žilina sp. zn. 20 CoE 159/2015 z 3. mája 2016 sp. zn. 24 Er 1411/2005 z 22. októbra 2014</w:t>
      </w:r>
    </w:p>
    <w:p>
      <w:r>
        <w:t>96.</w:t>
      </w:r>
    </w:p>
    <w:p>
      <w:r>
        <w:t>Rvp 11388/2016</w:t>
      </w:r>
    </w:p>
    <w:p>
      <w:r>
        <w:t>– Okresný súd Žilina sp. zn. 5 CoE 11/2016 z 5. mája 2016 sp. zn. 6 Er 830/2007 z 13. augusta 2012 12</w:t>
      </w:r>
    </w:p>
    <w:p>
      <w:r>
        <w:t>97.</w:t>
      </w:r>
    </w:p>
    <w:p>
      <w:r>
        <w:t>Rvp 11389/2016</w:t>
      </w:r>
    </w:p>
    <w:p>
      <w:r>
        <w:t>– Okresný súd Liptovský Mikuláš sp. zn. 3 CoE 7/2016 z 2. júna 2016 sp. zn. 1 Er 1926/2015 z 26. júna 2015</w:t>
      </w:r>
    </w:p>
    <w:p>
      <w:r>
        <w:t>98.</w:t>
      </w:r>
    </w:p>
    <w:p>
      <w:r>
        <w:t>Rvp 11390/2016</w:t>
      </w:r>
    </w:p>
    <w:p>
      <w:r>
        <w:t>– Okresný súd Liptovský Mikuláš sp. zn. 21 CoE 19/2016 z 30. marca 2016 sp. zn. 6 Er 981/2015 z 27. októbra 2015</w:t>
      </w:r>
    </w:p>
    <w:p>
      <w:r>
        <w:t>99.</w:t>
      </w:r>
    </w:p>
    <w:p>
      <w:r>
        <w:t>Rvp 11391/2016</w:t>
      </w:r>
    </w:p>
    <w:p>
      <w:r>
        <w:t>– Okresný súd Liptovský Mikuláš sp. zn. 20 CoE 2/2016 zo 17. mája 2016 sp. zn. 1 Er 1920/2015 z 9. júla 2015</w:t>
      </w:r>
    </w:p>
    <w:p>
      <w:r>
        <w:t>100. Rvp 11392/2016</w:t>
      </w:r>
    </w:p>
    <w:p>
      <w:r>
        <w:t>– Okresný súd Liptovský Mikuláš sp. zn. 3 CoE 4/2016 z 2. júna 2016 sp. zn. 1 Er 2078/2015 z 9. júla 2015 – Okresný súd Liptovský Mikuláš sp. zn. uznesení Krajského súdu v Banskej Bystrici</w:t>
      </w:r>
    </w:p>
    <w:p>
      <w:r>
        <w:t>101. Rvp 11396/2016</w:t>
      </w:r>
    </w:p>
    <w:p>
      <w:r>
        <w:t>sp. zn. uznesenia príslušného okresného súdu sp. zn. 1 CoE 143/2016 z 26. mája 2016 sp. zn. 5 Er 864/2008 zo 1. decembra 2015</w:t>
      </w:r>
    </w:p>
    <w:p>
      <w:r>
        <w:t>102. Rvp 11397/2016</w:t>
      </w:r>
    </w:p>
    <w:p>
      <w:r>
        <w:t>– Okresný súd Žiar nad Hronom sp. zn. 12 CoE 92/2015 z 26. mája 2016 sp. zn. 13 Er 876/2009 z 15. mája 2015</w:t>
      </w:r>
    </w:p>
    <w:p>
      <w:r>
        <w:t>103. Rvp 11398/2016</w:t>
      </w:r>
    </w:p>
    <w:p>
      <w:r>
        <w:t>– Okresný súd Žiar nad Hronom sp. zn. 15 CoE 82/2016 z 23. júna 2016 sp. zn. 23 Er 248/2011 zo 14. apríla 2016</w:t>
      </w:r>
    </w:p>
    <w:p>
      <w:r>
        <w:t>104. Rvp 11399/2016</w:t>
      </w:r>
    </w:p>
    <w:p>
      <w:r>
        <w:t>– Okresný súd Zvolen sp. zn. 16 CoE 78/2016 z 15. júna 2016 sp. zn. 10 Er 673/2014 zo 4. augusta 2015</w:t>
      </w:r>
    </w:p>
    <w:p>
      <w:r>
        <w:t>105. Rvp 11400/2016</w:t>
      </w:r>
    </w:p>
    <w:p>
      <w:r>
        <w:t>– Okresný súd Banská Bystrica sp. zn. 16 CoE 80/2016 z 15. júna 2016 sp. zn. 10 Er 510/2015 z 19. októbra 2015 – Okresný súd Revúca sp. zn. uznesení Krajského súdu v Žiline</w:t>
      </w:r>
    </w:p>
    <w:p>
      <w:r>
        <w:t>106. Rvp 11700/2016</w:t>
      </w:r>
    </w:p>
    <w:p>
      <w:r>
        <w:t>sp. zn. uznesenia príslušného okresného súdu sp. zn. 18 CoE 13/2016 z 26. mája 2016 sp. zn. 3 Er 150/2015 z 11. júna 2015 13</w:t>
      </w:r>
    </w:p>
    <w:p>
      <w:r>
        <w:t>– Okresný súd Martin ako prílohy sú k sťažnosti pripojené uznesenie Krajského súdu v Prešove a uznesenie Okresného 107. Rvp 11701/2016</w:t>
      </w:r>
    </w:p>
    <w:p>
      <w:r>
        <w:t>súdu Bardejov totožných spisových značiek, pozn. sp. zn. 3 CoE 122/2016 z 30. júna 2016 sp. zn. 24 Er 49/2004 zo 4. septembra 2015</w:t>
      </w:r>
    </w:p>
    <w:p>
      <w:r>
        <w:t>108. Rvp 11702/2016</w:t>
      </w:r>
    </w:p>
    <w:p>
      <w:r>
        <w:t>– Okresný súd Žilina sp. zn. 1 CoE 72/2016 z 21. júna 2016 sp. zn. 24 Er 1028/2004 zo 4. septembra 2015</w:t>
      </w:r>
    </w:p>
    <w:p>
      <w:r>
        <w:t>109. Rvp 11703/2016</w:t>
      </w:r>
    </w:p>
    <w:p>
      <w:r>
        <w:t>– Okresný súd Žilina sp. zn. 2 CoE 79/2016 z 1. júna 2016 sp. zn. 18 Er 1208/2008 z 19. októbra 2015</w:t>
      </w:r>
    </w:p>
    <w:p>
      <w:r>
        <w:t>110. Rvp 11704/2016</w:t>
      </w:r>
    </w:p>
    <w:p>
      <w:r>
        <w:t>– Okresný súd Žilina sp. zn. 21 CoE 97/2016 z 29. júna 2016 sp. zn. 7 Er 130/2015 z 23. septembra 2015</w:t>
      </w:r>
    </w:p>
    <w:p>
      <w:r>
        <w:t>111. Rvp 11705/2016</w:t>
      </w:r>
    </w:p>
    <w:p>
      <w:r>
        <w:t>– Okresný súd Dolný Kubín sp. zn. 3 CoE 67/2016 z 23. júna 2016 sp. zn. 7 Er 123/2015 z 23. septembra 2015 – Okresný súd Dolný Kubín sp. zn. uznesení Krajského súdu v Banskej Bystrici</w:t>
      </w:r>
    </w:p>
    <w:p>
      <w:r>
        <w:t>112. Rvp 11712/2016</w:t>
      </w:r>
    </w:p>
    <w:p>
      <w:r>
        <w:t>sp. zn. uznesenia príslušného okresného súdu sp. zn. 43 CoE 224/2016 zo 14. júna 2016 sp. zn. 2 Er 822/2015 z 8. apríla 2016</w:t>
      </w:r>
    </w:p>
    <w:p>
      <w:r>
        <w:t>113. Rvp 11713/2016</w:t>
      </w:r>
    </w:p>
    <w:p>
      <w:r>
        <w:t>– Okresný súd Veľký Krtíš sp. zn. 5 CoE 101/2016 z 21. júna 2016 sp. zn. 3 Er 349/2015 z 18. januára 2016</w:t>
      </w:r>
    </w:p>
    <w:p>
      <w:r>
        <w:t>114. Rvp 11714/2016</w:t>
      </w:r>
    </w:p>
    <w:p>
      <w:r>
        <w:t>– Okresný súd Veľký Krtíš sp. zn. 41 CoE 95/2016 z 30. júna 2016 sp. zn. 4 Er 2357/2014 z 27. apríla 2015</w:t>
      </w:r>
    </w:p>
    <w:p>
      <w:r>
        <w:t>115. Rvp 11715/2016</w:t>
      </w:r>
    </w:p>
    <w:p>
      <w:r>
        <w:t>– Okresný súd Brezno sp. zn. 2 CoE 174/2016 z 28. júna 2016 sp. zn. 4 Er 2287/2014 z 23. apríla 2015 – Okresný súd Brezno 14</w:t>
      </w:r>
    </w:p>
    <w:p>
      <w:r>
        <w:t>116. Rvp 11716/2016</w:t>
      </w:r>
    </w:p>
    <w:p>
      <w:r>
        <w:t>sp. zn. 12 CoE 18/2016 z 26. mája 2016 sp. zn. 10 Er 603/2014 zo 4. augusta 2015</w:t>
      </w:r>
    </w:p>
    <w:p>
      <w:r>
        <w:t>117. Rvp 11717/2016</w:t>
      </w:r>
    </w:p>
    <w:p>
      <w:r>
        <w:t>– Okresný súd Revúca sp. zn. 3 CoE 53/2016 z 18. mája 2016 sp. zn. 10 Er 778/2014 zo 14. októbra 2015</w:t>
      </w:r>
    </w:p>
    <w:p>
      <w:r>
        <w:t>118. Rvp 11718/2016</w:t>
      </w:r>
    </w:p>
    <w:p>
      <w:r>
        <w:t>– Okresný súd Revúca sp. zn. 1 CoE 227/2016 z 24. júna 2016 sp. zn. 13 Er 526/2014 z 3. augusta 2015</w:t>
      </w:r>
    </w:p>
    <w:p>
      <w:r>
        <w:t>119. Rvp 11719/2016</w:t>
      </w:r>
    </w:p>
    <w:p>
      <w:r>
        <w:t>– Okresný súd Zvolen sp. zn. 3 CoE 99/2016 z 15. júna 2016 sp. zn. 6 Er 495/2015 z 31. marca 2016</w:t>
      </w:r>
    </w:p>
    <w:p>
      <w:r>
        <w:t>120. Rvp 11720/2016</w:t>
      </w:r>
    </w:p>
    <w:p>
      <w:r>
        <w:t>– Okresný súd Zvolen sp. zn. 43 CoE 234/2016 zo 14. júna 2016 sp. zn. 5 Er 529/2014 zo 16. marca 2016</w:t>
      </w:r>
    </w:p>
    <w:p>
      <w:r>
        <w:t>121. Rvp 11721/2016</w:t>
      </w:r>
    </w:p>
    <w:p>
      <w:r>
        <w:t>– Okresný súd Zvolen sp. zn. 1 CoE 207/2016 z 21. júna 2016 sp. zn. 15 Er 497/2014 z 28. októbra 2015</w:t>
      </w:r>
    </w:p>
    <w:p>
      <w:r>
        <w:t>122. Rvp 11722/2016</w:t>
      </w:r>
    </w:p>
    <w:p>
      <w:r>
        <w:t>– Okresný súd Zvolen sp. zn. 43 CoE 233/2016 zo 14. júna 2016 sp. zn. 5 Er 523/2014 z 24. marca 2016</w:t>
      </w:r>
    </w:p>
    <w:p>
      <w:r>
        <w:t>123. Rvp 11723/2016</w:t>
      </w:r>
    </w:p>
    <w:p>
      <w:r>
        <w:t>– Okresný súd Zvolen sp. zn. 13 CoE 38/2016 z 30. júna 2016 sp. zn. 11 Er 3522/2007 z 9. novembra 2011</w:t>
      </w:r>
    </w:p>
    <w:p>
      <w:r>
        <w:t>124. Rvp 11724/2016</w:t>
      </w:r>
    </w:p>
    <w:p>
      <w:r>
        <w:t>– Okresný súd Zvolen sp. zn. 1 CoE 191/2016 z 21. júna 2016 sp. zn. 19 Er 906/2003 z 13. marca 2015</w:t>
      </w:r>
    </w:p>
    <w:p>
      <w:r>
        <w:t>125. Rvp 11725/2016</w:t>
      </w:r>
    </w:p>
    <w:p>
      <w:r>
        <w:t>– Okresný súd Lučenec sp. zn. 3 CoE 80/2016 z 18. mája 2016 sp. zn. 13 Er 480/2015 z 20. októbra 2015</w:t>
      </w:r>
    </w:p>
    <w:p>
      <w:r>
        <w:t>126. Rvp 11726/2016</w:t>
      </w:r>
    </w:p>
    <w:p>
      <w:r>
        <w:t>– Okresný súd Lučenec sp. zn. 15 CoE 79/2016 z 23. júna 2016 sp. zn. 13 Er 125/2004 z 19. októbra 2015</w:t>
      </w:r>
    </w:p>
    <w:p>
      <w:r>
        <w:t>127. Rvp 11727/2016</w:t>
      </w:r>
    </w:p>
    <w:p>
      <w:r>
        <w:t>– Okresný súd Lučenec sp. zn. 41 CoE 65/2016 z 30. júna 2016 15</w:t>
      </w:r>
    </w:p>
    <w:p>
      <w:r>
        <w:t>sp. zn. 21 Er 437/2015 z 24. augusta 2015 128. Rvp 11728/2016</w:t>
      </w:r>
    </w:p>
    <w:p>
      <w:r>
        <w:t>– Okresný súd Lučenec sp. zn. 1 CoE 180/2016 z 21. júna 2016 sp. zn. 13 Er 398/2015 zo 4. novembra 2015</w:t>
      </w:r>
    </w:p>
    <w:p>
      <w:r>
        <w:t>129. Rvp 11729/2016</w:t>
      </w:r>
    </w:p>
    <w:p>
      <w:r>
        <w:t>– Okresný súd Lučenec sp. zn. 41 CoE 81/2016 z 30. júna 2016 sp. zn. 9 Er 484/2015 z 27. októbra 2015</w:t>
      </w:r>
    </w:p>
    <w:p>
      <w:r>
        <w:t>130. Rvp 11730/2016</w:t>
      </w:r>
    </w:p>
    <w:p>
      <w:r>
        <w:t>– Okresný súd Lučenec sp. zn. 43 CoE 209/2016 zo 14. júna 2016 sp. zn. 4 Er 486/2015 z 26. októbra 2015</w:t>
      </w:r>
    </w:p>
    <w:p>
      <w:r>
        <w:t>131. Rvp 11731/2016</w:t>
      </w:r>
    </w:p>
    <w:p>
      <w:r>
        <w:t>– Okresný súd Lučenec sp. zn. 41 CoE 21/2016 z 30. júna 2016 sp. zn. 12 Er 386/2015 z 28. októbra 2015</w:t>
      </w:r>
    </w:p>
    <w:p>
      <w:r>
        <w:t>132. Rvp 12857/2016</w:t>
      </w:r>
    </w:p>
    <w:p>
      <w:r>
        <w:t>– Okresný súd Lučenec sp. zn. 1 CoE 225/2016 z 24. júna 2016 sp. zn. 5 Er 1904/2006 z 26. apríla 2016</w:t>
      </w:r>
    </w:p>
    <w:p>
      <w:r>
        <w:t>133. Rvp 12858/2016</w:t>
      </w:r>
    </w:p>
    <w:p>
      <w:r>
        <w:t>– Okresný súd Veľký Krtíš sp. zn. 12 CoE 44/2016 z 30. júna 2016 sp. zn. 10 Er 578/2014 zo 14. januára 2016</w:t>
      </w:r>
    </w:p>
    <w:p>
      <w:r>
        <w:t>134. Rvp 12859/2016</w:t>
      </w:r>
    </w:p>
    <w:p>
      <w:r>
        <w:t>– Okresný súd Veľký Krtíš sp. zn. 6 CoE 106/2016 z 30. júna 2016 sp. zn. 7 Er 207/2015 z 13. augusta 2015</w:t>
      </w:r>
    </w:p>
    <w:p>
      <w:r>
        <w:t>135. Rvp 12860/2016</w:t>
      </w:r>
    </w:p>
    <w:p>
      <w:r>
        <w:t>– Okresný súd Zvolen sp. zn. 14 CoE 101/2016 z 18. júla 2016 sp. zn. 1 Er 375/2015 z 28. októbra 2015</w:t>
      </w:r>
    </w:p>
    <w:p>
      <w:r>
        <w:t>136. Rvp 12861/2016</w:t>
      </w:r>
    </w:p>
    <w:p>
      <w:r>
        <w:t>– Okresný súd Zvolen sp. zn. 4 CoE 160/2016 z 27. júla 2016 sp. zn. 11 Er 784/2007 zo 17. marca 2015</w:t>
      </w:r>
    </w:p>
    <w:p>
      <w:r>
        <w:t>137. Rvp 12862/2016</w:t>
      </w:r>
    </w:p>
    <w:p>
      <w:r>
        <w:t>– Okresný súd Zvolen sp. zn. 2 CoE 195/2016 z 28. júna 2016 sp. zn. 11 Er 912/2007 z 29. marca 2011</w:t>
      </w:r>
    </w:p>
    <w:p>
      <w:r>
        <w:t>138. Rvp 12863/2016</w:t>
      </w:r>
    </w:p>
    <w:p>
      <w:r>
        <w:t>– Okresný súd Zvolen sp. zn. 2 CoE 152/2016 z 28. júna 2016 sp. zn. 20 Er 534/2009 z 20. marca 2015 16</w:t>
      </w:r>
    </w:p>
    <w:p>
      <w:r>
        <w:t>139. Rvp 12864/2016</w:t>
      </w:r>
    </w:p>
    <w:p>
      <w:r>
        <w:t>– Okresný súd Zvolen sp. zn. 14 CoE 122/2016 z 18. júla 2016 sp. zn. 10 Er 588/2015 zo 14. októbra 2015</w:t>
      </w:r>
    </w:p>
    <w:p>
      <w:r>
        <w:t>140. Rvp 12865/2016</w:t>
      </w:r>
    </w:p>
    <w:p>
      <w:r>
        <w:t>– Okresný súd Revúca sp. zn. 2 CoE 197/2016 z 28. júna 2016 sp. zn. 10 Er 589/2015 zo 14. októbra 2015</w:t>
      </w:r>
    </w:p>
    <w:p>
      <w:r>
        <w:t>141. Rvp 12866/2016</w:t>
      </w:r>
    </w:p>
    <w:p>
      <w:r>
        <w:t>– Okresný súd Revúca sp. zn. 41 CoE 148/2016 z 8. júna 2016 sp. zn. 10 Er 779/2014 zo 14. októbra 2015</w:t>
      </w:r>
    </w:p>
    <w:p>
      <w:r>
        <w:t>142. Rvp 12867/2016</w:t>
      </w:r>
    </w:p>
    <w:p>
      <w:r>
        <w:t>– Okresný súd Revúca sp. zn. 14 CoE 97/2016 z 13. júna 2016 sp. zn. 1 Er 2137/2014 z 5. januára 2015</w:t>
      </w:r>
    </w:p>
    <w:p>
      <w:r>
        <w:t>143. Rvp 12868/2016</w:t>
      </w:r>
    </w:p>
    <w:p>
      <w:r>
        <w:t>– Okresný súd Rimavská Sobota sp. zn. 5 CoE 238/2015 z 15. decembra 2015 sp. zn. 4 Er 795/2009 z 27. októbra 2014</w:t>
      </w:r>
    </w:p>
    <w:p>
      <w:r>
        <w:t>144. Rvp 12869/2016</w:t>
      </w:r>
    </w:p>
    <w:p>
      <w:r>
        <w:t>– Okresný súd Žiar nad Hronom sp. zn. 2 CoE 296/2015 z 25. septembra 2015 sp. zn. 2 Er 2650/2014 z 9. júna 2015</w:t>
      </w:r>
    </w:p>
    <w:p>
      <w:r>
        <w:t>145. Rvp 12870/2016</w:t>
      </w:r>
    </w:p>
    <w:p>
      <w:r>
        <w:t>– Okresný súd Banská Bystrica sp. zn. 17 CoE 97/2016 z 20. júla 2016 sp. zn. 17 Er 483/2015 z 5. októbra 2015</w:t>
      </w:r>
    </w:p>
    <w:p>
      <w:r>
        <w:t>146. Rvp 12871/2016</w:t>
      </w:r>
    </w:p>
    <w:p>
      <w:r>
        <w:t>– Okresný súd Lučenec sp. zn. 16 CoE 97/2016 z 20. júla 2016 sp. zn. 5 Er 499/2008 z 30. apríla 2012 – Okresný súd Lučenec sp. zn. uznesení Krajského súdu v Žiline</w:t>
      </w:r>
    </w:p>
    <w:p>
      <w:r>
        <w:t>147. Rvp 12881/2016</w:t>
      </w:r>
    </w:p>
    <w:p>
      <w:r>
        <w:t>sp. zn. uznesenia príslušného okresného súdu sp. zn. 1 CoE 102/2016 z 21. júna 2016 sp. zn. 18 Er 376/2006 z 26. júna 2012</w:t>
      </w:r>
    </w:p>
    <w:p>
      <w:r>
        <w:t>148. Rvp 12882/2016</w:t>
      </w:r>
    </w:p>
    <w:p>
      <w:r>
        <w:t>– Okresný súd Žilina sp. zn. 3 CoE 120/2016 z 30. júna 2016 sp. zn. 24 Er 1408/2005 zo 4. septembra 2015</w:t>
      </w:r>
    </w:p>
    <w:p>
      <w:r>
        <w:t>149. Rvp 12883/2016</w:t>
      </w:r>
    </w:p>
    <w:p>
      <w:r>
        <w:t>– Okresný súd Žilina sp. zn. 1 CoE 71/2016 z 28. júna 2016 sp. zn. 20 Er 1388/2008 z 19. októbra 2015 17</w:t>
      </w:r>
    </w:p>
    <w:p>
      <w:r>
        <w:t>150. Rvp 12884/2016</w:t>
      </w:r>
    </w:p>
    <w:p>
      <w:r>
        <w:t>– Okresný súd Žilina sp. zn. 21 CoE 95/2016 z 29. júna 2016 sp. zn. 20 Er 1145/2006 zo 4. septembra 2015</w:t>
      </w:r>
    </w:p>
    <w:p>
      <w:r>
        <w:t>151. Rvp 12885/2016</w:t>
      </w:r>
    </w:p>
    <w:p>
      <w:r>
        <w:t>– Okresný súd Žilina sp. zn. 3 CoE 6/2016 z 2. júna 2016 sp. zn. 1 Er 1898/2015 z 8. júla 2015</w:t>
      </w:r>
    </w:p>
    <w:p>
      <w:r>
        <w:t>152. Rvp 12886/2016</w:t>
      </w:r>
    </w:p>
    <w:p>
      <w:r>
        <w:t>– OS Liptovský Mikuláš sp. zn. 21 CoE 90/2016 z 25. mája 2016 sp. zn. 6 Er 937/2015 z 19. novembra 2015</w:t>
      </w:r>
    </w:p>
    <w:p>
      <w:r>
        <w:t>153. Rvp 12887/2016</w:t>
      </w:r>
    </w:p>
    <w:p>
      <w:r>
        <w:t>– Okresný súd Liptovský Mikuláš sp. zn. 3 CoE 92/2016 z 23. júna 2016 sp. zn. 1 Er 1925/2015 z 10. septembra 2015</w:t>
      </w:r>
    </w:p>
    <w:p>
      <w:r>
        <w:t>154. Rvp 12888/2016</w:t>
      </w:r>
    </w:p>
    <w:p>
      <w:r>
        <w:t>– Okresný súd Liptovský Mikuláš sp. zn. 21 CoE 127/2016 z 29. júna 2016 sp. zn. 1 Er 4116/2015 z 19. novembra 2015</w:t>
      </w:r>
    </w:p>
    <w:p>
      <w:r>
        <w:t>155. Rvp 12889/2016</w:t>
      </w:r>
    </w:p>
    <w:p>
      <w:r>
        <w:t>– Okresný súd Liptovský Mikuláš sp. zn. 3 CoE 140/2016 z 30. júna 2016 sp. zn. 17 Er 7/2007 z 24. januára 2014</w:t>
      </w:r>
    </w:p>
    <w:p>
      <w:r>
        <w:t>156. Rvp 12890/2016</w:t>
      </w:r>
    </w:p>
    <w:p>
      <w:r>
        <w:t>– Okresný súd Martin sp. zn. 20 CoE 93/2016 z 28. júna 2016 sp. zn. 7 Er 370/2015 z 1. apríla 2016</w:t>
      </w:r>
    </w:p>
    <w:p>
      <w:r>
        <w:t>157. Rvp 12891/2016</w:t>
      </w:r>
    </w:p>
    <w:p>
      <w:r>
        <w:t>– Okresný súd Ružomberok sp. zn. 3 CoE 174/2016 z 30. júna 2016 sp. zn. 3 Er 396/2008 z 27. mája 2010 – Okresný súd Ružomberok</w:t>
      </w:r>
    </w:p>
    <w:p>
      <w:r>
        <w:t>18</w:t>
      </w:r>
    </w:p>
    <w:p/>
    <w:p>
      <w:r>
        <w:t>Zdroj: KAUZIS.SK – https://www.kauzis.sk/judikatura/r/ECLI:SK:USSR:2017:1.US.64.2017.2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